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237C" w14:textId="7D724DB5" w:rsidR="00502FC5" w:rsidRDefault="00000000" w:rsidP="00EE7AEC">
      <w:pPr>
        <w:jc w:val="center"/>
      </w:pPr>
      <w:r>
        <w:rPr>
          <w:b/>
          <w:sz w:val="32"/>
        </w:rPr>
        <w:t>RADNI LIST</w:t>
      </w:r>
      <w:r w:rsidR="00EE7AEC">
        <w:rPr>
          <w:b/>
          <w:sz w:val="32"/>
        </w:rPr>
        <w:t xml:space="preserve"> </w:t>
      </w:r>
      <w:r w:rsidR="00EE7AEC">
        <w:t xml:space="preserve">- </w:t>
      </w:r>
      <w:r>
        <w:rPr>
          <w:b/>
          <w:sz w:val="26"/>
        </w:rPr>
        <w:t>VJEŽBA BR. 1</w:t>
      </w:r>
    </w:p>
    <w:p w14:paraId="1FBD3360" w14:textId="2123672A" w:rsidR="00502FC5" w:rsidRDefault="00EE7AEC" w:rsidP="009A4A82">
      <w:pPr>
        <w:jc w:val="center"/>
        <w:rPr>
          <w:b/>
          <w:sz w:val="28"/>
        </w:rPr>
      </w:pPr>
      <w:r>
        <w:rPr>
          <w:b/>
          <w:sz w:val="28"/>
        </w:rPr>
        <w:t xml:space="preserve">MIKROSKOP I </w:t>
      </w:r>
      <w:r w:rsidR="00000000">
        <w:rPr>
          <w:b/>
          <w:sz w:val="28"/>
        </w:rPr>
        <w:t>MIKROSKOPIRANJE</w:t>
      </w:r>
      <w:r>
        <w:rPr>
          <w:b/>
          <w:sz w:val="28"/>
        </w:rPr>
        <w:t>.</w:t>
      </w:r>
    </w:p>
    <w:p w14:paraId="43B121EF" w14:textId="37830E00" w:rsidR="00EE7AEC" w:rsidRDefault="00EE7AEC" w:rsidP="009A4A82">
      <w:pPr>
        <w:jc w:val="center"/>
        <w:rPr>
          <w:b/>
          <w:sz w:val="28"/>
        </w:rPr>
      </w:pPr>
      <w:r>
        <w:rPr>
          <w:b/>
          <w:sz w:val="28"/>
        </w:rPr>
        <w:t>BOJENJE METILENSKIM PLAVIM</w:t>
      </w:r>
    </w:p>
    <w:p w14:paraId="2F9625E4" w14:textId="77777777" w:rsidR="00CF1B17" w:rsidRDefault="00CF1B17" w:rsidP="009A4A82">
      <w:pPr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89"/>
        <w:gridCol w:w="4146"/>
      </w:tblGrid>
      <w:tr w:rsidR="00502FC5" w14:paraId="6A39B588" w14:textId="77777777" w:rsidTr="00CF1B17">
        <w:trPr>
          <w:jc w:val="center"/>
        </w:trPr>
        <w:tc>
          <w:tcPr>
            <w:tcW w:w="56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8AFDC" w14:textId="66D30589" w:rsidR="00502FC5" w:rsidRDefault="00000000" w:rsidP="009A4A82">
            <w:pPr>
              <w:spacing w:line="276" w:lineRule="auto"/>
            </w:pPr>
            <w:r>
              <w:t xml:space="preserve">Ime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prezime</w:t>
            </w:r>
            <w:proofErr w:type="spellEnd"/>
            <w:r>
              <w:t xml:space="preserve"> :</w:t>
            </w:r>
            <w:proofErr w:type="gramEnd"/>
            <w:r>
              <w:t xml:space="preserve"> ______________________________</w:t>
            </w:r>
            <w:r w:rsidR="00CF1B17">
              <w:t>____</w:t>
            </w:r>
          </w:p>
        </w:tc>
        <w:tc>
          <w:tcPr>
            <w:tcW w:w="4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F576D" w14:textId="77777777" w:rsidR="00502FC5" w:rsidRDefault="00000000" w:rsidP="009A4A82">
            <w:pPr>
              <w:spacing w:line="276" w:lineRule="auto"/>
            </w:pPr>
            <w:r>
              <w:t>Datum: __________________</w:t>
            </w:r>
          </w:p>
        </w:tc>
      </w:tr>
      <w:tr w:rsidR="00502FC5" w14:paraId="119A4738" w14:textId="77777777" w:rsidTr="00CF1B17">
        <w:trPr>
          <w:jc w:val="center"/>
        </w:trPr>
        <w:tc>
          <w:tcPr>
            <w:tcW w:w="56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0071" w14:textId="77777777" w:rsidR="00502FC5" w:rsidRDefault="00000000" w:rsidP="009A4A82">
            <w:pPr>
              <w:spacing w:line="276" w:lineRule="auto"/>
            </w:pPr>
            <w:r>
              <w:t>Grupa: __________________</w:t>
            </w:r>
          </w:p>
        </w:tc>
        <w:tc>
          <w:tcPr>
            <w:tcW w:w="4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BC750" w14:textId="77777777" w:rsidR="00502FC5" w:rsidRDefault="00000000" w:rsidP="009A4A82">
            <w:pPr>
              <w:spacing w:line="276" w:lineRule="auto"/>
            </w:pPr>
            <w:r>
              <w:t>Broj vježbe: 1</w:t>
            </w:r>
          </w:p>
        </w:tc>
      </w:tr>
    </w:tbl>
    <w:p w14:paraId="53011808" w14:textId="77777777" w:rsidR="00CF1B17" w:rsidRPr="00CF1B17" w:rsidRDefault="00CF1B17" w:rsidP="009A4A82">
      <w:pPr>
        <w:rPr>
          <w:sz w:val="24"/>
          <w:szCs w:val="24"/>
        </w:rPr>
      </w:pPr>
    </w:p>
    <w:p w14:paraId="000028E3" w14:textId="72FEA541" w:rsidR="00CF1B17" w:rsidRPr="00CF1B17" w:rsidRDefault="00EE7AEC" w:rsidP="00F606C2">
      <w:pPr>
        <w:pStyle w:val="ListParagraph"/>
        <w:numPr>
          <w:ilvl w:val="0"/>
          <w:numId w:val="38"/>
        </w:numPr>
        <w:spacing w:before="100"/>
        <w:rPr>
          <w:sz w:val="24"/>
          <w:szCs w:val="24"/>
        </w:rPr>
      </w:pPr>
      <w:r w:rsidRPr="00EE7AEC"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4558959C" wp14:editId="16AAD748">
                <wp:simplePos x="0" y="0"/>
                <wp:positionH relativeFrom="column">
                  <wp:posOffset>4281584</wp:posOffset>
                </wp:positionH>
                <wp:positionV relativeFrom="paragraph">
                  <wp:posOffset>77287</wp:posOffset>
                </wp:positionV>
                <wp:extent cx="1585595" cy="2513965"/>
                <wp:effectExtent l="0" t="0" r="14605" b="19685"/>
                <wp:wrapTight wrapText="bothSides">
                  <wp:wrapPolygon edited="0">
                    <wp:start x="5709" y="0"/>
                    <wp:lineTo x="5450" y="164"/>
                    <wp:lineTo x="5709" y="2619"/>
                    <wp:lineTo x="4671" y="3437"/>
                    <wp:lineTo x="4412" y="7857"/>
                    <wp:lineTo x="2595" y="9330"/>
                    <wp:lineTo x="1557" y="10312"/>
                    <wp:lineTo x="1557" y="10475"/>
                    <wp:lineTo x="1298" y="11294"/>
                    <wp:lineTo x="3633" y="12112"/>
                    <wp:lineTo x="8823" y="13094"/>
                    <wp:lineTo x="2855" y="13094"/>
                    <wp:lineTo x="2855" y="15386"/>
                    <wp:lineTo x="10121" y="15713"/>
                    <wp:lineTo x="0" y="16368"/>
                    <wp:lineTo x="0" y="18987"/>
                    <wp:lineTo x="9342" y="20951"/>
                    <wp:lineTo x="9861" y="21605"/>
                    <wp:lineTo x="10121" y="21605"/>
                    <wp:lineTo x="12197" y="21605"/>
                    <wp:lineTo x="12457" y="21605"/>
                    <wp:lineTo x="14273" y="20951"/>
                    <wp:lineTo x="19204" y="18496"/>
                    <wp:lineTo x="19204" y="18332"/>
                    <wp:lineTo x="21539" y="16859"/>
                    <wp:lineTo x="21539" y="15058"/>
                    <wp:lineTo x="18944" y="13094"/>
                    <wp:lineTo x="19982" y="10475"/>
                    <wp:lineTo x="18685" y="3928"/>
                    <wp:lineTo x="14533" y="2619"/>
                    <wp:lineTo x="10121" y="2291"/>
                    <wp:lineTo x="10121" y="327"/>
                    <wp:lineTo x="9861" y="0"/>
                    <wp:lineTo x="5709" y="0"/>
                  </wp:wrapPolygon>
                </wp:wrapTight>
                <wp:docPr id="4119" name="Group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6ADA2C-1035-58A8-FC77-3E957BBC3EB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585595" cy="2513965"/>
                          <a:chOff x="0" y="0"/>
                          <a:chExt cx="1309" cy="2862"/>
                        </a:xfrm>
                      </wpg:grpSpPr>
                      <wps:wsp>
                        <wps:cNvPr id="515741559" name="Freeform 24">
                          <a:extLst>
                            <a:ext uri="{FF2B5EF4-FFF2-40B4-BE49-F238E27FC236}">
                              <a16:creationId xmlns:a16="http://schemas.microsoft.com/office/drawing/2014/main" id="{4F09B9A3-F3E8-92A3-5FF4-D9A28276637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26" y="1237"/>
                            <a:ext cx="137" cy="155"/>
                          </a:xfrm>
                          <a:custGeom>
                            <a:avLst/>
                            <a:gdLst>
                              <a:gd name="T0" fmla="*/ 143 w 23"/>
                              <a:gd name="T1" fmla="*/ 924 h 26"/>
                              <a:gd name="T2" fmla="*/ 36 w 23"/>
                              <a:gd name="T3" fmla="*/ 853 h 26"/>
                              <a:gd name="T4" fmla="*/ 0 w 23"/>
                              <a:gd name="T5" fmla="*/ 674 h 26"/>
                              <a:gd name="T6" fmla="*/ 214 w 23"/>
                              <a:gd name="T7" fmla="*/ 358 h 26"/>
                              <a:gd name="T8" fmla="*/ 780 w 23"/>
                              <a:gd name="T9" fmla="*/ 0 h 26"/>
                              <a:gd name="T10" fmla="*/ 816 w 23"/>
                              <a:gd name="T11" fmla="*/ 322 h 26"/>
                              <a:gd name="T12" fmla="*/ 393 w 23"/>
                              <a:gd name="T13" fmla="*/ 709 h 26"/>
                              <a:gd name="T14" fmla="*/ 143 w 23"/>
                              <a:gd name="T15" fmla="*/ 924 h 2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w 23"/>
                              <a:gd name="T25" fmla="*/ 0 h 26"/>
                              <a:gd name="T26" fmla="*/ 23 w 23"/>
                              <a:gd name="T27" fmla="*/ 26 h 2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3" h="26">
                                <a:moveTo>
                                  <a:pt x="4" y="26"/>
                                </a:moveTo>
                                <a:lnTo>
                                  <a:pt x="1" y="24"/>
                                </a:lnTo>
                                <a:lnTo>
                                  <a:pt x="0" y="19"/>
                                </a:lnTo>
                                <a:lnTo>
                                  <a:pt x="6" y="10"/>
                                </a:lnTo>
                                <a:lnTo>
                                  <a:pt x="22" y="0"/>
                                </a:lnTo>
                                <a:lnTo>
                                  <a:pt x="23" y="9"/>
                                </a:lnTo>
                                <a:lnTo>
                                  <a:pt x="11" y="20"/>
                                </a:lnTo>
                                <a:lnTo>
                                  <a:pt x="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73310554" name="Freeform 25">
                          <a:extLst>
                            <a:ext uri="{FF2B5EF4-FFF2-40B4-BE49-F238E27FC236}">
                              <a16:creationId xmlns:a16="http://schemas.microsoft.com/office/drawing/2014/main" id="{9B2EA81F-AB17-3564-FD07-1B5069BDAB6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26" y="1237"/>
                            <a:ext cx="137" cy="155"/>
                          </a:xfrm>
                          <a:custGeom>
                            <a:avLst/>
                            <a:gdLst>
                              <a:gd name="T0" fmla="*/ 143 w 23"/>
                              <a:gd name="T1" fmla="*/ 924 h 26"/>
                              <a:gd name="T2" fmla="*/ 36 w 23"/>
                              <a:gd name="T3" fmla="*/ 853 h 26"/>
                              <a:gd name="T4" fmla="*/ 0 w 23"/>
                              <a:gd name="T5" fmla="*/ 674 h 26"/>
                              <a:gd name="T6" fmla="*/ 214 w 23"/>
                              <a:gd name="T7" fmla="*/ 358 h 26"/>
                              <a:gd name="T8" fmla="*/ 780 w 23"/>
                              <a:gd name="T9" fmla="*/ 0 h 26"/>
                              <a:gd name="T10" fmla="*/ 816 w 23"/>
                              <a:gd name="T11" fmla="*/ 322 h 26"/>
                              <a:gd name="T12" fmla="*/ 393 w 23"/>
                              <a:gd name="T13" fmla="*/ 709 h 26"/>
                              <a:gd name="T14" fmla="*/ 143 w 23"/>
                              <a:gd name="T15" fmla="*/ 924 h 2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w 23"/>
                              <a:gd name="T25" fmla="*/ 0 h 26"/>
                              <a:gd name="T26" fmla="*/ 23 w 23"/>
                              <a:gd name="T27" fmla="*/ 26 h 2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3" h="26">
                                <a:moveTo>
                                  <a:pt x="4" y="26"/>
                                </a:moveTo>
                                <a:lnTo>
                                  <a:pt x="1" y="24"/>
                                </a:lnTo>
                                <a:lnTo>
                                  <a:pt x="0" y="19"/>
                                </a:lnTo>
                                <a:lnTo>
                                  <a:pt x="6" y="10"/>
                                </a:lnTo>
                                <a:lnTo>
                                  <a:pt x="22" y="0"/>
                                </a:lnTo>
                                <a:lnTo>
                                  <a:pt x="23" y="9"/>
                                </a:lnTo>
                                <a:lnTo>
                                  <a:pt x="11" y="20"/>
                                </a:lnTo>
                                <a:lnTo>
                                  <a:pt x="4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619500" name="Freeform 26">
                          <a:extLst>
                            <a:ext uri="{FF2B5EF4-FFF2-40B4-BE49-F238E27FC236}">
                              <a16:creationId xmlns:a16="http://schemas.microsoft.com/office/drawing/2014/main" id="{65B8C593-2447-2891-6B03-7839B45423B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56" y="1255"/>
                            <a:ext cx="83" cy="95"/>
                          </a:xfrm>
                          <a:custGeom>
                            <a:avLst/>
                            <a:gdLst>
                              <a:gd name="T0" fmla="*/ 71 w 14"/>
                              <a:gd name="T1" fmla="*/ 564 h 16"/>
                              <a:gd name="T2" fmla="*/ 36 w 14"/>
                              <a:gd name="T3" fmla="*/ 457 h 16"/>
                              <a:gd name="T4" fmla="*/ 0 w 14"/>
                              <a:gd name="T5" fmla="*/ 285 h 16"/>
                              <a:gd name="T6" fmla="*/ 0 w 14"/>
                              <a:gd name="T7" fmla="*/ 214 h 16"/>
                              <a:gd name="T8" fmla="*/ 36 w 14"/>
                              <a:gd name="T9" fmla="*/ 107 h 16"/>
                              <a:gd name="T10" fmla="*/ 178 w 14"/>
                              <a:gd name="T11" fmla="*/ 0 h 16"/>
                              <a:gd name="T12" fmla="*/ 314 w 14"/>
                              <a:gd name="T13" fmla="*/ 0 h 16"/>
                              <a:gd name="T14" fmla="*/ 421 w 14"/>
                              <a:gd name="T15" fmla="*/ 0 h 16"/>
                              <a:gd name="T16" fmla="*/ 492 w 14"/>
                              <a:gd name="T17" fmla="*/ 107 h 16"/>
                              <a:gd name="T18" fmla="*/ 279 w 14"/>
                              <a:gd name="T19" fmla="*/ 457 h 16"/>
                              <a:gd name="T20" fmla="*/ 71 w 14"/>
                              <a:gd name="T21" fmla="*/ 564 h 1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4"/>
                              <a:gd name="T34" fmla="*/ 0 h 16"/>
                              <a:gd name="T35" fmla="*/ 14 w 14"/>
                              <a:gd name="T36" fmla="*/ 16 h 1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4" h="16">
                                <a:moveTo>
                                  <a:pt x="2" y="16"/>
                                </a:moveTo>
                                <a:lnTo>
                                  <a:pt x="1" y="13"/>
                                </a:lnTo>
                                <a:lnTo>
                                  <a:pt x="0" y="8"/>
                                </a:lnTo>
                                <a:lnTo>
                                  <a:pt x="0" y="6"/>
                                </a:lnTo>
                                <a:lnTo>
                                  <a:pt x="1" y="3"/>
                                </a:lnTo>
                                <a:lnTo>
                                  <a:pt x="5" y="0"/>
                                </a:lnTo>
                                <a:lnTo>
                                  <a:pt x="9" y="0"/>
                                </a:lnTo>
                                <a:lnTo>
                                  <a:pt x="12" y="0"/>
                                </a:lnTo>
                                <a:lnTo>
                                  <a:pt x="14" y="3"/>
                                </a:lnTo>
                                <a:lnTo>
                                  <a:pt x="8" y="13"/>
                                </a:lnTo>
                                <a:lnTo>
                                  <a:pt x="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8046829" name="Freeform 27">
                          <a:extLst>
                            <a:ext uri="{FF2B5EF4-FFF2-40B4-BE49-F238E27FC236}">
                              <a16:creationId xmlns:a16="http://schemas.microsoft.com/office/drawing/2014/main" id="{DF33BA57-F31D-05BB-3EDB-E95C9E570CA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56" y="1255"/>
                            <a:ext cx="83" cy="95"/>
                          </a:xfrm>
                          <a:custGeom>
                            <a:avLst/>
                            <a:gdLst>
                              <a:gd name="T0" fmla="*/ 71 w 14"/>
                              <a:gd name="T1" fmla="*/ 564 h 16"/>
                              <a:gd name="T2" fmla="*/ 36 w 14"/>
                              <a:gd name="T3" fmla="*/ 457 h 16"/>
                              <a:gd name="T4" fmla="*/ 0 w 14"/>
                              <a:gd name="T5" fmla="*/ 285 h 16"/>
                              <a:gd name="T6" fmla="*/ 0 w 14"/>
                              <a:gd name="T7" fmla="*/ 214 h 16"/>
                              <a:gd name="T8" fmla="*/ 36 w 14"/>
                              <a:gd name="T9" fmla="*/ 107 h 16"/>
                              <a:gd name="T10" fmla="*/ 178 w 14"/>
                              <a:gd name="T11" fmla="*/ 0 h 16"/>
                              <a:gd name="T12" fmla="*/ 314 w 14"/>
                              <a:gd name="T13" fmla="*/ 0 h 16"/>
                              <a:gd name="T14" fmla="*/ 421 w 14"/>
                              <a:gd name="T15" fmla="*/ 0 h 16"/>
                              <a:gd name="T16" fmla="*/ 492 w 14"/>
                              <a:gd name="T17" fmla="*/ 107 h 16"/>
                              <a:gd name="T18" fmla="*/ 279 w 14"/>
                              <a:gd name="T19" fmla="*/ 457 h 16"/>
                              <a:gd name="T20" fmla="*/ 71 w 14"/>
                              <a:gd name="T21" fmla="*/ 564 h 1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4"/>
                              <a:gd name="T34" fmla="*/ 0 h 16"/>
                              <a:gd name="T35" fmla="*/ 14 w 14"/>
                              <a:gd name="T36" fmla="*/ 16 h 1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4" h="16">
                                <a:moveTo>
                                  <a:pt x="2" y="16"/>
                                </a:moveTo>
                                <a:lnTo>
                                  <a:pt x="1" y="13"/>
                                </a:lnTo>
                                <a:lnTo>
                                  <a:pt x="0" y="8"/>
                                </a:lnTo>
                                <a:lnTo>
                                  <a:pt x="0" y="6"/>
                                </a:lnTo>
                                <a:lnTo>
                                  <a:pt x="1" y="3"/>
                                </a:lnTo>
                                <a:lnTo>
                                  <a:pt x="5" y="0"/>
                                </a:lnTo>
                                <a:lnTo>
                                  <a:pt x="9" y="0"/>
                                </a:lnTo>
                                <a:lnTo>
                                  <a:pt x="12" y="0"/>
                                </a:lnTo>
                                <a:lnTo>
                                  <a:pt x="14" y="3"/>
                                </a:lnTo>
                                <a:lnTo>
                                  <a:pt x="8" y="13"/>
                                </a:lnTo>
                                <a:lnTo>
                                  <a:pt x="2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908930" name="Freeform 28">
                          <a:extLst>
                            <a:ext uri="{FF2B5EF4-FFF2-40B4-BE49-F238E27FC236}">
                              <a16:creationId xmlns:a16="http://schemas.microsoft.com/office/drawing/2014/main" id="{B6C54688-4D06-2FD0-8692-1F04F5A077A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31" y="412"/>
                            <a:ext cx="90" cy="173"/>
                          </a:xfrm>
                          <a:custGeom>
                            <a:avLst/>
                            <a:gdLst>
                              <a:gd name="T0" fmla="*/ 0 w 15"/>
                              <a:gd name="T1" fmla="*/ 143 h 29"/>
                              <a:gd name="T2" fmla="*/ 540 w 15"/>
                              <a:gd name="T3" fmla="*/ 0 h 29"/>
                              <a:gd name="T4" fmla="*/ 540 w 15"/>
                              <a:gd name="T5" fmla="*/ 889 h 29"/>
                              <a:gd name="T6" fmla="*/ 72 w 15"/>
                              <a:gd name="T7" fmla="*/ 1032 h 29"/>
                              <a:gd name="T8" fmla="*/ 0 w 15"/>
                              <a:gd name="T9" fmla="*/ 143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5"/>
                              <a:gd name="T16" fmla="*/ 0 h 29"/>
                              <a:gd name="T17" fmla="*/ 15 w 15"/>
                              <a:gd name="T18" fmla="*/ 29 h 29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5" h="29">
                                <a:moveTo>
                                  <a:pt x="0" y="4"/>
                                </a:moveTo>
                                <a:lnTo>
                                  <a:pt x="15" y="0"/>
                                </a:lnTo>
                                <a:lnTo>
                                  <a:pt x="15" y="25"/>
                                </a:lnTo>
                                <a:lnTo>
                                  <a:pt x="2" y="29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2651806" name="Freeform 29">
                          <a:extLst>
                            <a:ext uri="{FF2B5EF4-FFF2-40B4-BE49-F238E27FC236}">
                              <a16:creationId xmlns:a16="http://schemas.microsoft.com/office/drawing/2014/main" id="{6BD64A5A-BBE1-57DE-82B3-55BB6357EB2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31" y="412"/>
                            <a:ext cx="90" cy="173"/>
                          </a:xfrm>
                          <a:custGeom>
                            <a:avLst/>
                            <a:gdLst>
                              <a:gd name="T0" fmla="*/ 0 w 15"/>
                              <a:gd name="T1" fmla="*/ 143 h 29"/>
                              <a:gd name="T2" fmla="*/ 540 w 15"/>
                              <a:gd name="T3" fmla="*/ 0 h 29"/>
                              <a:gd name="T4" fmla="*/ 540 w 15"/>
                              <a:gd name="T5" fmla="*/ 889 h 29"/>
                              <a:gd name="T6" fmla="*/ 72 w 15"/>
                              <a:gd name="T7" fmla="*/ 1032 h 29"/>
                              <a:gd name="T8" fmla="*/ 0 w 15"/>
                              <a:gd name="T9" fmla="*/ 143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5"/>
                              <a:gd name="T16" fmla="*/ 0 h 29"/>
                              <a:gd name="T17" fmla="*/ 15 w 15"/>
                              <a:gd name="T18" fmla="*/ 29 h 29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5" h="29">
                                <a:moveTo>
                                  <a:pt x="0" y="4"/>
                                </a:moveTo>
                                <a:lnTo>
                                  <a:pt x="15" y="0"/>
                                </a:lnTo>
                                <a:lnTo>
                                  <a:pt x="15" y="25"/>
                                </a:lnTo>
                                <a:lnTo>
                                  <a:pt x="2" y="29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1861007" name="Freeform 30">
                          <a:extLst>
                            <a:ext uri="{FF2B5EF4-FFF2-40B4-BE49-F238E27FC236}">
                              <a16:creationId xmlns:a16="http://schemas.microsoft.com/office/drawing/2014/main" id="{6875EB51-0616-CED7-B985-D7BC9D07B18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67" y="956"/>
                            <a:ext cx="233" cy="591"/>
                          </a:xfrm>
                          <a:custGeom>
                            <a:avLst/>
                            <a:gdLst>
                              <a:gd name="T0" fmla="*/ 783 w 39"/>
                              <a:gd name="T1" fmla="*/ 3528 h 99"/>
                              <a:gd name="T2" fmla="*/ 1141 w 39"/>
                              <a:gd name="T3" fmla="*/ 3206 h 99"/>
                              <a:gd name="T4" fmla="*/ 1392 w 39"/>
                              <a:gd name="T5" fmla="*/ 2603 h 99"/>
                              <a:gd name="T6" fmla="*/ 1177 w 39"/>
                              <a:gd name="T7" fmla="*/ 322 h 99"/>
                              <a:gd name="T8" fmla="*/ 72 w 39"/>
                              <a:gd name="T9" fmla="*/ 0 h 99"/>
                              <a:gd name="T10" fmla="*/ 358 w 39"/>
                              <a:gd name="T11" fmla="*/ 1319 h 99"/>
                              <a:gd name="T12" fmla="*/ 358 w 39"/>
                              <a:gd name="T13" fmla="*/ 1319 h 99"/>
                              <a:gd name="T14" fmla="*/ 358 w 39"/>
                              <a:gd name="T15" fmla="*/ 1319 h 99"/>
                              <a:gd name="T16" fmla="*/ 394 w 39"/>
                              <a:gd name="T17" fmla="*/ 1463 h 99"/>
                              <a:gd name="T18" fmla="*/ 430 w 39"/>
                              <a:gd name="T19" fmla="*/ 1570 h 99"/>
                              <a:gd name="T20" fmla="*/ 430 w 39"/>
                              <a:gd name="T21" fmla="*/ 1713 h 99"/>
                              <a:gd name="T22" fmla="*/ 430 w 39"/>
                              <a:gd name="T23" fmla="*/ 1851 h 99"/>
                              <a:gd name="T24" fmla="*/ 430 w 39"/>
                              <a:gd name="T25" fmla="*/ 1958 h 99"/>
                              <a:gd name="T26" fmla="*/ 394 w 39"/>
                              <a:gd name="T27" fmla="*/ 2101 h 99"/>
                              <a:gd name="T28" fmla="*/ 394 w 39"/>
                              <a:gd name="T29" fmla="*/ 2245 h 99"/>
                              <a:gd name="T30" fmla="*/ 358 w 39"/>
                              <a:gd name="T31" fmla="*/ 2352 h 99"/>
                              <a:gd name="T32" fmla="*/ 323 w 39"/>
                              <a:gd name="T33" fmla="*/ 2495 h 99"/>
                              <a:gd name="T34" fmla="*/ 251 w 39"/>
                              <a:gd name="T35" fmla="*/ 2603 h 99"/>
                              <a:gd name="T36" fmla="*/ 215 w 39"/>
                              <a:gd name="T37" fmla="*/ 2710 h 99"/>
                              <a:gd name="T38" fmla="*/ 143 w 39"/>
                              <a:gd name="T39" fmla="*/ 2854 h 99"/>
                              <a:gd name="T40" fmla="*/ 72 w 39"/>
                              <a:gd name="T41" fmla="*/ 2955 h 99"/>
                              <a:gd name="T42" fmla="*/ 0 w 39"/>
                              <a:gd name="T43" fmla="*/ 3062 h 99"/>
                              <a:gd name="T44" fmla="*/ 783 w 39"/>
                              <a:gd name="T45" fmla="*/ 3528 h 99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w 39"/>
                              <a:gd name="T70" fmla="*/ 0 h 99"/>
                              <a:gd name="T71" fmla="*/ 39 w 39"/>
                              <a:gd name="T72" fmla="*/ 99 h 99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T69" t="T70" r="T71" b="T72"/>
                            <a:pathLst>
                              <a:path w="39" h="99">
                                <a:moveTo>
                                  <a:pt x="22" y="99"/>
                                </a:moveTo>
                                <a:lnTo>
                                  <a:pt x="32" y="90"/>
                                </a:lnTo>
                                <a:lnTo>
                                  <a:pt x="39" y="73"/>
                                </a:lnTo>
                                <a:lnTo>
                                  <a:pt x="33" y="9"/>
                                </a:lnTo>
                                <a:lnTo>
                                  <a:pt x="2" y="0"/>
                                </a:lnTo>
                                <a:lnTo>
                                  <a:pt x="10" y="37"/>
                                </a:lnTo>
                                <a:lnTo>
                                  <a:pt x="11" y="41"/>
                                </a:lnTo>
                                <a:lnTo>
                                  <a:pt x="12" y="44"/>
                                </a:lnTo>
                                <a:lnTo>
                                  <a:pt x="12" y="48"/>
                                </a:lnTo>
                                <a:lnTo>
                                  <a:pt x="12" y="52"/>
                                </a:lnTo>
                                <a:lnTo>
                                  <a:pt x="12" y="55"/>
                                </a:lnTo>
                                <a:lnTo>
                                  <a:pt x="11" y="59"/>
                                </a:lnTo>
                                <a:lnTo>
                                  <a:pt x="11" y="63"/>
                                </a:lnTo>
                                <a:lnTo>
                                  <a:pt x="10" y="66"/>
                                </a:lnTo>
                                <a:lnTo>
                                  <a:pt x="9" y="70"/>
                                </a:lnTo>
                                <a:lnTo>
                                  <a:pt x="7" y="73"/>
                                </a:lnTo>
                                <a:lnTo>
                                  <a:pt x="6" y="76"/>
                                </a:lnTo>
                                <a:lnTo>
                                  <a:pt x="4" y="80"/>
                                </a:lnTo>
                                <a:lnTo>
                                  <a:pt x="2" y="83"/>
                                </a:lnTo>
                                <a:lnTo>
                                  <a:pt x="0" y="86"/>
                                </a:lnTo>
                                <a:lnTo>
                                  <a:pt x="22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15831354" name="Freeform 31">
                          <a:extLst>
                            <a:ext uri="{FF2B5EF4-FFF2-40B4-BE49-F238E27FC236}">
                              <a16:creationId xmlns:a16="http://schemas.microsoft.com/office/drawing/2014/main" id="{E5B7B1B3-D78E-1633-20EE-F8A17EF6336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67" y="956"/>
                            <a:ext cx="233" cy="591"/>
                          </a:xfrm>
                          <a:custGeom>
                            <a:avLst/>
                            <a:gdLst>
                              <a:gd name="T0" fmla="*/ 783 w 39"/>
                              <a:gd name="T1" fmla="*/ 3528 h 99"/>
                              <a:gd name="T2" fmla="*/ 1141 w 39"/>
                              <a:gd name="T3" fmla="*/ 3206 h 99"/>
                              <a:gd name="T4" fmla="*/ 1392 w 39"/>
                              <a:gd name="T5" fmla="*/ 2603 h 99"/>
                              <a:gd name="T6" fmla="*/ 1177 w 39"/>
                              <a:gd name="T7" fmla="*/ 322 h 99"/>
                              <a:gd name="T8" fmla="*/ 72 w 39"/>
                              <a:gd name="T9" fmla="*/ 0 h 99"/>
                              <a:gd name="T10" fmla="*/ 358 w 39"/>
                              <a:gd name="T11" fmla="*/ 1319 h 99"/>
                              <a:gd name="T12" fmla="*/ 358 w 39"/>
                              <a:gd name="T13" fmla="*/ 1319 h 99"/>
                              <a:gd name="T14" fmla="*/ 358 w 39"/>
                              <a:gd name="T15" fmla="*/ 1319 h 99"/>
                              <a:gd name="T16" fmla="*/ 394 w 39"/>
                              <a:gd name="T17" fmla="*/ 1463 h 99"/>
                              <a:gd name="T18" fmla="*/ 430 w 39"/>
                              <a:gd name="T19" fmla="*/ 1570 h 99"/>
                              <a:gd name="T20" fmla="*/ 430 w 39"/>
                              <a:gd name="T21" fmla="*/ 1713 h 99"/>
                              <a:gd name="T22" fmla="*/ 430 w 39"/>
                              <a:gd name="T23" fmla="*/ 1851 h 99"/>
                              <a:gd name="T24" fmla="*/ 430 w 39"/>
                              <a:gd name="T25" fmla="*/ 1958 h 99"/>
                              <a:gd name="T26" fmla="*/ 394 w 39"/>
                              <a:gd name="T27" fmla="*/ 2101 h 99"/>
                              <a:gd name="T28" fmla="*/ 394 w 39"/>
                              <a:gd name="T29" fmla="*/ 2245 h 99"/>
                              <a:gd name="T30" fmla="*/ 358 w 39"/>
                              <a:gd name="T31" fmla="*/ 2352 h 99"/>
                              <a:gd name="T32" fmla="*/ 323 w 39"/>
                              <a:gd name="T33" fmla="*/ 2495 h 99"/>
                              <a:gd name="T34" fmla="*/ 251 w 39"/>
                              <a:gd name="T35" fmla="*/ 2603 h 99"/>
                              <a:gd name="T36" fmla="*/ 215 w 39"/>
                              <a:gd name="T37" fmla="*/ 2710 h 99"/>
                              <a:gd name="T38" fmla="*/ 143 w 39"/>
                              <a:gd name="T39" fmla="*/ 2854 h 99"/>
                              <a:gd name="T40" fmla="*/ 72 w 39"/>
                              <a:gd name="T41" fmla="*/ 2955 h 99"/>
                              <a:gd name="T42" fmla="*/ 0 w 39"/>
                              <a:gd name="T43" fmla="*/ 3062 h 99"/>
                              <a:gd name="T44" fmla="*/ 783 w 39"/>
                              <a:gd name="T45" fmla="*/ 3528 h 99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w 39"/>
                              <a:gd name="T70" fmla="*/ 0 h 99"/>
                              <a:gd name="T71" fmla="*/ 39 w 39"/>
                              <a:gd name="T72" fmla="*/ 99 h 99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T69" t="T70" r="T71" b="T72"/>
                            <a:pathLst>
                              <a:path w="39" h="99">
                                <a:moveTo>
                                  <a:pt x="22" y="99"/>
                                </a:moveTo>
                                <a:lnTo>
                                  <a:pt x="32" y="90"/>
                                </a:lnTo>
                                <a:lnTo>
                                  <a:pt x="39" y="73"/>
                                </a:lnTo>
                                <a:lnTo>
                                  <a:pt x="33" y="9"/>
                                </a:lnTo>
                                <a:lnTo>
                                  <a:pt x="2" y="0"/>
                                </a:lnTo>
                                <a:lnTo>
                                  <a:pt x="10" y="37"/>
                                </a:lnTo>
                                <a:lnTo>
                                  <a:pt x="11" y="41"/>
                                </a:lnTo>
                                <a:lnTo>
                                  <a:pt x="12" y="44"/>
                                </a:lnTo>
                                <a:lnTo>
                                  <a:pt x="12" y="48"/>
                                </a:lnTo>
                                <a:lnTo>
                                  <a:pt x="12" y="52"/>
                                </a:lnTo>
                                <a:lnTo>
                                  <a:pt x="12" y="55"/>
                                </a:lnTo>
                                <a:lnTo>
                                  <a:pt x="11" y="59"/>
                                </a:lnTo>
                                <a:lnTo>
                                  <a:pt x="11" y="63"/>
                                </a:lnTo>
                                <a:lnTo>
                                  <a:pt x="10" y="66"/>
                                </a:lnTo>
                                <a:lnTo>
                                  <a:pt x="9" y="70"/>
                                </a:lnTo>
                                <a:lnTo>
                                  <a:pt x="7" y="73"/>
                                </a:lnTo>
                                <a:lnTo>
                                  <a:pt x="6" y="76"/>
                                </a:lnTo>
                                <a:lnTo>
                                  <a:pt x="4" y="80"/>
                                </a:lnTo>
                                <a:lnTo>
                                  <a:pt x="2" y="83"/>
                                </a:lnTo>
                                <a:lnTo>
                                  <a:pt x="0" y="86"/>
                                </a:lnTo>
                                <a:lnTo>
                                  <a:pt x="22" y="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7070822" name="Freeform 32">
                          <a:extLst>
                            <a:ext uri="{FF2B5EF4-FFF2-40B4-BE49-F238E27FC236}">
                              <a16:creationId xmlns:a16="http://schemas.microsoft.com/office/drawing/2014/main" id="{44A5406C-BD16-F4F2-BE6D-4797CC24B15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37" y="585"/>
                            <a:ext cx="346" cy="974"/>
                          </a:xfrm>
                          <a:custGeom>
                            <a:avLst/>
                            <a:gdLst>
                              <a:gd name="T0" fmla="*/ 1670 w 58"/>
                              <a:gd name="T1" fmla="*/ 5820 h 163"/>
                              <a:gd name="T2" fmla="*/ 1742 w 58"/>
                              <a:gd name="T3" fmla="*/ 5677 h 163"/>
                              <a:gd name="T4" fmla="*/ 1814 w 58"/>
                              <a:gd name="T5" fmla="*/ 5533 h 163"/>
                              <a:gd name="T6" fmla="*/ 1885 w 58"/>
                              <a:gd name="T7" fmla="*/ 5354 h 163"/>
                              <a:gd name="T8" fmla="*/ 1921 w 58"/>
                              <a:gd name="T9" fmla="*/ 5211 h 163"/>
                              <a:gd name="T10" fmla="*/ 1957 w 58"/>
                              <a:gd name="T11" fmla="*/ 5037 h 163"/>
                              <a:gd name="T12" fmla="*/ 1992 w 58"/>
                              <a:gd name="T13" fmla="*/ 4894 h 163"/>
                              <a:gd name="T14" fmla="*/ 2028 w 58"/>
                              <a:gd name="T15" fmla="*/ 4715 h 163"/>
                              <a:gd name="T16" fmla="*/ 2028 w 58"/>
                              <a:gd name="T17" fmla="*/ 4571 h 163"/>
                              <a:gd name="T18" fmla="*/ 2064 w 58"/>
                              <a:gd name="T19" fmla="*/ 4392 h 163"/>
                              <a:gd name="T20" fmla="*/ 2064 w 58"/>
                              <a:gd name="T21" fmla="*/ 4249 h 163"/>
                              <a:gd name="T22" fmla="*/ 2028 w 58"/>
                              <a:gd name="T23" fmla="*/ 4069 h 163"/>
                              <a:gd name="T24" fmla="*/ 2028 w 58"/>
                              <a:gd name="T25" fmla="*/ 3926 h 163"/>
                              <a:gd name="T26" fmla="*/ 2028 w 58"/>
                              <a:gd name="T27" fmla="*/ 3747 h 163"/>
                              <a:gd name="T28" fmla="*/ 1992 w 58"/>
                              <a:gd name="T29" fmla="*/ 3609 h 163"/>
                              <a:gd name="T30" fmla="*/ 1992 w 58"/>
                              <a:gd name="T31" fmla="*/ 3609 h 163"/>
                              <a:gd name="T32" fmla="*/ 1957 w 58"/>
                              <a:gd name="T33" fmla="*/ 3358 h 163"/>
                              <a:gd name="T34" fmla="*/ 1885 w 58"/>
                              <a:gd name="T35" fmla="*/ 3071 h 163"/>
                              <a:gd name="T36" fmla="*/ 1849 w 58"/>
                              <a:gd name="T37" fmla="*/ 2785 h 163"/>
                              <a:gd name="T38" fmla="*/ 1778 w 58"/>
                              <a:gd name="T39" fmla="*/ 2534 h 163"/>
                              <a:gd name="T40" fmla="*/ 1706 w 58"/>
                              <a:gd name="T41" fmla="*/ 2247 h 163"/>
                              <a:gd name="T42" fmla="*/ 1635 w 58"/>
                              <a:gd name="T43" fmla="*/ 2002 h 163"/>
                              <a:gd name="T44" fmla="*/ 1533 w 58"/>
                              <a:gd name="T45" fmla="*/ 1715 h 163"/>
                              <a:gd name="T46" fmla="*/ 1462 w 58"/>
                              <a:gd name="T47" fmla="*/ 1464 h 163"/>
                              <a:gd name="T48" fmla="*/ 1354 w 58"/>
                              <a:gd name="T49" fmla="*/ 1213 h 163"/>
                              <a:gd name="T50" fmla="*/ 1247 w 58"/>
                              <a:gd name="T51" fmla="*/ 962 h 163"/>
                              <a:gd name="T52" fmla="*/ 1175 w 58"/>
                              <a:gd name="T53" fmla="*/ 819 h 163"/>
                              <a:gd name="T54" fmla="*/ 1175 w 58"/>
                              <a:gd name="T55" fmla="*/ 819 h 163"/>
                              <a:gd name="T56" fmla="*/ 960 w 58"/>
                              <a:gd name="T57" fmla="*/ 359 h 163"/>
                              <a:gd name="T58" fmla="*/ 0 w 58"/>
                              <a:gd name="T59" fmla="*/ 0 h 163"/>
                              <a:gd name="T60" fmla="*/ 0 w 58"/>
                              <a:gd name="T61" fmla="*/ 2749 h 163"/>
                              <a:gd name="T62" fmla="*/ 781 w 58"/>
                              <a:gd name="T63" fmla="*/ 2426 h 163"/>
                              <a:gd name="T64" fmla="*/ 781 w 58"/>
                              <a:gd name="T65" fmla="*/ 2426 h 163"/>
                              <a:gd name="T66" fmla="*/ 817 w 58"/>
                              <a:gd name="T67" fmla="*/ 2498 h 163"/>
                              <a:gd name="T68" fmla="*/ 889 w 58"/>
                              <a:gd name="T69" fmla="*/ 2641 h 163"/>
                              <a:gd name="T70" fmla="*/ 960 w 58"/>
                              <a:gd name="T71" fmla="*/ 2785 h 163"/>
                              <a:gd name="T72" fmla="*/ 996 w 58"/>
                              <a:gd name="T73" fmla="*/ 2928 h 163"/>
                              <a:gd name="T74" fmla="*/ 1068 w 58"/>
                              <a:gd name="T75" fmla="*/ 3036 h 163"/>
                              <a:gd name="T76" fmla="*/ 1104 w 58"/>
                              <a:gd name="T77" fmla="*/ 3179 h 163"/>
                              <a:gd name="T78" fmla="*/ 1139 w 58"/>
                              <a:gd name="T79" fmla="*/ 3322 h 163"/>
                              <a:gd name="T80" fmla="*/ 1175 w 58"/>
                              <a:gd name="T81" fmla="*/ 3502 h 163"/>
                              <a:gd name="T82" fmla="*/ 1211 w 58"/>
                              <a:gd name="T83" fmla="*/ 3639 h 163"/>
                              <a:gd name="T84" fmla="*/ 1211 w 58"/>
                              <a:gd name="T85" fmla="*/ 3782 h 163"/>
                              <a:gd name="T86" fmla="*/ 1211 w 58"/>
                              <a:gd name="T87" fmla="*/ 3926 h 163"/>
                              <a:gd name="T88" fmla="*/ 1211 w 58"/>
                              <a:gd name="T89" fmla="*/ 3926 h 163"/>
                              <a:gd name="T90" fmla="*/ 1247 w 58"/>
                              <a:gd name="T91" fmla="*/ 4033 h 163"/>
                              <a:gd name="T92" fmla="*/ 1247 w 58"/>
                              <a:gd name="T93" fmla="*/ 4177 h 163"/>
                              <a:gd name="T94" fmla="*/ 1247 w 58"/>
                              <a:gd name="T95" fmla="*/ 4320 h 163"/>
                              <a:gd name="T96" fmla="*/ 1211 w 58"/>
                              <a:gd name="T97" fmla="*/ 4464 h 163"/>
                              <a:gd name="T98" fmla="*/ 1211 w 58"/>
                              <a:gd name="T99" fmla="*/ 4607 h 163"/>
                              <a:gd name="T100" fmla="*/ 1175 w 58"/>
                              <a:gd name="T101" fmla="*/ 4750 h 163"/>
                              <a:gd name="T102" fmla="*/ 1139 w 58"/>
                              <a:gd name="T103" fmla="*/ 4894 h 163"/>
                              <a:gd name="T104" fmla="*/ 1104 w 58"/>
                              <a:gd name="T105" fmla="*/ 5001 h 163"/>
                              <a:gd name="T106" fmla="*/ 1068 w 58"/>
                              <a:gd name="T107" fmla="*/ 5139 h 163"/>
                              <a:gd name="T108" fmla="*/ 996 w 58"/>
                              <a:gd name="T109" fmla="*/ 5282 h 163"/>
                              <a:gd name="T110" fmla="*/ 925 w 58"/>
                              <a:gd name="T111" fmla="*/ 5390 h 163"/>
                              <a:gd name="T112" fmla="*/ 853 w 58"/>
                              <a:gd name="T113" fmla="*/ 5497 h 163"/>
                              <a:gd name="T114" fmla="*/ 1670 w 58"/>
                              <a:gd name="T115" fmla="*/ 5820 h 16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w 58"/>
                              <a:gd name="T175" fmla="*/ 0 h 163"/>
                              <a:gd name="T176" fmla="*/ 58 w 58"/>
                              <a:gd name="T177" fmla="*/ 163 h 16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8" h="163">
                                <a:moveTo>
                                  <a:pt x="47" y="163"/>
                                </a:moveTo>
                                <a:lnTo>
                                  <a:pt x="49" y="159"/>
                                </a:lnTo>
                                <a:lnTo>
                                  <a:pt x="51" y="155"/>
                                </a:lnTo>
                                <a:lnTo>
                                  <a:pt x="53" y="150"/>
                                </a:lnTo>
                                <a:lnTo>
                                  <a:pt x="54" y="146"/>
                                </a:lnTo>
                                <a:lnTo>
                                  <a:pt x="55" y="141"/>
                                </a:lnTo>
                                <a:lnTo>
                                  <a:pt x="56" y="137"/>
                                </a:lnTo>
                                <a:lnTo>
                                  <a:pt x="57" y="132"/>
                                </a:lnTo>
                                <a:lnTo>
                                  <a:pt x="57" y="128"/>
                                </a:lnTo>
                                <a:lnTo>
                                  <a:pt x="58" y="123"/>
                                </a:lnTo>
                                <a:lnTo>
                                  <a:pt x="58" y="119"/>
                                </a:lnTo>
                                <a:lnTo>
                                  <a:pt x="57" y="114"/>
                                </a:lnTo>
                                <a:lnTo>
                                  <a:pt x="57" y="110"/>
                                </a:lnTo>
                                <a:lnTo>
                                  <a:pt x="57" y="105"/>
                                </a:lnTo>
                                <a:lnTo>
                                  <a:pt x="56" y="101"/>
                                </a:lnTo>
                                <a:lnTo>
                                  <a:pt x="55" y="94"/>
                                </a:lnTo>
                                <a:lnTo>
                                  <a:pt x="53" y="86"/>
                                </a:lnTo>
                                <a:lnTo>
                                  <a:pt x="52" y="78"/>
                                </a:lnTo>
                                <a:lnTo>
                                  <a:pt x="50" y="71"/>
                                </a:lnTo>
                                <a:lnTo>
                                  <a:pt x="48" y="63"/>
                                </a:lnTo>
                                <a:lnTo>
                                  <a:pt x="46" y="56"/>
                                </a:lnTo>
                                <a:lnTo>
                                  <a:pt x="43" y="48"/>
                                </a:lnTo>
                                <a:lnTo>
                                  <a:pt x="41" y="41"/>
                                </a:lnTo>
                                <a:lnTo>
                                  <a:pt x="38" y="34"/>
                                </a:lnTo>
                                <a:lnTo>
                                  <a:pt x="35" y="27"/>
                                </a:lnTo>
                                <a:lnTo>
                                  <a:pt x="33" y="23"/>
                                </a:lnTo>
                                <a:lnTo>
                                  <a:pt x="27" y="10"/>
                                </a:lnTo>
                                <a:lnTo>
                                  <a:pt x="0" y="0"/>
                                </a:lnTo>
                                <a:lnTo>
                                  <a:pt x="0" y="77"/>
                                </a:lnTo>
                                <a:lnTo>
                                  <a:pt x="22" y="68"/>
                                </a:lnTo>
                                <a:lnTo>
                                  <a:pt x="23" y="70"/>
                                </a:lnTo>
                                <a:lnTo>
                                  <a:pt x="25" y="74"/>
                                </a:lnTo>
                                <a:lnTo>
                                  <a:pt x="27" y="78"/>
                                </a:lnTo>
                                <a:lnTo>
                                  <a:pt x="28" y="82"/>
                                </a:lnTo>
                                <a:lnTo>
                                  <a:pt x="30" y="85"/>
                                </a:lnTo>
                                <a:lnTo>
                                  <a:pt x="31" y="89"/>
                                </a:lnTo>
                                <a:lnTo>
                                  <a:pt x="32" y="93"/>
                                </a:lnTo>
                                <a:lnTo>
                                  <a:pt x="33" y="98"/>
                                </a:lnTo>
                                <a:lnTo>
                                  <a:pt x="34" y="102"/>
                                </a:lnTo>
                                <a:lnTo>
                                  <a:pt x="34" y="106"/>
                                </a:lnTo>
                                <a:lnTo>
                                  <a:pt x="34" y="110"/>
                                </a:lnTo>
                                <a:lnTo>
                                  <a:pt x="35" y="113"/>
                                </a:lnTo>
                                <a:lnTo>
                                  <a:pt x="35" y="117"/>
                                </a:lnTo>
                                <a:lnTo>
                                  <a:pt x="35" y="121"/>
                                </a:lnTo>
                                <a:lnTo>
                                  <a:pt x="34" y="125"/>
                                </a:lnTo>
                                <a:lnTo>
                                  <a:pt x="34" y="129"/>
                                </a:lnTo>
                                <a:lnTo>
                                  <a:pt x="33" y="133"/>
                                </a:lnTo>
                                <a:lnTo>
                                  <a:pt x="32" y="137"/>
                                </a:lnTo>
                                <a:lnTo>
                                  <a:pt x="31" y="140"/>
                                </a:lnTo>
                                <a:lnTo>
                                  <a:pt x="30" y="144"/>
                                </a:lnTo>
                                <a:lnTo>
                                  <a:pt x="28" y="148"/>
                                </a:lnTo>
                                <a:lnTo>
                                  <a:pt x="26" y="151"/>
                                </a:lnTo>
                                <a:lnTo>
                                  <a:pt x="24" y="154"/>
                                </a:lnTo>
                                <a:lnTo>
                                  <a:pt x="47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10966508" name="Freeform 33">
                          <a:extLst>
                            <a:ext uri="{FF2B5EF4-FFF2-40B4-BE49-F238E27FC236}">
                              <a16:creationId xmlns:a16="http://schemas.microsoft.com/office/drawing/2014/main" id="{3BF1BFC0-3D2B-2642-EF84-CBAA77A566F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37" y="585"/>
                            <a:ext cx="346" cy="974"/>
                          </a:xfrm>
                          <a:custGeom>
                            <a:avLst/>
                            <a:gdLst>
                              <a:gd name="T0" fmla="*/ 1670 w 58"/>
                              <a:gd name="T1" fmla="*/ 5820 h 163"/>
                              <a:gd name="T2" fmla="*/ 1742 w 58"/>
                              <a:gd name="T3" fmla="*/ 5677 h 163"/>
                              <a:gd name="T4" fmla="*/ 1814 w 58"/>
                              <a:gd name="T5" fmla="*/ 5533 h 163"/>
                              <a:gd name="T6" fmla="*/ 1885 w 58"/>
                              <a:gd name="T7" fmla="*/ 5354 h 163"/>
                              <a:gd name="T8" fmla="*/ 1921 w 58"/>
                              <a:gd name="T9" fmla="*/ 5211 h 163"/>
                              <a:gd name="T10" fmla="*/ 1957 w 58"/>
                              <a:gd name="T11" fmla="*/ 5037 h 163"/>
                              <a:gd name="T12" fmla="*/ 1992 w 58"/>
                              <a:gd name="T13" fmla="*/ 4894 h 163"/>
                              <a:gd name="T14" fmla="*/ 2028 w 58"/>
                              <a:gd name="T15" fmla="*/ 4715 h 163"/>
                              <a:gd name="T16" fmla="*/ 2028 w 58"/>
                              <a:gd name="T17" fmla="*/ 4571 h 163"/>
                              <a:gd name="T18" fmla="*/ 2064 w 58"/>
                              <a:gd name="T19" fmla="*/ 4392 h 163"/>
                              <a:gd name="T20" fmla="*/ 2064 w 58"/>
                              <a:gd name="T21" fmla="*/ 4249 h 163"/>
                              <a:gd name="T22" fmla="*/ 2028 w 58"/>
                              <a:gd name="T23" fmla="*/ 4069 h 163"/>
                              <a:gd name="T24" fmla="*/ 2028 w 58"/>
                              <a:gd name="T25" fmla="*/ 3926 h 163"/>
                              <a:gd name="T26" fmla="*/ 2028 w 58"/>
                              <a:gd name="T27" fmla="*/ 3747 h 163"/>
                              <a:gd name="T28" fmla="*/ 1992 w 58"/>
                              <a:gd name="T29" fmla="*/ 3609 h 163"/>
                              <a:gd name="T30" fmla="*/ 1992 w 58"/>
                              <a:gd name="T31" fmla="*/ 3609 h 163"/>
                              <a:gd name="T32" fmla="*/ 1957 w 58"/>
                              <a:gd name="T33" fmla="*/ 3358 h 163"/>
                              <a:gd name="T34" fmla="*/ 1885 w 58"/>
                              <a:gd name="T35" fmla="*/ 3071 h 163"/>
                              <a:gd name="T36" fmla="*/ 1849 w 58"/>
                              <a:gd name="T37" fmla="*/ 2785 h 163"/>
                              <a:gd name="T38" fmla="*/ 1778 w 58"/>
                              <a:gd name="T39" fmla="*/ 2534 h 163"/>
                              <a:gd name="T40" fmla="*/ 1706 w 58"/>
                              <a:gd name="T41" fmla="*/ 2247 h 163"/>
                              <a:gd name="T42" fmla="*/ 1635 w 58"/>
                              <a:gd name="T43" fmla="*/ 2002 h 163"/>
                              <a:gd name="T44" fmla="*/ 1533 w 58"/>
                              <a:gd name="T45" fmla="*/ 1715 h 163"/>
                              <a:gd name="T46" fmla="*/ 1462 w 58"/>
                              <a:gd name="T47" fmla="*/ 1464 h 163"/>
                              <a:gd name="T48" fmla="*/ 1354 w 58"/>
                              <a:gd name="T49" fmla="*/ 1213 h 163"/>
                              <a:gd name="T50" fmla="*/ 1247 w 58"/>
                              <a:gd name="T51" fmla="*/ 962 h 163"/>
                              <a:gd name="T52" fmla="*/ 1175 w 58"/>
                              <a:gd name="T53" fmla="*/ 819 h 163"/>
                              <a:gd name="T54" fmla="*/ 1175 w 58"/>
                              <a:gd name="T55" fmla="*/ 819 h 163"/>
                              <a:gd name="T56" fmla="*/ 960 w 58"/>
                              <a:gd name="T57" fmla="*/ 359 h 163"/>
                              <a:gd name="T58" fmla="*/ 0 w 58"/>
                              <a:gd name="T59" fmla="*/ 0 h 163"/>
                              <a:gd name="T60" fmla="*/ 0 w 58"/>
                              <a:gd name="T61" fmla="*/ 2749 h 163"/>
                              <a:gd name="T62" fmla="*/ 781 w 58"/>
                              <a:gd name="T63" fmla="*/ 2426 h 163"/>
                              <a:gd name="T64" fmla="*/ 781 w 58"/>
                              <a:gd name="T65" fmla="*/ 2426 h 163"/>
                              <a:gd name="T66" fmla="*/ 817 w 58"/>
                              <a:gd name="T67" fmla="*/ 2498 h 163"/>
                              <a:gd name="T68" fmla="*/ 889 w 58"/>
                              <a:gd name="T69" fmla="*/ 2641 h 163"/>
                              <a:gd name="T70" fmla="*/ 960 w 58"/>
                              <a:gd name="T71" fmla="*/ 2785 h 163"/>
                              <a:gd name="T72" fmla="*/ 996 w 58"/>
                              <a:gd name="T73" fmla="*/ 2928 h 163"/>
                              <a:gd name="T74" fmla="*/ 1068 w 58"/>
                              <a:gd name="T75" fmla="*/ 3036 h 163"/>
                              <a:gd name="T76" fmla="*/ 1104 w 58"/>
                              <a:gd name="T77" fmla="*/ 3179 h 163"/>
                              <a:gd name="T78" fmla="*/ 1139 w 58"/>
                              <a:gd name="T79" fmla="*/ 3322 h 163"/>
                              <a:gd name="T80" fmla="*/ 1175 w 58"/>
                              <a:gd name="T81" fmla="*/ 3502 h 163"/>
                              <a:gd name="T82" fmla="*/ 1211 w 58"/>
                              <a:gd name="T83" fmla="*/ 3639 h 163"/>
                              <a:gd name="T84" fmla="*/ 1211 w 58"/>
                              <a:gd name="T85" fmla="*/ 3782 h 163"/>
                              <a:gd name="T86" fmla="*/ 1211 w 58"/>
                              <a:gd name="T87" fmla="*/ 3926 h 163"/>
                              <a:gd name="T88" fmla="*/ 1211 w 58"/>
                              <a:gd name="T89" fmla="*/ 3926 h 163"/>
                              <a:gd name="T90" fmla="*/ 1247 w 58"/>
                              <a:gd name="T91" fmla="*/ 4033 h 163"/>
                              <a:gd name="T92" fmla="*/ 1247 w 58"/>
                              <a:gd name="T93" fmla="*/ 4177 h 163"/>
                              <a:gd name="T94" fmla="*/ 1247 w 58"/>
                              <a:gd name="T95" fmla="*/ 4320 h 163"/>
                              <a:gd name="T96" fmla="*/ 1211 w 58"/>
                              <a:gd name="T97" fmla="*/ 4464 h 163"/>
                              <a:gd name="T98" fmla="*/ 1211 w 58"/>
                              <a:gd name="T99" fmla="*/ 4607 h 163"/>
                              <a:gd name="T100" fmla="*/ 1175 w 58"/>
                              <a:gd name="T101" fmla="*/ 4750 h 163"/>
                              <a:gd name="T102" fmla="*/ 1139 w 58"/>
                              <a:gd name="T103" fmla="*/ 4894 h 163"/>
                              <a:gd name="T104" fmla="*/ 1104 w 58"/>
                              <a:gd name="T105" fmla="*/ 5001 h 163"/>
                              <a:gd name="T106" fmla="*/ 1068 w 58"/>
                              <a:gd name="T107" fmla="*/ 5139 h 163"/>
                              <a:gd name="T108" fmla="*/ 996 w 58"/>
                              <a:gd name="T109" fmla="*/ 5282 h 163"/>
                              <a:gd name="T110" fmla="*/ 925 w 58"/>
                              <a:gd name="T111" fmla="*/ 5390 h 163"/>
                              <a:gd name="T112" fmla="*/ 853 w 58"/>
                              <a:gd name="T113" fmla="*/ 5497 h 163"/>
                              <a:gd name="T114" fmla="*/ 1670 w 58"/>
                              <a:gd name="T115" fmla="*/ 5820 h 16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w 58"/>
                              <a:gd name="T175" fmla="*/ 0 h 163"/>
                              <a:gd name="T176" fmla="*/ 58 w 58"/>
                              <a:gd name="T177" fmla="*/ 163 h 16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8" h="163">
                                <a:moveTo>
                                  <a:pt x="47" y="163"/>
                                </a:moveTo>
                                <a:lnTo>
                                  <a:pt x="49" y="159"/>
                                </a:lnTo>
                                <a:lnTo>
                                  <a:pt x="51" y="155"/>
                                </a:lnTo>
                                <a:lnTo>
                                  <a:pt x="53" y="150"/>
                                </a:lnTo>
                                <a:lnTo>
                                  <a:pt x="54" y="146"/>
                                </a:lnTo>
                                <a:lnTo>
                                  <a:pt x="55" y="141"/>
                                </a:lnTo>
                                <a:lnTo>
                                  <a:pt x="56" y="137"/>
                                </a:lnTo>
                                <a:lnTo>
                                  <a:pt x="57" y="132"/>
                                </a:lnTo>
                                <a:lnTo>
                                  <a:pt x="57" y="128"/>
                                </a:lnTo>
                                <a:lnTo>
                                  <a:pt x="58" y="123"/>
                                </a:lnTo>
                                <a:lnTo>
                                  <a:pt x="58" y="119"/>
                                </a:lnTo>
                                <a:lnTo>
                                  <a:pt x="57" y="114"/>
                                </a:lnTo>
                                <a:lnTo>
                                  <a:pt x="57" y="110"/>
                                </a:lnTo>
                                <a:lnTo>
                                  <a:pt x="57" y="105"/>
                                </a:lnTo>
                                <a:lnTo>
                                  <a:pt x="56" y="101"/>
                                </a:lnTo>
                                <a:lnTo>
                                  <a:pt x="55" y="94"/>
                                </a:lnTo>
                                <a:lnTo>
                                  <a:pt x="53" y="86"/>
                                </a:lnTo>
                                <a:lnTo>
                                  <a:pt x="52" y="78"/>
                                </a:lnTo>
                                <a:lnTo>
                                  <a:pt x="50" y="71"/>
                                </a:lnTo>
                                <a:lnTo>
                                  <a:pt x="48" y="63"/>
                                </a:lnTo>
                                <a:lnTo>
                                  <a:pt x="46" y="56"/>
                                </a:lnTo>
                                <a:lnTo>
                                  <a:pt x="43" y="48"/>
                                </a:lnTo>
                                <a:lnTo>
                                  <a:pt x="41" y="41"/>
                                </a:lnTo>
                                <a:lnTo>
                                  <a:pt x="38" y="34"/>
                                </a:lnTo>
                                <a:lnTo>
                                  <a:pt x="35" y="27"/>
                                </a:lnTo>
                                <a:lnTo>
                                  <a:pt x="33" y="23"/>
                                </a:lnTo>
                                <a:lnTo>
                                  <a:pt x="27" y="10"/>
                                </a:lnTo>
                                <a:lnTo>
                                  <a:pt x="0" y="0"/>
                                </a:lnTo>
                                <a:lnTo>
                                  <a:pt x="0" y="77"/>
                                </a:lnTo>
                                <a:lnTo>
                                  <a:pt x="22" y="68"/>
                                </a:lnTo>
                                <a:lnTo>
                                  <a:pt x="23" y="70"/>
                                </a:lnTo>
                                <a:lnTo>
                                  <a:pt x="25" y="74"/>
                                </a:lnTo>
                                <a:lnTo>
                                  <a:pt x="27" y="78"/>
                                </a:lnTo>
                                <a:lnTo>
                                  <a:pt x="28" y="82"/>
                                </a:lnTo>
                                <a:lnTo>
                                  <a:pt x="30" y="85"/>
                                </a:lnTo>
                                <a:lnTo>
                                  <a:pt x="31" y="89"/>
                                </a:lnTo>
                                <a:lnTo>
                                  <a:pt x="32" y="93"/>
                                </a:lnTo>
                                <a:lnTo>
                                  <a:pt x="33" y="98"/>
                                </a:lnTo>
                                <a:lnTo>
                                  <a:pt x="34" y="102"/>
                                </a:lnTo>
                                <a:lnTo>
                                  <a:pt x="34" y="106"/>
                                </a:lnTo>
                                <a:lnTo>
                                  <a:pt x="34" y="110"/>
                                </a:lnTo>
                                <a:lnTo>
                                  <a:pt x="35" y="113"/>
                                </a:lnTo>
                                <a:lnTo>
                                  <a:pt x="35" y="117"/>
                                </a:lnTo>
                                <a:lnTo>
                                  <a:pt x="35" y="121"/>
                                </a:lnTo>
                                <a:lnTo>
                                  <a:pt x="34" y="125"/>
                                </a:lnTo>
                                <a:lnTo>
                                  <a:pt x="34" y="129"/>
                                </a:lnTo>
                                <a:lnTo>
                                  <a:pt x="33" y="133"/>
                                </a:lnTo>
                                <a:lnTo>
                                  <a:pt x="32" y="137"/>
                                </a:lnTo>
                                <a:lnTo>
                                  <a:pt x="31" y="140"/>
                                </a:lnTo>
                                <a:lnTo>
                                  <a:pt x="30" y="144"/>
                                </a:lnTo>
                                <a:lnTo>
                                  <a:pt x="28" y="148"/>
                                </a:lnTo>
                                <a:lnTo>
                                  <a:pt x="26" y="151"/>
                                </a:lnTo>
                                <a:lnTo>
                                  <a:pt x="24" y="154"/>
                                </a:lnTo>
                                <a:lnTo>
                                  <a:pt x="47" y="1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9023440" name="Freeform 34">
                          <a:extLst>
                            <a:ext uri="{FF2B5EF4-FFF2-40B4-BE49-F238E27FC236}">
                              <a16:creationId xmlns:a16="http://schemas.microsoft.com/office/drawing/2014/main" id="{5928E389-F569-275B-89CF-4B5566B8EDB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2682"/>
                            <a:ext cx="96" cy="180"/>
                          </a:xfrm>
                          <a:custGeom>
                            <a:avLst/>
                            <a:gdLst>
                              <a:gd name="T0" fmla="*/ 0 w 16"/>
                              <a:gd name="T1" fmla="*/ 72 h 30"/>
                              <a:gd name="T2" fmla="*/ 0 w 16"/>
                              <a:gd name="T3" fmla="*/ 828 h 30"/>
                              <a:gd name="T4" fmla="*/ 468 w 16"/>
                              <a:gd name="T5" fmla="*/ 1080 h 30"/>
                              <a:gd name="T6" fmla="*/ 576 w 16"/>
                              <a:gd name="T7" fmla="*/ 612 h 30"/>
                              <a:gd name="T8" fmla="*/ 576 w 16"/>
                              <a:gd name="T9" fmla="*/ 0 h 30"/>
                              <a:gd name="T10" fmla="*/ 0 w 16"/>
                              <a:gd name="T11" fmla="*/ 72 h 3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w 16"/>
                              <a:gd name="T19" fmla="*/ 0 h 30"/>
                              <a:gd name="T20" fmla="*/ 16 w 16"/>
                              <a:gd name="T21" fmla="*/ 30 h 30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T18" t="T19" r="T20" b="T21"/>
                            <a:pathLst>
                              <a:path w="16" h="30">
                                <a:moveTo>
                                  <a:pt x="0" y="2"/>
                                </a:moveTo>
                                <a:lnTo>
                                  <a:pt x="0" y="23"/>
                                </a:lnTo>
                                <a:lnTo>
                                  <a:pt x="13" y="30"/>
                                </a:lnTo>
                                <a:lnTo>
                                  <a:pt x="16" y="17"/>
                                </a:ln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2241044" name="Freeform 35">
                          <a:extLst>
                            <a:ext uri="{FF2B5EF4-FFF2-40B4-BE49-F238E27FC236}">
                              <a16:creationId xmlns:a16="http://schemas.microsoft.com/office/drawing/2014/main" id="{8ED68CB3-5D56-E313-83CE-E1AFC55BDB0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2682"/>
                            <a:ext cx="96" cy="180"/>
                          </a:xfrm>
                          <a:custGeom>
                            <a:avLst/>
                            <a:gdLst>
                              <a:gd name="T0" fmla="*/ 0 w 16"/>
                              <a:gd name="T1" fmla="*/ 72 h 30"/>
                              <a:gd name="T2" fmla="*/ 0 w 16"/>
                              <a:gd name="T3" fmla="*/ 828 h 30"/>
                              <a:gd name="T4" fmla="*/ 468 w 16"/>
                              <a:gd name="T5" fmla="*/ 1080 h 30"/>
                              <a:gd name="T6" fmla="*/ 576 w 16"/>
                              <a:gd name="T7" fmla="*/ 612 h 30"/>
                              <a:gd name="T8" fmla="*/ 576 w 16"/>
                              <a:gd name="T9" fmla="*/ 0 h 30"/>
                              <a:gd name="T10" fmla="*/ 0 w 16"/>
                              <a:gd name="T11" fmla="*/ 72 h 3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w 16"/>
                              <a:gd name="T19" fmla="*/ 0 h 30"/>
                              <a:gd name="T20" fmla="*/ 16 w 16"/>
                              <a:gd name="T21" fmla="*/ 30 h 30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T18" t="T19" r="T20" b="T21"/>
                            <a:pathLst>
                              <a:path w="16" h="30">
                                <a:moveTo>
                                  <a:pt x="0" y="2"/>
                                </a:moveTo>
                                <a:lnTo>
                                  <a:pt x="0" y="23"/>
                                </a:lnTo>
                                <a:lnTo>
                                  <a:pt x="13" y="30"/>
                                </a:lnTo>
                                <a:lnTo>
                                  <a:pt x="16" y="17"/>
                                </a:ln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1602530" name="Freeform 36">
                          <a:extLst>
                            <a:ext uri="{FF2B5EF4-FFF2-40B4-BE49-F238E27FC236}">
                              <a16:creationId xmlns:a16="http://schemas.microsoft.com/office/drawing/2014/main" id="{F7B894CB-39E2-0D4F-84F0-54758256F93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2025"/>
                            <a:ext cx="1309" cy="837"/>
                          </a:xfrm>
                          <a:custGeom>
                            <a:avLst/>
                            <a:gdLst>
                              <a:gd name="T0" fmla="*/ 7394 w 219"/>
                              <a:gd name="T1" fmla="*/ 0 h 140"/>
                              <a:gd name="T2" fmla="*/ 4644 w 219"/>
                              <a:gd name="T3" fmla="*/ 466 h 140"/>
                              <a:gd name="T4" fmla="*/ 3610 w 219"/>
                              <a:gd name="T5" fmla="*/ 682 h 140"/>
                              <a:gd name="T6" fmla="*/ 0 w 219"/>
                              <a:gd name="T7" fmla="*/ 2075 h 140"/>
                              <a:gd name="T8" fmla="*/ 0 w 219"/>
                              <a:gd name="T9" fmla="*/ 2750 h 140"/>
                              <a:gd name="T10" fmla="*/ 4537 w 219"/>
                              <a:gd name="T11" fmla="*/ 1321 h 140"/>
                              <a:gd name="T12" fmla="*/ 6360 w 219"/>
                              <a:gd name="T13" fmla="*/ 998 h 140"/>
                              <a:gd name="T14" fmla="*/ 4070 w 219"/>
                              <a:gd name="T15" fmla="*/ 4149 h 140"/>
                              <a:gd name="T16" fmla="*/ 4070 w 219"/>
                              <a:gd name="T17" fmla="*/ 5004 h 140"/>
                              <a:gd name="T18" fmla="*/ 6037 w 219"/>
                              <a:gd name="T19" fmla="*/ 3252 h 140"/>
                              <a:gd name="T20" fmla="*/ 6037 w 219"/>
                              <a:gd name="T21" fmla="*/ 3252 h 140"/>
                              <a:gd name="T22" fmla="*/ 6145 w 219"/>
                              <a:gd name="T23" fmla="*/ 3181 h 140"/>
                              <a:gd name="T24" fmla="*/ 6252 w 219"/>
                              <a:gd name="T25" fmla="*/ 3109 h 140"/>
                              <a:gd name="T26" fmla="*/ 6324 w 219"/>
                              <a:gd name="T27" fmla="*/ 3037 h 140"/>
                              <a:gd name="T28" fmla="*/ 6396 w 219"/>
                              <a:gd name="T29" fmla="*/ 2965 h 140"/>
                              <a:gd name="T30" fmla="*/ 6467 w 219"/>
                              <a:gd name="T31" fmla="*/ 2858 h 140"/>
                              <a:gd name="T32" fmla="*/ 6539 w 219"/>
                              <a:gd name="T33" fmla="*/ 2786 h 140"/>
                              <a:gd name="T34" fmla="*/ 6611 w 219"/>
                              <a:gd name="T35" fmla="*/ 2678 h 140"/>
                              <a:gd name="T36" fmla="*/ 6647 w 219"/>
                              <a:gd name="T37" fmla="*/ 2571 h 140"/>
                              <a:gd name="T38" fmla="*/ 6682 w 219"/>
                              <a:gd name="T39" fmla="*/ 2469 h 140"/>
                              <a:gd name="T40" fmla="*/ 6718 w 219"/>
                              <a:gd name="T41" fmla="*/ 2362 h 140"/>
                              <a:gd name="T42" fmla="*/ 6754 w 219"/>
                              <a:gd name="T43" fmla="*/ 2254 h 140"/>
                              <a:gd name="T44" fmla="*/ 6790 w 219"/>
                              <a:gd name="T45" fmla="*/ 2218 h 140"/>
                              <a:gd name="T46" fmla="*/ 6790 w 219"/>
                              <a:gd name="T47" fmla="*/ 2218 h 140"/>
                              <a:gd name="T48" fmla="*/ 6790 w 219"/>
                              <a:gd name="T49" fmla="*/ 2182 h 140"/>
                              <a:gd name="T50" fmla="*/ 6790 w 219"/>
                              <a:gd name="T51" fmla="*/ 2110 h 140"/>
                              <a:gd name="T52" fmla="*/ 6790 w 219"/>
                              <a:gd name="T53" fmla="*/ 2003 h 140"/>
                              <a:gd name="T54" fmla="*/ 6790 w 219"/>
                              <a:gd name="T55" fmla="*/ 1931 h 140"/>
                              <a:gd name="T56" fmla="*/ 6826 w 219"/>
                              <a:gd name="T57" fmla="*/ 1823 h 140"/>
                              <a:gd name="T58" fmla="*/ 6862 w 219"/>
                              <a:gd name="T59" fmla="*/ 1752 h 140"/>
                              <a:gd name="T60" fmla="*/ 6898 w 219"/>
                              <a:gd name="T61" fmla="*/ 1680 h 140"/>
                              <a:gd name="T62" fmla="*/ 6969 w 219"/>
                              <a:gd name="T63" fmla="*/ 1572 h 140"/>
                              <a:gd name="T64" fmla="*/ 7005 w 219"/>
                              <a:gd name="T65" fmla="*/ 1501 h 140"/>
                              <a:gd name="T66" fmla="*/ 7071 w 219"/>
                              <a:gd name="T67" fmla="*/ 1465 h 140"/>
                              <a:gd name="T68" fmla="*/ 7107 w 219"/>
                              <a:gd name="T69" fmla="*/ 1393 h 140"/>
                              <a:gd name="T70" fmla="*/ 7179 w 219"/>
                              <a:gd name="T71" fmla="*/ 1321 h 140"/>
                              <a:gd name="T72" fmla="*/ 7286 w 219"/>
                              <a:gd name="T73" fmla="*/ 1285 h 140"/>
                              <a:gd name="T74" fmla="*/ 7286 w 219"/>
                              <a:gd name="T75" fmla="*/ 1285 h 140"/>
                              <a:gd name="T76" fmla="*/ 7824 w 219"/>
                              <a:gd name="T77" fmla="*/ 1034 h 140"/>
                              <a:gd name="T78" fmla="*/ 7824 w 219"/>
                              <a:gd name="T79" fmla="*/ 323 h 140"/>
                              <a:gd name="T80" fmla="*/ 7394 w 219"/>
                              <a:gd name="T81" fmla="*/ 0 h 14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w 219"/>
                              <a:gd name="T124" fmla="*/ 0 h 140"/>
                              <a:gd name="T125" fmla="*/ 219 w 219"/>
                              <a:gd name="T126" fmla="*/ 140 h 140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T123" t="T124" r="T125" b="T126"/>
                            <a:pathLst>
                              <a:path w="219" h="140">
                                <a:moveTo>
                                  <a:pt x="207" y="0"/>
                                </a:moveTo>
                                <a:lnTo>
                                  <a:pt x="130" y="13"/>
                                </a:lnTo>
                                <a:lnTo>
                                  <a:pt x="101" y="19"/>
                                </a:lnTo>
                                <a:lnTo>
                                  <a:pt x="0" y="58"/>
                                </a:lnTo>
                                <a:lnTo>
                                  <a:pt x="0" y="77"/>
                                </a:lnTo>
                                <a:lnTo>
                                  <a:pt x="127" y="37"/>
                                </a:lnTo>
                                <a:lnTo>
                                  <a:pt x="178" y="28"/>
                                </a:lnTo>
                                <a:lnTo>
                                  <a:pt x="114" y="116"/>
                                </a:lnTo>
                                <a:lnTo>
                                  <a:pt x="114" y="140"/>
                                </a:lnTo>
                                <a:lnTo>
                                  <a:pt x="169" y="91"/>
                                </a:lnTo>
                                <a:lnTo>
                                  <a:pt x="172" y="89"/>
                                </a:lnTo>
                                <a:lnTo>
                                  <a:pt x="175" y="87"/>
                                </a:lnTo>
                                <a:lnTo>
                                  <a:pt x="177" y="85"/>
                                </a:lnTo>
                                <a:lnTo>
                                  <a:pt x="179" y="83"/>
                                </a:lnTo>
                                <a:lnTo>
                                  <a:pt x="181" y="80"/>
                                </a:lnTo>
                                <a:lnTo>
                                  <a:pt x="183" y="78"/>
                                </a:lnTo>
                                <a:lnTo>
                                  <a:pt x="185" y="75"/>
                                </a:lnTo>
                                <a:lnTo>
                                  <a:pt x="186" y="72"/>
                                </a:lnTo>
                                <a:lnTo>
                                  <a:pt x="187" y="69"/>
                                </a:lnTo>
                                <a:lnTo>
                                  <a:pt x="188" y="66"/>
                                </a:lnTo>
                                <a:lnTo>
                                  <a:pt x="189" y="63"/>
                                </a:lnTo>
                                <a:lnTo>
                                  <a:pt x="190" y="62"/>
                                </a:lnTo>
                                <a:lnTo>
                                  <a:pt x="190" y="61"/>
                                </a:lnTo>
                                <a:lnTo>
                                  <a:pt x="190" y="59"/>
                                </a:lnTo>
                                <a:lnTo>
                                  <a:pt x="190" y="56"/>
                                </a:lnTo>
                                <a:lnTo>
                                  <a:pt x="190" y="54"/>
                                </a:lnTo>
                                <a:lnTo>
                                  <a:pt x="191" y="51"/>
                                </a:lnTo>
                                <a:lnTo>
                                  <a:pt x="192" y="49"/>
                                </a:lnTo>
                                <a:lnTo>
                                  <a:pt x="193" y="47"/>
                                </a:lnTo>
                                <a:lnTo>
                                  <a:pt x="195" y="44"/>
                                </a:lnTo>
                                <a:lnTo>
                                  <a:pt x="196" y="42"/>
                                </a:lnTo>
                                <a:lnTo>
                                  <a:pt x="198" y="41"/>
                                </a:lnTo>
                                <a:lnTo>
                                  <a:pt x="199" y="39"/>
                                </a:lnTo>
                                <a:lnTo>
                                  <a:pt x="201" y="37"/>
                                </a:lnTo>
                                <a:lnTo>
                                  <a:pt x="204" y="36"/>
                                </a:lnTo>
                                <a:lnTo>
                                  <a:pt x="219" y="29"/>
                                </a:lnTo>
                                <a:lnTo>
                                  <a:pt x="219" y="9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43081101" name="Freeform 37">
                          <a:extLst>
                            <a:ext uri="{FF2B5EF4-FFF2-40B4-BE49-F238E27FC236}">
                              <a16:creationId xmlns:a16="http://schemas.microsoft.com/office/drawing/2014/main" id="{8087ED84-E2ED-5369-6552-8CD48CC7719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2025"/>
                            <a:ext cx="1309" cy="837"/>
                          </a:xfrm>
                          <a:custGeom>
                            <a:avLst/>
                            <a:gdLst>
                              <a:gd name="T0" fmla="*/ 7394 w 219"/>
                              <a:gd name="T1" fmla="*/ 0 h 140"/>
                              <a:gd name="T2" fmla="*/ 4644 w 219"/>
                              <a:gd name="T3" fmla="*/ 466 h 140"/>
                              <a:gd name="T4" fmla="*/ 3610 w 219"/>
                              <a:gd name="T5" fmla="*/ 682 h 140"/>
                              <a:gd name="T6" fmla="*/ 0 w 219"/>
                              <a:gd name="T7" fmla="*/ 2075 h 140"/>
                              <a:gd name="T8" fmla="*/ 0 w 219"/>
                              <a:gd name="T9" fmla="*/ 2750 h 140"/>
                              <a:gd name="T10" fmla="*/ 4537 w 219"/>
                              <a:gd name="T11" fmla="*/ 1321 h 140"/>
                              <a:gd name="T12" fmla="*/ 6360 w 219"/>
                              <a:gd name="T13" fmla="*/ 998 h 140"/>
                              <a:gd name="T14" fmla="*/ 4070 w 219"/>
                              <a:gd name="T15" fmla="*/ 4149 h 140"/>
                              <a:gd name="T16" fmla="*/ 4070 w 219"/>
                              <a:gd name="T17" fmla="*/ 5004 h 140"/>
                              <a:gd name="T18" fmla="*/ 6037 w 219"/>
                              <a:gd name="T19" fmla="*/ 3252 h 140"/>
                              <a:gd name="T20" fmla="*/ 6037 w 219"/>
                              <a:gd name="T21" fmla="*/ 3252 h 140"/>
                              <a:gd name="T22" fmla="*/ 6145 w 219"/>
                              <a:gd name="T23" fmla="*/ 3181 h 140"/>
                              <a:gd name="T24" fmla="*/ 6252 w 219"/>
                              <a:gd name="T25" fmla="*/ 3109 h 140"/>
                              <a:gd name="T26" fmla="*/ 6324 w 219"/>
                              <a:gd name="T27" fmla="*/ 3037 h 140"/>
                              <a:gd name="T28" fmla="*/ 6396 w 219"/>
                              <a:gd name="T29" fmla="*/ 2965 h 140"/>
                              <a:gd name="T30" fmla="*/ 6467 w 219"/>
                              <a:gd name="T31" fmla="*/ 2858 h 140"/>
                              <a:gd name="T32" fmla="*/ 6539 w 219"/>
                              <a:gd name="T33" fmla="*/ 2786 h 140"/>
                              <a:gd name="T34" fmla="*/ 6611 w 219"/>
                              <a:gd name="T35" fmla="*/ 2678 h 140"/>
                              <a:gd name="T36" fmla="*/ 6647 w 219"/>
                              <a:gd name="T37" fmla="*/ 2571 h 140"/>
                              <a:gd name="T38" fmla="*/ 6682 w 219"/>
                              <a:gd name="T39" fmla="*/ 2469 h 140"/>
                              <a:gd name="T40" fmla="*/ 6718 w 219"/>
                              <a:gd name="T41" fmla="*/ 2362 h 140"/>
                              <a:gd name="T42" fmla="*/ 6754 w 219"/>
                              <a:gd name="T43" fmla="*/ 2254 h 140"/>
                              <a:gd name="T44" fmla="*/ 6790 w 219"/>
                              <a:gd name="T45" fmla="*/ 2218 h 140"/>
                              <a:gd name="T46" fmla="*/ 6790 w 219"/>
                              <a:gd name="T47" fmla="*/ 2218 h 140"/>
                              <a:gd name="T48" fmla="*/ 6790 w 219"/>
                              <a:gd name="T49" fmla="*/ 2182 h 140"/>
                              <a:gd name="T50" fmla="*/ 6790 w 219"/>
                              <a:gd name="T51" fmla="*/ 2110 h 140"/>
                              <a:gd name="T52" fmla="*/ 6790 w 219"/>
                              <a:gd name="T53" fmla="*/ 2003 h 140"/>
                              <a:gd name="T54" fmla="*/ 6790 w 219"/>
                              <a:gd name="T55" fmla="*/ 1931 h 140"/>
                              <a:gd name="T56" fmla="*/ 6826 w 219"/>
                              <a:gd name="T57" fmla="*/ 1823 h 140"/>
                              <a:gd name="T58" fmla="*/ 6862 w 219"/>
                              <a:gd name="T59" fmla="*/ 1752 h 140"/>
                              <a:gd name="T60" fmla="*/ 6898 w 219"/>
                              <a:gd name="T61" fmla="*/ 1680 h 140"/>
                              <a:gd name="T62" fmla="*/ 6969 w 219"/>
                              <a:gd name="T63" fmla="*/ 1572 h 140"/>
                              <a:gd name="T64" fmla="*/ 7005 w 219"/>
                              <a:gd name="T65" fmla="*/ 1501 h 140"/>
                              <a:gd name="T66" fmla="*/ 7071 w 219"/>
                              <a:gd name="T67" fmla="*/ 1465 h 140"/>
                              <a:gd name="T68" fmla="*/ 7107 w 219"/>
                              <a:gd name="T69" fmla="*/ 1393 h 140"/>
                              <a:gd name="T70" fmla="*/ 7179 w 219"/>
                              <a:gd name="T71" fmla="*/ 1321 h 140"/>
                              <a:gd name="T72" fmla="*/ 7286 w 219"/>
                              <a:gd name="T73" fmla="*/ 1285 h 140"/>
                              <a:gd name="T74" fmla="*/ 7286 w 219"/>
                              <a:gd name="T75" fmla="*/ 1285 h 140"/>
                              <a:gd name="T76" fmla="*/ 7824 w 219"/>
                              <a:gd name="T77" fmla="*/ 1034 h 140"/>
                              <a:gd name="T78" fmla="*/ 7824 w 219"/>
                              <a:gd name="T79" fmla="*/ 323 h 140"/>
                              <a:gd name="T80" fmla="*/ 7394 w 219"/>
                              <a:gd name="T81" fmla="*/ 0 h 14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w 219"/>
                              <a:gd name="T124" fmla="*/ 0 h 140"/>
                              <a:gd name="T125" fmla="*/ 219 w 219"/>
                              <a:gd name="T126" fmla="*/ 140 h 140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T123" t="T124" r="T125" b="T126"/>
                            <a:pathLst>
                              <a:path w="219" h="140">
                                <a:moveTo>
                                  <a:pt x="207" y="0"/>
                                </a:moveTo>
                                <a:lnTo>
                                  <a:pt x="130" y="13"/>
                                </a:lnTo>
                                <a:lnTo>
                                  <a:pt x="101" y="19"/>
                                </a:lnTo>
                                <a:lnTo>
                                  <a:pt x="0" y="58"/>
                                </a:lnTo>
                                <a:lnTo>
                                  <a:pt x="0" y="77"/>
                                </a:lnTo>
                                <a:lnTo>
                                  <a:pt x="127" y="37"/>
                                </a:lnTo>
                                <a:lnTo>
                                  <a:pt x="178" y="28"/>
                                </a:lnTo>
                                <a:lnTo>
                                  <a:pt x="114" y="116"/>
                                </a:lnTo>
                                <a:lnTo>
                                  <a:pt x="114" y="140"/>
                                </a:lnTo>
                                <a:lnTo>
                                  <a:pt x="169" y="91"/>
                                </a:lnTo>
                                <a:lnTo>
                                  <a:pt x="172" y="89"/>
                                </a:lnTo>
                                <a:lnTo>
                                  <a:pt x="175" y="87"/>
                                </a:lnTo>
                                <a:lnTo>
                                  <a:pt x="177" y="85"/>
                                </a:lnTo>
                                <a:lnTo>
                                  <a:pt x="179" y="83"/>
                                </a:lnTo>
                                <a:lnTo>
                                  <a:pt x="181" y="80"/>
                                </a:lnTo>
                                <a:lnTo>
                                  <a:pt x="183" y="78"/>
                                </a:lnTo>
                                <a:lnTo>
                                  <a:pt x="185" y="75"/>
                                </a:lnTo>
                                <a:lnTo>
                                  <a:pt x="186" y="72"/>
                                </a:lnTo>
                                <a:lnTo>
                                  <a:pt x="187" y="69"/>
                                </a:lnTo>
                                <a:lnTo>
                                  <a:pt x="188" y="66"/>
                                </a:lnTo>
                                <a:lnTo>
                                  <a:pt x="189" y="63"/>
                                </a:lnTo>
                                <a:lnTo>
                                  <a:pt x="190" y="62"/>
                                </a:lnTo>
                                <a:lnTo>
                                  <a:pt x="190" y="61"/>
                                </a:lnTo>
                                <a:lnTo>
                                  <a:pt x="190" y="59"/>
                                </a:lnTo>
                                <a:lnTo>
                                  <a:pt x="190" y="56"/>
                                </a:lnTo>
                                <a:lnTo>
                                  <a:pt x="190" y="54"/>
                                </a:lnTo>
                                <a:lnTo>
                                  <a:pt x="191" y="51"/>
                                </a:lnTo>
                                <a:lnTo>
                                  <a:pt x="192" y="49"/>
                                </a:lnTo>
                                <a:lnTo>
                                  <a:pt x="193" y="47"/>
                                </a:lnTo>
                                <a:lnTo>
                                  <a:pt x="195" y="44"/>
                                </a:lnTo>
                                <a:lnTo>
                                  <a:pt x="196" y="42"/>
                                </a:lnTo>
                                <a:lnTo>
                                  <a:pt x="198" y="41"/>
                                </a:lnTo>
                                <a:lnTo>
                                  <a:pt x="199" y="39"/>
                                </a:lnTo>
                                <a:lnTo>
                                  <a:pt x="201" y="37"/>
                                </a:lnTo>
                                <a:lnTo>
                                  <a:pt x="204" y="36"/>
                                </a:lnTo>
                                <a:lnTo>
                                  <a:pt x="219" y="29"/>
                                </a:lnTo>
                                <a:lnTo>
                                  <a:pt x="219" y="9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4565608" name="Freeform 38">
                          <a:extLst>
                            <a:ext uri="{FF2B5EF4-FFF2-40B4-BE49-F238E27FC236}">
                              <a16:creationId xmlns:a16="http://schemas.microsoft.com/office/drawing/2014/main" id="{89CAE632-C7D5-370F-6184-F191F2114B4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82" y="1959"/>
                            <a:ext cx="203" cy="168"/>
                          </a:xfrm>
                          <a:custGeom>
                            <a:avLst/>
                            <a:gdLst>
                              <a:gd name="T0" fmla="*/ 1212 w 34"/>
                              <a:gd name="T1" fmla="*/ 360 h 28"/>
                              <a:gd name="T2" fmla="*/ 502 w 34"/>
                              <a:gd name="T3" fmla="*/ 0 h 28"/>
                              <a:gd name="T4" fmla="*/ 72 w 34"/>
                              <a:gd name="T5" fmla="*/ 144 h 28"/>
                              <a:gd name="T6" fmla="*/ 0 w 34"/>
                              <a:gd name="T7" fmla="*/ 1008 h 28"/>
                              <a:gd name="T8" fmla="*/ 215 w 34"/>
                              <a:gd name="T9" fmla="*/ 1008 h 28"/>
                              <a:gd name="T10" fmla="*/ 1105 w 34"/>
                              <a:gd name="T11" fmla="*/ 540 h 28"/>
                              <a:gd name="T12" fmla="*/ 1212 w 34"/>
                              <a:gd name="T13" fmla="*/ 360 h 28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4"/>
                              <a:gd name="T22" fmla="*/ 0 h 28"/>
                              <a:gd name="T23" fmla="*/ 34 w 34"/>
                              <a:gd name="T24" fmla="*/ 28 h 28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4" h="28">
                                <a:moveTo>
                                  <a:pt x="34" y="10"/>
                                </a:moveTo>
                                <a:lnTo>
                                  <a:pt x="14" y="0"/>
                                </a:lnTo>
                                <a:lnTo>
                                  <a:pt x="2" y="4"/>
                                </a:lnTo>
                                <a:lnTo>
                                  <a:pt x="0" y="28"/>
                                </a:lnTo>
                                <a:lnTo>
                                  <a:pt x="6" y="28"/>
                                </a:lnTo>
                                <a:lnTo>
                                  <a:pt x="31" y="15"/>
                                </a:lnTo>
                                <a:lnTo>
                                  <a:pt x="3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68823232" name="Freeform 39">
                          <a:extLst>
                            <a:ext uri="{FF2B5EF4-FFF2-40B4-BE49-F238E27FC236}">
                              <a16:creationId xmlns:a16="http://schemas.microsoft.com/office/drawing/2014/main" id="{49F5EF40-2BEF-D166-88FD-F235EB57CA9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82" y="1959"/>
                            <a:ext cx="203" cy="168"/>
                          </a:xfrm>
                          <a:custGeom>
                            <a:avLst/>
                            <a:gdLst>
                              <a:gd name="T0" fmla="*/ 1212 w 34"/>
                              <a:gd name="T1" fmla="*/ 360 h 28"/>
                              <a:gd name="T2" fmla="*/ 502 w 34"/>
                              <a:gd name="T3" fmla="*/ 0 h 28"/>
                              <a:gd name="T4" fmla="*/ 72 w 34"/>
                              <a:gd name="T5" fmla="*/ 144 h 28"/>
                              <a:gd name="T6" fmla="*/ 0 w 34"/>
                              <a:gd name="T7" fmla="*/ 1008 h 28"/>
                              <a:gd name="T8" fmla="*/ 215 w 34"/>
                              <a:gd name="T9" fmla="*/ 1008 h 28"/>
                              <a:gd name="T10" fmla="*/ 1105 w 34"/>
                              <a:gd name="T11" fmla="*/ 540 h 28"/>
                              <a:gd name="T12" fmla="*/ 1212 w 34"/>
                              <a:gd name="T13" fmla="*/ 360 h 28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4"/>
                              <a:gd name="T22" fmla="*/ 0 h 28"/>
                              <a:gd name="T23" fmla="*/ 34 w 34"/>
                              <a:gd name="T24" fmla="*/ 28 h 28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4" h="28">
                                <a:moveTo>
                                  <a:pt x="34" y="10"/>
                                </a:moveTo>
                                <a:lnTo>
                                  <a:pt x="14" y="0"/>
                                </a:lnTo>
                                <a:lnTo>
                                  <a:pt x="2" y="4"/>
                                </a:lnTo>
                                <a:lnTo>
                                  <a:pt x="0" y="28"/>
                                </a:lnTo>
                                <a:lnTo>
                                  <a:pt x="6" y="28"/>
                                </a:lnTo>
                                <a:lnTo>
                                  <a:pt x="31" y="15"/>
                                </a:lnTo>
                                <a:lnTo>
                                  <a:pt x="34" y="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8739588" name="Freeform 40">
                          <a:extLst>
                            <a:ext uri="{FF2B5EF4-FFF2-40B4-BE49-F238E27FC236}">
                              <a16:creationId xmlns:a16="http://schemas.microsoft.com/office/drawing/2014/main" id="{57F9E4F1-49DB-AFC5-F858-DB8962B1616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47" y="2079"/>
                            <a:ext cx="138" cy="215"/>
                          </a:xfrm>
                          <a:custGeom>
                            <a:avLst/>
                            <a:gdLst>
                              <a:gd name="T0" fmla="*/ 0 w 23"/>
                              <a:gd name="T1" fmla="*/ 179 h 36"/>
                              <a:gd name="T2" fmla="*/ 0 w 23"/>
                              <a:gd name="T3" fmla="*/ 1141 h 36"/>
                              <a:gd name="T4" fmla="*/ 36 w 23"/>
                              <a:gd name="T5" fmla="*/ 1177 h 36"/>
                              <a:gd name="T6" fmla="*/ 144 w 23"/>
                              <a:gd name="T7" fmla="*/ 1212 h 36"/>
                              <a:gd name="T8" fmla="*/ 252 w 23"/>
                              <a:gd name="T9" fmla="*/ 1284 h 36"/>
                              <a:gd name="T10" fmla="*/ 432 w 23"/>
                              <a:gd name="T11" fmla="*/ 1284 h 36"/>
                              <a:gd name="T12" fmla="*/ 576 w 23"/>
                              <a:gd name="T13" fmla="*/ 1284 h 36"/>
                              <a:gd name="T14" fmla="*/ 720 w 23"/>
                              <a:gd name="T15" fmla="*/ 1212 h 36"/>
                              <a:gd name="T16" fmla="*/ 720 w 23"/>
                              <a:gd name="T17" fmla="*/ 1212 h 36"/>
                              <a:gd name="T18" fmla="*/ 828 w 23"/>
                              <a:gd name="T19" fmla="*/ 1141 h 36"/>
                              <a:gd name="T20" fmla="*/ 828 w 23"/>
                              <a:gd name="T21" fmla="*/ 1105 h 36"/>
                              <a:gd name="T22" fmla="*/ 828 w 23"/>
                              <a:gd name="T23" fmla="*/ 0 h 36"/>
                              <a:gd name="T24" fmla="*/ 0 w 23"/>
                              <a:gd name="T25" fmla="*/ 179 h 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23"/>
                              <a:gd name="T40" fmla="*/ 0 h 36"/>
                              <a:gd name="T41" fmla="*/ 23 w 23"/>
                              <a:gd name="T42" fmla="*/ 36 h 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23" h="36">
                                <a:moveTo>
                                  <a:pt x="0" y="5"/>
                                </a:moveTo>
                                <a:lnTo>
                                  <a:pt x="0" y="32"/>
                                </a:lnTo>
                                <a:lnTo>
                                  <a:pt x="1" y="33"/>
                                </a:lnTo>
                                <a:lnTo>
                                  <a:pt x="4" y="34"/>
                                </a:lnTo>
                                <a:lnTo>
                                  <a:pt x="7" y="36"/>
                                </a:lnTo>
                                <a:lnTo>
                                  <a:pt x="12" y="36"/>
                                </a:lnTo>
                                <a:lnTo>
                                  <a:pt x="16" y="36"/>
                                </a:lnTo>
                                <a:lnTo>
                                  <a:pt x="20" y="34"/>
                                </a:lnTo>
                                <a:lnTo>
                                  <a:pt x="23" y="32"/>
                                </a:lnTo>
                                <a:lnTo>
                                  <a:pt x="23" y="31"/>
                                </a:lnTo>
                                <a:lnTo>
                                  <a:pt x="23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06057747" name="Freeform 41">
                          <a:extLst>
                            <a:ext uri="{FF2B5EF4-FFF2-40B4-BE49-F238E27FC236}">
                              <a16:creationId xmlns:a16="http://schemas.microsoft.com/office/drawing/2014/main" id="{1AD4191C-2B1D-861F-4DB3-78413090552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47" y="2079"/>
                            <a:ext cx="138" cy="215"/>
                          </a:xfrm>
                          <a:custGeom>
                            <a:avLst/>
                            <a:gdLst>
                              <a:gd name="T0" fmla="*/ 0 w 23"/>
                              <a:gd name="T1" fmla="*/ 179 h 36"/>
                              <a:gd name="T2" fmla="*/ 0 w 23"/>
                              <a:gd name="T3" fmla="*/ 1141 h 36"/>
                              <a:gd name="T4" fmla="*/ 36 w 23"/>
                              <a:gd name="T5" fmla="*/ 1177 h 36"/>
                              <a:gd name="T6" fmla="*/ 144 w 23"/>
                              <a:gd name="T7" fmla="*/ 1212 h 36"/>
                              <a:gd name="T8" fmla="*/ 252 w 23"/>
                              <a:gd name="T9" fmla="*/ 1284 h 36"/>
                              <a:gd name="T10" fmla="*/ 432 w 23"/>
                              <a:gd name="T11" fmla="*/ 1284 h 36"/>
                              <a:gd name="T12" fmla="*/ 576 w 23"/>
                              <a:gd name="T13" fmla="*/ 1284 h 36"/>
                              <a:gd name="T14" fmla="*/ 720 w 23"/>
                              <a:gd name="T15" fmla="*/ 1212 h 36"/>
                              <a:gd name="T16" fmla="*/ 720 w 23"/>
                              <a:gd name="T17" fmla="*/ 1212 h 36"/>
                              <a:gd name="T18" fmla="*/ 828 w 23"/>
                              <a:gd name="T19" fmla="*/ 1141 h 36"/>
                              <a:gd name="T20" fmla="*/ 828 w 23"/>
                              <a:gd name="T21" fmla="*/ 1105 h 36"/>
                              <a:gd name="T22" fmla="*/ 828 w 23"/>
                              <a:gd name="T23" fmla="*/ 0 h 36"/>
                              <a:gd name="T24" fmla="*/ 0 w 23"/>
                              <a:gd name="T25" fmla="*/ 179 h 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23"/>
                              <a:gd name="T40" fmla="*/ 0 h 36"/>
                              <a:gd name="T41" fmla="*/ 23 w 23"/>
                              <a:gd name="T42" fmla="*/ 36 h 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23" h="36">
                                <a:moveTo>
                                  <a:pt x="0" y="5"/>
                                </a:moveTo>
                                <a:lnTo>
                                  <a:pt x="0" y="32"/>
                                </a:lnTo>
                                <a:lnTo>
                                  <a:pt x="1" y="33"/>
                                </a:lnTo>
                                <a:lnTo>
                                  <a:pt x="4" y="34"/>
                                </a:lnTo>
                                <a:lnTo>
                                  <a:pt x="7" y="36"/>
                                </a:lnTo>
                                <a:lnTo>
                                  <a:pt x="12" y="36"/>
                                </a:lnTo>
                                <a:lnTo>
                                  <a:pt x="16" y="36"/>
                                </a:lnTo>
                                <a:lnTo>
                                  <a:pt x="20" y="34"/>
                                </a:lnTo>
                                <a:lnTo>
                                  <a:pt x="23" y="32"/>
                                </a:lnTo>
                                <a:lnTo>
                                  <a:pt x="23" y="31"/>
                                </a:lnTo>
                                <a:lnTo>
                                  <a:pt x="23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266266" name="Freeform 42">
                          <a:extLst>
                            <a:ext uri="{FF2B5EF4-FFF2-40B4-BE49-F238E27FC236}">
                              <a16:creationId xmlns:a16="http://schemas.microsoft.com/office/drawing/2014/main" id="{EE38ADBE-36AC-5470-661F-636B193B6F2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6" y="2169"/>
                            <a:ext cx="173" cy="131"/>
                          </a:xfrm>
                          <a:custGeom>
                            <a:avLst/>
                            <a:gdLst>
                              <a:gd name="T0" fmla="*/ 72 w 29"/>
                              <a:gd name="T1" fmla="*/ 780 h 22"/>
                              <a:gd name="T2" fmla="*/ 960 w 29"/>
                              <a:gd name="T3" fmla="*/ 357 h 22"/>
                              <a:gd name="T4" fmla="*/ 996 w 29"/>
                              <a:gd name="T5" fmla="*/ 286 h 22"/>
                              <a:gd name="T6" fmla="*/ 1032 w 29"/>
                              <a:gd name="T7" fmla="*/ 179 h 22"/>
                              <a:gd name="T8" fmla="*/ 996 w 29"/>
                              <a:gd name="T9" fmla="*/ 143 h 22"/>
                              <a:gd name="T10" fmla="*/ 996 w 29"/>
                              <a:gd name="T11" fmla="*/ 107 h 22"/>
                              <a:gd name="T12" fmla="*/ 960 w 29"/>
                              <a:gd name="T13" fmla="*/ 71 h 22"/>
                              <a:gd name="T14" fmla="*/ 925 w 29"/>
                              <a:gd name="T15" fmla="*/ 0 h 22"/>
                              <a:gd name="T16" fmla="*/ 817 w 29"/>
                              <a:gd name="T17" fmla="*/ 0 h 22"/>
                              <a:gd name="T18" fmla="*/ 746 w 29"/>
                              <a:gd name="T19" fmla="*/ 0 h 22"/>
                              <a:gd name="T20" fmla="*/ 501 w 29"/>
                              <a:gd name="T21" fmla="*/ 143 h 22"/>
                              <a:gd name="T22" fmla="*/ 0 w 29"/>
                              <a:gd name="T23" fmla="*/ 357 h 22"/>
                              <a:gd name="T24" fmla="*/ 72 w 29"/>
                              <a:gd name="T25" fmla="*/ 780 h 22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29"/>
                              <a:gd name="T40" fmla="*/ 0 h 22"/>
                              <a:gd name="T41" fmla="*/ 29 w 29"/>
                              <a:gd name="T42" fmla="*/ 22 h 22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29" h="22">
                                <a:moveTo>
                                  <a:pt x="2" y="22"/>
                                </a:moveTo>
                                <a:lnTo>
                                  <a:pt x="27" y="10"/>
                                </a:lnTo>
                                <a:lnTo>
                                  <a:pt x="28" y="8"/>
                                </a:lnTo>
                                <a:lnTo>
                                  <a:pt x="29" y="5"/>
                                </a:lnTo>
                                <a:lnTo>
                                  <a:pt x="28" y="4"/>
                                </a:lnTo>
                                <a:lnTo>
                                  <a:pt x="28" y="3"/>
                                </a:lnTo>
                                <a:lnTo>
                                  <a:pt x="27" y="2"/>
                                </a:lnTo>
                                <a:lnTo>
                                  <a:pt x="26" y="0"/>
                                </a:lnTo>
                                <a:lnTo>
                                  <a:pt x="23" y="0"/>
                                </a:lnTo>
                                <a:lnTo>
                                  <a:pt x="21" y="0"/>
                                </a:lnTo>
                                <a:lnTo>
                                  <a:pt x="14" y="4"/>
                                </a:lnTo>
                                <a:lnTo>
                                  <a:pt x="0" y="10"/>
                                </a:lnTo>
                                <a:lnTo>
                                  <a:pt x="2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87981223" name="Freeform 43">
                          <a:extLst>
                            <a:ext uri="{FF2B5EF4-FFF2-40B4-BE49-F238E27FC236}">
                              <a16:creationId xmlns:a16="http://schemas.microsoft.com/office/drawing/2014/main" id="{66CD15B7-9CC8-C1E9-4375-66B7B7446C7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6" y="2169"/>
                            <a:ext cx="173" cy="131"/>
                          </a:xfrm>
                          <a:custGeom>
                            <a:avLst/>
                            <a:gdLst>
                              <a:gd name="T0" fmla="*/ 72 w 29"/>
                              <a:gd name="T1" fmla="*/ 780 h 22"/>
                              <a:gd name="T2" fmla="*/ 960 w 29"/>
                              <a:gd name="T3" fmla="*/ 357 h 22"/>
                              <a:gd name="T4" fmla="*/ 996 w 29"/>
                              <a:gd name="T5" fmla="*/ 286 h 22"/>
                              <a:gd name="T6" fmla="*/ 1032 w 29"/>
                              <a:gd name="T7" fmla="*/ 179 h 22"/>
                              <a:gd name="T8" fmla="*/ 996 w 29"/>
                              <a:gd name="T9" fmla="*/ 143 h 22"/>
                              <a:gd name="T10" fmla="*/ 996 w 29"/>
                              <a:gd name="T11" fmla="*/ 107 h 22"/>
                              <a:gd name="T12" fmla="*/ 960 w 29"/>
                              <a:gd name="T13" fmla="*/ 71 h 22"/>
                              <a:gd name="T14" fmla="*/ 925 w 29"/>
                              <a:gd name="T15" fmla="*/ 0 h 22"/>
                              <a:gd name="T16" fmla="*/ 817 w 29"/>
                              <a:gd name="T17" fmla="*/ 0 h 22"/>
                              <a:gd name="T18" fmla="*/ 746 w 29"/>
                              <a:gd name="T19" fmla="*/ 0 h 22"/>
                              <a:gd name="T20" fmla="*/ 501 w 29"/>
                              <a:gd name="T21" fmla="*/ 143 h 22"/>
                              <a:gd name="T22" fmla="*/ 0 w 29"/>
                              <a:gd name="T23" fmla="*/ 357 h 22"/>
                              <a:gd name="T24" fmla="*/ 72 w 29"/>
                              <a:gd name="T25" fmla="*/ 780 h 22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29"/>
                              <a:gd name="T40" fmla="*/ 0 h 22"/>
                              <a:gd name="T41" fmla="*/ 29 w 29"/>
                              <a:gd name="T42" fmla="*/ 22 h 22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29" h="22">
                                <a:moveTo>
                                  <a:pt x="2" y="22"/>
                                </a:moveTo>
                                <a:lnTo>
                                  <a:pt x="27" y="10"/>
                                </a:lnTo>
                                <a:lnTo>
                                  <a:pt x="28" y="8"/>
                                </a:lnTo>
                                <a:lnTo>
                                  <a:pt x="29" y="5"/>
                                </a:lnTo>
                                <a:lnTo>
                                  <a:pt x="28" y="4"/>
                                </a:lnTo>
                                <a:lnTo>
                                  <a:pt x="28" y="3"/>
                                </a:lnTo>
                                <a:lnTo>
                                  <a:pt x="27" y="2"/>
                                </a:lnTo>
                                <a:lnTo>
                                  <a:pt x="26" y="0"/>
                                </a:lnTo>
                                <a:lnTo>
                                  <a:pt x="23" y="0"/>
                                </a:lnTo>
                                <a:lnTo>
                                  <a:pt x="21" y="0"/>
                                </a:lnTo>
                                <a:lnTo>
                                  <a:pt x="14" y="4"/>
                                </a:lnTo>
                                <a:lnTo>
                                  <a:pt x="0" y="10"/>
                                </a:lnTo>
                                <a:lnTo>
                                  <a:pt x="2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7561735" name="Freeform 44">
                          <a:extLst>
                            <a:ext uri="{FF2B5EF4-FFF2-40B4-BE49-F238E27FC236}">
                              <a16:creationId xmlns:a16="http://schemas.microsoft.com/office/drawing/2014/main" id="{059953B3-4F90-96AB-168A-4A2C3D7C91C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69" y="2228"/>
                            <a:ext cx="120" cy="114"/>
                          </a:xfrm>
                          <a:custGeom>
                            <a:avLst/>
                            <a:gdLst>
                              <a:gd name="T0" fmla="*/ 216 w 20"/>
                              <a:gd name="T1" fmla="*/ 684 h 19"/>
                              <a:gd name="T2" fmla="*/ 108 w 20"/>
                              <a:gd name="T3" fmla="*/ 648 h 19"/>
                              <a:gd name="T4" fmla="*/ 36 w 20"/>
                              <a:gd name="T5" fmla="*/ 612 h 19"/>
                              <a:gd name="T6" fmla="*/ 0 w 20"/>
                              <a:gd name="T7" fmla="*/ 540 h 19"/>
                              <a:gd name="T8" fmla="*/ 0 w 20"/>
                              <a:gd name="T9" fmla="*/ 432 h 19"/>
                              <a:gd name="T10" fmla="*/ 36 w 20"/>
                              <a:gd name="T11" fmla="*/ 324 h 19"/>
                              <a:gd name="T12" fmla="*/ 144 w 20"/>
                              <a:gd name="T13" fmla="*/ 252 h 19"/>
                              <a:gd name="T14" fmla="*/ 216 w 20"/>
                              <a:gd name="T15" fmla="*/ 180 h 19"/>
                              <a:gd name="T16" fmla="*/ 432 w 20"/>
                              <a:gd name="T17" fmla="*/ 108 h 19"/>
                              <a:gd name="T18" fmla="*/ 720 w 20"/>
                              <a:gd name="T19" fmla="*/ 0 h 19"/>
                              <a:gd name="T20" fmla="*/ 684 w 20"/>
                              <a:gd name="T21" fmla="*/ 612 h 19"/>
                              <a:gd name="T22" fmla="*/ 216 w 20"/>
                              <a:gd name="T23" fmla="*/ 684 h 19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20"/>
                              <a:gd name="T37" fmla="*/ 0 h 19"/>
                              <a:gd name="T38" fmla="*/ 20 w 20"/>
                              <a:gd name="T39" fmla="*/ 19 h 19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20" h="19">
                                <a:moveTo>
                                  <a:pt x="6" y="19"/>
                                </a:moveTo>
                                <a:lnTo>
                                  <a:pt x="3" y="18"/>
                                </a:lnTo>
                                <a:lnTo>
                                  <a:pt x="1" y="17"/>
                                </a:lnTo>
                                <a:lnTo>
                                  <a:pt x="0" y="15"/>
                                </a:lnTo>
                                <a:lnTo>
                                  <a:pt x="0" y="12"/>
                                </a:lnTo>
                                <a:lnTo>
                                  <a:pt x="1" y="9"/>
                                </a:lnTo>
                                <a:lnTo>
                                  <a:pt x="4" y="7"/>
                                </a:lnTo>
                                <a:lnTo>
                                  <a:pt x="6" y="5"/>
                                </a:lnTo>
                                <a:lnTo>
                                  <a:pt x="12" y="3"/>
                                </a:lnTo>
                                <a:lnTo>
                                  <a:pt x="20" y="0"/>
                                </a:lnTo>
                                <a:lnTo>
                                  <a:pt x="19" y="17"/>
                                </a:lnTo>
                                <a:lnTo>
                                  <a:pt x="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48309873" name="Freeform 45">
                          <a:extLst>
                            <a:ext uri="{FF2B5EF4-FFF2-40B4-BE49-F238E27FC236}">
                              <a16:creationId xmlns:a16="http://schemas.microsoft.com/office/drawing/2014/main" id="{06EFAEA9-E17F-2AD9-1A4B-49B939A65C4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69" y="2228"/>
                            <a:ext cx="120" cy="114"/>
                          </a:xfrm>
                          <a:custGeom>
                            <a:avLst/>
                            <a:gdLst>
                              <a:gd name="T0" fmla="*/ 216 w 20"/>
                              <a:gd name="T1" fmla="*/ 684 h 19"/>
                              <a:gd name="T2" fmla="*/ 108 w 20"/>
                              <a:gd name="T3" fmla="*/ 648 h 19"/>
                              <a:gd name="T4" fmla="*/ 36 w 20"/>
                              <a:gd name="T5" fmla="*/ 612 h 19"/>
                              <a:gd name="T6" fmla="*/ 0 w 20"/>
                              <a:gd name="T7" fmla="*/ 540 h 19"/>
                              <a:gd name="T8" fmla="*/ 0 w 20"/>
                              <a:gd name="T9" fmla="*/ 432 h 19"/>
                              <a:gd name="T10" fmla="*/ 36 w 20"/>
                              <a:gd name="T11" fmla="*/ 324 h 19"/>
                              <a:gd name="T12" fmla="*/ 144 w 20"/>
                              <a:gd name="T13" fmla="*/ 252 h 19"/>
                              <a:gd name="T14" fmla="*/ 216 w 20"/>
                              <a:gd name="T15" fmla="*/ 180 h 19"/>
                              <a:gd name="T16" fmla="*/ 432 w 20"/>
                              <a:gd name="T17" fmla="*/ 108 h 19"/>
                              <a:gd name="T18" fmla="*/ 720 w 20"/>
                              <a:gd name="T19" fmla="*/ 0 h 19"/>
                              <a:gd name="T20" fmla="*/ 684 w 20"/>
                              <a:gd name="T21" fmla="*/ 612 h 19"/>
                              <a:gd name="T22" fmla="*/ 216 w 20"/>
                              <a:gd name="T23" fmla="*/ 684 h 19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20"/>
                              <a:gd name="T37" fmla="*/ 0 h 19"/>
                              <a:gd name="T38" fmla="*/ 20 w 20"/>
                              <a:gd name="T39" fmla="*/ 19 h 19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20" h="19">
                                <a:moveTo>
                                  <a:pt x="6" y="19"/>
                                </a:moveTo>
                                <a:lnTo>
                                  <a:pt x="3" y="18"/>
                                </a:lnTo>
                                <a:lnTo>
                                  <a:pt x="1" y="17"/>
                                </a:lnTo>
                                <a:lnTo>
                                  <a:pt x="0" y="15"/>
                                </a:lnTo>
                                <a:lnTo>
                                  <a:pt x="0" y="12"/>
                                </a:lnTo>
                                <a:lnTo>
                                  <a:pt x="1" y="9"/>
                                </a:lnTo>
                                <a:lnTo>
                                  <a:pt x="4" y="7"/>
                                </a:lnTo>
                                <a:lnTo>
                                  <a:pt x="6" y="5"/>
                                </a:lnTo>
                                <a:lnTo>
                                  <a:pt x="12" y="3"/>
                                </a:lnTo>
                                <a:lnTo>
                                  <a:pt x="20" y="0"/>
                                </a:lnTo>
                                <a:lnTo>
                                  <a:pt x="19" y="17"/>
                                </a:lnTo>
                                <a:lnTo>
                                  <a:pt x="6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676997" name="Freeform 46">
                          <a:extLst>
                            <a:ext uri="{FF2B5EF4-FFF2-40B4-BE49-F238E27FC236}">
                              <a16:creationId xmlns:a16="http://schemas.microsoft.com/office/drawing/2014/main" id="{44F2E110-A269-20AB-BDB1-13AEEDA7863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13" y="2133"/>
                            <a:ext cx="269" cy="454"/>
                          </a:xfrm>
                          <a:custGeom>
                            <a:avLst/>
                            <a:gdLst>
                              <a:gd name="T0" fmla="*/ 574 w 45"/>
                              <a:gd name="T1" fmla="*/ 0 h 76"/>
                              <a:gd name="T2" fmla="*/ 855 w 45"/>
                              <a:gd name="T3" fmla="*/ 36 h 76"/>
                              <a:gd name="T4" fmla="*/ 927 w 45"/>
                              <a:gd name="T5" fmla="*/ 72 h 76"/>
                              <a:gd name="T6" fmla="*/ 998 w 45"/>
                              <a:gd name="T7" fmla="*/ 108 h 76"/>
                              <a:gd name="T8" fmla="*/ 1070 w 45"/>
                              <a:gd name="T9" fmla="*/ 108 h 76"/>
                              <a:gd name="T10" fmla="*/ 1142 w 45"/>
                              <a:gd name="T11" fmla="*/ 179 h 76"/>
                              <a:gd name="T12" fmla="*/ 1213 w 45"/>
                              <a:gd name="T13" fmla="*/ 215 h 76"/>
                              <a:gd name="T14" fmla="*/ 1249 w 45"/>
                              <a:gd name="T15" fmla="*/ 251 h 76"/>
                              <a:gd name="T16" fmla="*/ 1321 w 45"/>
                              <a:gd name="T17" fmla="*/ 323 h 76"/>
                              <a:gd name="T18" fmla="*/ 1393 w 45"/>
                              <a:gd name="T19" fmla="*/ 394 h 76"/>
                              <a:gd name="T20" fmla="*/ 1429 w 45"/>
                              <a:gd name="T21" fmla="*/ 466 h 76"/>
                              <a:gd name="T22" fmla="*/ 1465 w 45"/>
                              <a:gd name="T23" fmla="*/ 538 h 76"/>
                              <a:gd name="T24" fmla="*/ 1500 w 45"/>
                              <a:gd name="T25" fmla="*/ 645 h 76"/>
                              <a:gd name="T26" fmla="*/ 1536 w 45"/>
                              <a:gd name="T27" fmla="*/ 711 h 76"/>
                              <a:gd name="T28" fmla="*/ 1536 w 45"/>
                              <a:gd name="T29" fmla="*/ 818 h 76"/>
                              <a:gd name="T30" fmla="*/ 1572 w 45"/>
                              <a:gd name="T31" fmla="*/ 890 h 76"/>
                              <a:gd name="T32" fmla="*/ 1572 w 45"/>
                              <a:gd name="T33" fmla="*/ 998 h 76"/>
                              <a:gd name="T34" fmla="*/ 1608 w 45"/>
                              <a:gd name="T35" fmla="*/ 1105 h 76"/>
                              <a:gd name="T36" fmla="*/ 1608 w 45"/>
                              <a:gd name="T37" fmla="*/ 1213 h 76"/>
                              <a:gd name="T38" fmla="*/ 1572 w 45"/>
                              <a:gd name="T39" fmla="*/ 1284 h 76"/>
                              <a:gd name="T40" fmla="*/ 1572 w 45"/>
                              <a:gd name="T41" fmla="*/ 1392 h 76"/>
                              <a:gd name="T42" fmla="*/ 1536 w 45"/>
                              <a:gd name="T43" fmla="*/ 1499 h 76"/>
                              <a:gd name="T44" fmla="*/ 1536 w 45"/>
                              <a:gd name="T45" fmla="*/ 1607 h 76"/>
                              <a:gd name="T46" fmla="*/ 1500 w 45"/>
                              <a:gd name="T47" fmla="*/ 1714 h 76"/>
                              <a:gd name="T48" fmla="*/ 1465 w 45"/>
                              <a:gd name="T49" fmla="*/ 1822 h 76"/>
                              <a:gd name="T50" fmla="*/ 1429 w 45"/>
                              <a:gd name="T51" fmla="*/ 1894 h 76"/>
                              <a:gd name="T52" fmla="*/ 1357 w 45"/>
                              <a:gd name="T53" fmla="*/ 2001 h 76"/>
                              <a:gd name="T54" fmla="*/ 1321 w 45"/>
                              <a:gd name="T55" fmla="*/ 2067 h 76"/>
                              <a:gd name="T56" fmla="*/ 1249 w 45"/>
                              <a:gd name="T57" fmla="*/ 2174 h 76"/>
                              <a:gd name="T58" fmla="*/ 1213 w 45"/>
                              <a:gd name="T59" fmla="*/ 2246 h 76"/>
                              <a:gd name="T60" fmla="*/ 1142 w 45"/>
                              <a:gd name="T61" fmla="*/ 2318 h 76"/>
                              <a:gd name="T62" fmla="*/ 1070 w 45"/>
                              <a:gd name="T63" fmla="*/ 2389 h 76"/>
                              <a:gd name="T64" fmla="*/ 998 w 45"/>
                              <a:gd name="T65" fmla="*/ 2461 h 76"/>
                              <a:gd name="T66" fmla="*/ 927 w 45"/>
                              <a:gd name="T67" fmla="*/ 2497 h 76"/>
                              <a:gd name="T68" fmla="*/ 855 w 45"/>
                              <a:gd name="T69" fmla="*/ 2569 h 76"/>
                              <a:gd name="T70" fmla="*/ 789 w 45"/>
                              <a:gd name="T71" fmla="*/ 2605 h 76"/>
                              <a:gd name="T72" fmla="*/ 681 w 45"/>
                              <a:gd name="T73" fmla="*/ 2640 h 76"/>
                              <a:gd name="T74" fmla="*/ 610 w 45"/>
                              <a:gd name="T75" fmla="*/ 2676 h 76"/>
                              <a:gd name="T76" fmla="*/ 538 w 45"/>
                              <a:gd name="T77" fmla="*/ 2676 h 76"/>
                              <a:gd name="T78" fmla="*/ 466 w 45"/>
                              <a:gd name="T79" fmla="*/ 2712 h 76"/>
                              <a:gd name="T80" fmla="*/ 359 w 45"/>
                              <a:gd name="T81" fmla="*/ 2712 h 76"/>
                              <a:gd name="T82" fmla="*/ 287 w 45"/>
                              <a:gd name="T83" fmla="*/ 2712 h 76"/>
                              <a:gd name="T84" fmla="*/ 215 w 45"/>
                              <a:gd name="T85" fmla="*/ 2676 h 76"/>
                              <a:gd name="T86" fmla="*/ 143 w 45"/>
                              <a:gd name="T87" fmla="*/ 2676 h 76"/>
                              <a:gd name="T88" fmla="*/ 72 w 45"/>
                              <a:gd name="T89" fmla="*/ 2640 h 76"/>
                              <a:gd name="T90" fmla="*/ 0 w 45"/>
                              <a:gd name="T91" fmla="*/ 2605 h 76"/>
                              <a:gd name="T92" fmla="*/ 574 w 45"/>
                              <a:gd name="T93" fmla="*/ 0 h 7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w 45"/>
                              <a:gd name="T142" fmla="*/ 0 h 76"/>
                              <a:gd name="T143" fmla="*/ 45 w 45"/>
                              <a:gd name="T144" fmla="*/ 76 h 7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T141" t="T142" r="T143" b="T144"/>
                            <a:pathLst>
                              <a:path w="45" h="76">
                                <a:moveTo>
                                  <a:pt x="16" y="0"/>
                                </a:moveTo>
                                <a:lnTo>
                                  <a:pt x="24" y="1"/>
                                </a:lnTo>
                                <a:lnTo>
                                  <a:pt x="26" y="2"/>
                                </a:lnTo>
                                <a:lnTo>
                                  <a:pt x="28" y="3"/>
                                </a:lnTo>
                                <a:lnTo>
                                  <a:pt x="30" y="3"/>
                                </a:lnTo>
                                <a:lnTo>
                                  <a:pt x="32" y="5"/>
                                </a:lnTo>
                                <a:lnTo>
                                  <a:pt x="34" y="6"/>
                                </a:lnTo>
                                <a:lnTo>
                                  <a:pt x="35" y="7"/>
                                </a:lnTo>
                                <a:lnTo>
                                  <a:pt x="37" y="9"/>
                                </a:lnTo>
                                <a:lnTo>
                                  <a:pt x="39" y="11"/>
                                </a:lnTo>
                                <a:lnTo>
                                  <a:pt x="40" y="13"/>
                                </a:lnTo>
                                <a:lnTo>
                                  <a:pt x="41" y="15"/>
                                </a:lnTo>
                                <a:lnTo>
                                  <a:pt x="42" y="18"/>
                                </a:lnTo>
                                <a:lnTo>
                                  <a:pt x="43" y="20"/>
                                </a:lnTo>
                                <a:lnTo>
                                  <a:pt x="43" y="23"/>
                                </a:lnTo>
                                <a:lnTo>
                                  <a:pt x="44" y="25"/>
                                </a:lnTo>
                                <a:lnTo>
                                  <a:pt x="44" y="28"/>
                                </a:lnTo>
                                <a:lnTo>
                                  <a:pt x="45" y="31"/>
                                </a:lnTo>
                                <a:lnTo>
                                  <a:pt x="45" y="34"/>
                                </a:lnTo>
                                <a:lnTo>
                                  <a:pt x="44" y="36"/>
                                </a:lnTo>
                                <a:lnTo>
                                  <a:pt x="44" y="39"/>
                                </a:lnTo>
                                <a:lnTo>
                                  <a:pt x="43" y="42"/>
                                </a:lnTo>
                                <a:lnTo>
                                  <a:pt x="43" y="45"/>
                                </a:lnTo>
                                <a:lnTo>
                                  <a:pt x="42" y="48"/>
                                </a:lnTo>
                                <a:lnTo>
                                  <a:pt x="41" y="51"/>
                                </a:lnTo>
                                <a:lnTo>
                                  <a:pt x="40" y="53"/>
                                </a:lnTo>
                                <a:lnTo>
                                  <a:pt x="38" y="56"/>
                                </a:lnTo>
                                <a:lnTo>
                                  <a:pt x="37" y="58"/>
                                </a:lnTo>
                                <a:lnTo>
                                  <a:pt x="35" y="61"/>
                                </a:lnTo>
                                <a:lnTo>
                                  <a:pt x="34" y="63"/>
                                </a:lnTo>
                                <a:lnTo>
                                  <a:pt x="32" y="65"/>
                                </a:lnTo>
                                <a:lnTo>
                                  <a:pt x="30" y="67"/>
                                </a:lnTo>
                                <a:lnTo>
                                  <a:pt x="28" y="69"/>
                                </a:lnTo>
                                <a:lnTo>
                                  <a:pt x="26" y="70"/>
                                </a:lnTo>
                                <a:lnTo>
                                  <a:pt x="24" y="72"/>
                                </a:lnTo>
                                <a:lnTo>
                                  <a:pt x="22" y="73"/>
                                </a:lnTo>
                                <a:lnTo>
                                  <a:pt x="19" y="74"/>
                                </a:lnTo>
                                <a:lnTo>
                                  <a:pt x="17" y="75"/>
                                </a:lnTo>
                                <a:lnTo>
                                  <a:pt x="15" y="75"/>
                                </a:lnTo>
                                <a:lnTo>
                                  <a:pt x="13" y="76"/>
                                </a:lnTo>
                                <a:lnTo>
                                  <a:pt x="10" y="76"/>
                                </a:lnTo>
                                <a:lnTo>
                                  <a:pt x="8" y="76"/>
                                </a:lnTo>
                                <a:lnTo>
                                  <a:pt x="6" y="75"/>
                                </a:lnTo>
                                <a:lnTo>
                                  <a:pt x="4" y="75"/>
                                </a:lnTo>
                                <a:lnTo>
                                  <a:pt x="2" y="74"/>
                                </a:lnTo>
                                <a:lnTo>
                                  <a:pt x="0" y="73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26943686" name="Freeform 47">
                          <a:extLst>
                            <a:ext uri="{FF2B5EF4-FFF2-40B4-BE49-F238E27FC236}">
                              <a16:creationId xmlns:a16="http://schemas.microsoft.com/office/drawing/2014/main" id="{4AA3E157-FBDD-60E6-B4EF-CDCB2BC35F9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13" y="2133"/>
                            <a:ext cx="269" cy="454"/>
                          </a:xfrm>
                          <a:custGeom>
                            <a:avLst/>
                            <a:gdLst>
                              <a:gd name="T0" fmla="*/ 574 w 45"/>
                              <a:gd name="T1" fmla="*/ 0 h 76"/>
                              <a:gd name="T2" fmla="*/ 855 w 45"/>
                              <a:gd name="T3" fmla="*/ 36 h 76"/>
                              <a:gd name="T4" fmla="*/ 927 w 45"/>
                              <a:gd name="T5" fmla="*/ 72 h 76"/>
                              <a:gd name="T6" fmla="*/ 998 w 45"/>
                              <a:gd name="T7" fmla="*/ 108 h 76"/>
                              <a:gd name="T8" fmla="*/ 1070 w 45"/>
                              <a:gd name="T9" fmla="*/ 108 h 76"/>
                              <a:gd name="T10" fmla="*/ 1142 w 45"/>
                              <a:gd name="T11" fmla="*/ 179 h 76"/>
                              <a:gd name="T12" fmla="*/ 1213 w 45"/>
                              <a:gd name="T13" fmla="*/ 215 h 76"/>
                              <a:gd name="T14" fmla="*/ 1249 w 45"/>
                              <a:gd name="T15" fmla="*/ 251 h 76"/>
                              <a:gd name="T16" fmla="*/ 1321 w 45"/>
                              <a:gd name="T17" fmla="*/ 323 h 76"/>
                              <a:gd name="T18" fmla="*/ 1393 w 45"/>
                              <a:gd name="T19" fmla="*/ 394 h 76"/>
                              <a:gd name="T20" fmla="*/ 1429 w 45"/>
                              <a:gd name="T21" fmla="*/ 466 h 76"/>
                              <a:gd name="T22" fmla="*/ 1465 w 45"/>
                              <a:gd name="T23" fmla="*/ 538 h 76"/>
                              <a:gd name="T24" fmla="*/ 1500 w 45"/>
                              <a:gd name="T25" fmla="*/ 645 h 76"/>
                              <a:gd name="T26" fmla="*/ 1536 w 45"/>
                              <a:gd name="T27" fmla="*/ 711 h 76"/>
                              <a:gd name="T28" fmla="*/ 1536 w 45"/>
                              <a:gd name="T29" fmla="*/ 818 h 76"/>
                              <a:gd name="T30" fmla="*/ 1572 w 45"/>
                              <a:gd name="T31" fmla="*/ 890 h 76"/>
                              <a:gd name="T32" fmla="*/ 1572 w 45"/>
                              <a:gd name="T33" fmla="*/ 998 h 76"/>
                              <a:gd name="T34" fmla="*/ 1608 w 45"/>
                              <a:gd name="T35" fmla="*/ 1105 h 76"/>
                              <a:gd name="T36" fmla="*/ 1608 w 45"/>
                              <a:gd name="T37" fmla="*/ 1213 h 76"/>
                              <a:gd name="T38" fmla="*/ 1572 w 45"/>
                              <a:gd name="T39" fmla="*/ 1284 h 76"/>
                              <a:gd name="T40" fmla="*/ 1572 w 45"/>
                              <a:gd name="T41" fmla="*/ 1392 h 76"/>
                              <a:gd name="T42" fmla="*/ 1536 w 45"/>
                              <a:gd name="T43" fmla="*/ 1499 h 76"/>
                              <a:gd name="T44" fmla="*/ 1536 w 45"/>
                              <a:gd name="T45" fmla="*/ 1607 h 76"/>
                              <a:gd name="T46" fmla="*/ 1500 w 45"/>
                              <a:gd name="T47" fmla="*/ 1714 h 76"/>
                              <a:gd name="T48" fmla="*/ 1465 w 45"/>
                              <a:gd name="T49" fmla="*/ 1822 h 76"/>
                              <a:gd name="T50" fmla="*/ 1429 w 45"/>
                              <a:gd name="T51" fmla="*/ 1894 h 76"/>
                              <a:gd name="T52" fmla="*/ 1357 w 45"/>
                              <a:gd name="T53" fmla="*/ 2001 h 76"/>
                              <a:gd name="T54" fmla="*/ 1321 w 45"/>
                              <a:gd name="T55" fmla="*/ 2067 h 76"/>
                              <a:gd name="T56" fmla="*/ 1249 w 45"/>
                              <a:gd name="T57" fmla="*/ 2174 h 76"/>
                              <a:gd name="T58" fmla="*/ 1213 w 45"/>
                              <a:gd name="T59" fmla="*/ 2246 h 76"/>
                              <a:gd name="T60" fmla="*/ 1142 w 45"/>
                              <a:gd name="T61" fmla="*/ 2318 h 76"/>
                              <a:gd name="T62" fmla="*/ 1070 w 45"/>
                              <a:gd name="T63" fmla="*/ 2389 h 76"/>
                              <a:gd name="T64" fmla="*/ 998 w 45"/>
                              <a:gd name="T65" fmla="*/ 2461 h 76"/>
                              <a:gd name="T66" fmla="*/ 927 w 45"/>
                              <a:gd name="T67" fmla="*/ 2497 h 76"/>
                              <a:gd name="T68" fmla="*/ 855 w 45"/>
                              <a:gd name="T69" fmla="*/ 2569 h 76"/>
                              <a:gd name="T70" fmla="*/ 789 w 45"/>
                              <a:gd name="T71" fmla="*/ 2605 h 76"/>
                              <a:gd name="T72" fmla="*/ 681 w 45"/>
                              <a:gd name="T73" fmla="*/ 2640 h 76"/>
                              <a:gd name="T74" fmla="*/ 610 w 45"/>
                              <a:gd name="T75" fmla="*/ 2676 h 76"/>
                              <a:gd name="T76" fmla="*/ 538 w 45"/>
                              <a:gd name="T77" fmla="*/ 2676 h 76"/>
                              <a:gd name="T78" fmla="*/ 466 w 45"/>
                              <a:gd name="T79" fmla="*/ 2712 h 76"/>
                              <a:gd name="T80" fmla="*/ 359 w 45"/>
                              <a:gd name="T81" fmla="*/ 2712 h 76"/>
                              <a:gd name="T82" fmla="*/ 287 w 45"/>
                              <a:gd name="T83" fmla="*/ 2712 h 76"/>
                              <a:gd name="T84" fmla="*/ 215 w 45"/>
                              <a:gd name="T85" fmla="*/ 2676 h 76"/>
                              <a:gd name="T86" fmla="*/ 143 w 45"/>
                              <a:gd name="T87" fmla="*/ 2676 h 76"/>
                              <a:gd name="T88" fmla="*/ 72 w 45"/>
                              <a:gd name="T89" fmla="*/ 2640 h 76"/>
                              <a:gd name="T90" fmla="*/ 0 w 45"/>
                              <a:gd name="T91" fmla="*/ 2605 h 76"/>
                              <a:gd name="T92" fmla="*/ 574 w 45"/>
                              <a:gd name="T93" fmla="*/ 0 h 7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w 45"/>
                              <a:gd name="T142" fmla="*/ 0 h 76"/>
                              <a:gd name="T143" fmla="*/ 45 w 45"/>
                              <a:gd name="T144" fmla="*/ 76 h 7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T141" t="T142" r="T143" b="T144"/>
                            <a:pathLst>
                              <a:path w="45" h="76">
                                <a:moveTo>
                                  <a:pt x="16" y="0"/>
                                </a:moveTo>
                                <a:lnTo>
                                  <a:pt x="24" y="1"/>
                                </a:lnTo>
                                <a:lnTo>
                                  <a:pt x="26" y="2"/>
                                </a:lnTo>
                                <a:lnTo>
                                  <a:pt x="28" y="3"/>
                                </a:lnTo>
                                <a:lnTo>
                                  <a:pt x="30" y="3"/>
                                </a:lnTo>
                                <a:lnTo>
                                  <a:pt x="32" y="5"/>
                                </a:lnTo>
                                <a:lnTo>
                                  <a:pt x="34" y="6"/>
                                </a:lnTo>
                                <a:lnTo>
                                  <a:pt x="35" y="7"/>
                                </a:lnTo>
                                <a:lnTo>
                                  <a:pt x="37" y="9"/>
                                </a:lnTo>
                                <a:lnTo>
                                  <a:pt x="39" y="11"/>
                                </a:lnTo>
                                <a:lnTo>
                                  <a:pt x="40" y="13"/>
                                </a:lnTo>
                                <a:lnTo>
                                  <a:pt x="41" y="15"/>
                                </a:lnTo>
                                <a:lnTo>
                                  <a:pt x="42" y="18"/>
                                </a:lnTo>
                                <a:lnTo>
                                  <a:pt x="43" y="20"/>
                                </a:lnTo>
                                <a:lnTo>
                                  <a:pt x="43" y="23"/>
                                </a:lnTo>
                                <a:lnTo>
                                  <a:pt x="44" y="25"/>
                                </a:lnTo>
                                <a:lnTo>
                                  <a:pt x="44" y="28"/>
                                </a:lnTo>
                                <a:lnTo>
                                  <a:pt x="45" y="31"/>
                                </a:lnTo>
                                <a:lnTo>
                                  <a:pt x="45" y="34"/>
                                </a:lnTo>
                                <a:lnTo>
                                  <a:pt x="44" y="36"/>
                                </a:lnTo>
                                <a:lnTo>
                                  <a:pt x="44" y="39"/>
                                </a:lnTo>
                                <a:lnTo>
                                  <a:pt x="43" y="42"/>
                                </a:lnTo>
                                <a:lnTo>
                                  <a:pt x="43" y="45"/>
                                </a:lnTo>
                                <a:lnTo>
                                  <a:pt x="42" y="48"/>
                                </a:lnTo>
                                <a:lnTo>
                                  <a:pt x="41" y="51"/>
                                </a:lnTo>
                                <a:lnTo>
                                  <a:pt x="40" y="53"/>
                                </a:lnTo>
                                <a:lnTo>
                                  <a:pt x="38" y="56"/>
                                </a:lnTo>
                                <a:lnTo>
                                  <a:pt x="37" y="58"/>
                                </a:lnTo>
                                <a:lnTo>
                                  <a:pt x="35" y="61"/>
                                </a:lnTo>
                                <a:lnTo>
                                  <a:pt x="34" y="63"/>
                                </a:lnTo>
                                <a:lnTo>
                                  <a:pt x="32" y="65"/>
                                </a:lnTo>
                                <a:lnTo>
                                  <a:pt x="30" y="67"/>
                                </a:lnTo>
                                <a:lnTo>
                                  <a:pt x="28" y="69"/>
                                </a:lnTo>
                                <a:lnTo>
                                  <a:pt x="26" y="70"/>
                                </a:lnTo>
                                <a:lnTo>
                                  <a:pt x="24" y="72"/>
                                </a:lnTo>
                                <a:lnTo>
                                  <a:pt x="22" y="73"/>
                                </a:lnTo>
                                <a:lnTo>
                                  <a:pt x="19" y="74"/>
                                </a:lnTo>
                                <a:lnTo>
                                  <a:pt x="17" y="75"/>
                                </a:lnTo>
                                <a:lnTo>
                                  <a:pt x="15" y="75"/>
                                </a:lnTo>
                                <a:lnTo>
                                  <a:pt x="13" y="76"/>
                                </a:lnTo>
                                <a:lnTo>
                                  <a:pt x="10" y="76"/>
                                </a:lnTo>
                                <a:lnTo>
                                  <a:pt x="8" y="76"/>
                                </a:lnTo>
                                <a:lnTo>
                                  <a:pt x="6" y="75"/>
                                </a:lnTo>
                                <a:lnTo>
                                  <a:pt x="4" y="75"/>
                                </a:lnTo>
                                <a:lnTo>
                                  <a:pt x="2" y="74"/>
                                </a:lnTo>
                                <a:lnTo>
                                  <a:pt x="0" y="73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150153" name="Freeform 48">
                          <a:extLst>
                            <a:ext uri="{FF2B5EF4-FFF2-40B4-BE49-F238E27FC236}">
                              <a16:creationId xmlns:a16="http://schemas.microsoft.com/office/drawing/2014/main" id="{41B2E916-91DE-A565-1E64-F9223AD9F09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87" y="2133"/>
                            <a:ext cx="359" cy="448"/>
                          </a:xfrm>
                          <a:custGeom>
                            <a:avLst/>
                            <a:gdLst>
                              <a:gd name="T0" fmla="*/ 2112 w 60"/>
                              <a:gd name="T1" fmla="*/ 1392 h 75"/>
                              <a:gd name="T2" fmla="*/ 2148 w 60"/>
                              <a:gd name="T3" fmla="*/ 1177 h 75"/>
                              <a:gd name="T4" fmla="*/ 2148 w 60"/>
                              <a:gd name="T5" fmla="*/ 998 h 75"/>
                              <a:gd name="T6" fmla="*/ 2112 w 60"/>
                              <a:gd name="T7" fmla="*/ 783 h 75"/>
                              <a:gd name="T8" fmla="*/ 2040 w 60"/>
                              <a:gd name="T9" fmla="*/ 609 h 75"/>
                              <a:gd name="T10" fmla="*/ 1969 w 60"/>
                              <a:gd name="T11" fmla="*/ 466 h 75"/>
                              <a:gd name="T12" fmla="*/ 1897 w 60"/>
                              <a:gd name="T13" fmla="*/ 323 h 75"/>
                              <a:gd name="T14" fmla="*/ 1753 w 60"/>
                              <a:gd name="T15" fmla="*/ 179 h 75"/>
                              <a:gd name="T16" fmla="*/ 1645 w 60"/>
                              <a:gd name="T17" fmla="*/ 108 h 75"/>
                              <a:gd name="T18" fmla="*/ 1502 w 60"/>
                              <a:gd name="T19" fmla="*/ 36 h 75"/>
                              <a:gd name="T20" fmla="*/ 1322 w 60"/>
                              <a:gd name="T21" fmla="*/ 0 h 75"/>
                              <a:gd name="T22" fmla="*/ 1179 w 60"/>
                              <a:gd name="T23" fmla="*/ 0 h 75"/>
                              <a:gd name="T24" fmla="*/ 1041 w 60"/>
                              <a:gd name="T25" fmla="*/ 36 h 75"/>
                              <a:gd name="T26" fmla="*/ 862 w 60"/>
                              <a:gd name="T27" fmla="*/ 72 h 75"/>
                              <a:gd name="T28" fmla="*/ 718 w 60"/>
                              <a:gd name="T29" fmla="*/ 179 h 75"/>
                              <a:gd name="T30" fmla="*/ 574 w 60"/>
                              <a:gd name="T31" fmla="*/ 287 h 75"/>
                              <a:gd name="T32" fmla="*/ 431 w 60"/>
                              <a:gd name="T33" fmla="*/ 430 h 75"/>
                              <a:gd name="T34" fmla="*/ 287 w 60"/>
                              <a:gd name="T35" fmla="*/ 573 h 75"/>
                              <a:gd name="T36" fmla="*/ 180 w 60"/>
                              <a:gd name="T37" fmla="*/ 747 h 75"/>
                              <a:gd name="T38" fmla="*/ 108 w 60"/>
                              <a:gd name="T39" fmla="*/ 926 h 75"/>
                              <a:gd name="T40" fmla="*/ 36 w 60"/>
                              <a:gd name="T41" fmla="*/ 1141 h 75"/>
                              <a:gd name="T42" fmla="*/ 0 w 60"/>
                              <a:gd name="T43" fmla="*/ 1356 h 75"/>
                              <a:gd name="T44" fmla="*/ 0 w 60"/>
                              <a:gd name="T45" fmla="*/ 1535 h 75"/>
                              <a:gd name="T46" fmla="*/ 0 w 60"/>
                              <a:gd name="T47" fmla="*/ 1750 h 75"/>
                              <a:gd name="T48" fmla="*/ 36 w 60"/>
                              <a:gd name="T49" fmla="*/ 1929 h 75"/>
                              <a:gd name="T50" fmla="*/ 108 w 60"/>
                              <a:gd name="T51" fmla="*/ 2103 h 75"/>
                              <a:gd name="T52" fmla="*/ 180 w 60"/>
                              <a:gd name="T53" fmla="*/ 2246 h 75"/>
                              <a:gd name="T54" fmla="*/ 287 w 60"/>
                              <a:gd name="T55" fmla="*/ 2389 h 75"/>
                              <a:gd name="T56" fmla="*/ 431 w 60"/>
                              <a:gd name="T57" fmla="*/ 2497 h 75"/>
                              <a:gd name="T58" fmla="*/ 539 w 60"/>
                              <a:gd name="T59" fmla="*/ 2604 h 75"/>
                              <a:gd name="T60" fmla="*/ 682 w 60"/>
                              <a:gd name="T61" fmla="*/ 2640 h 75"/>
                              <a:gd name="T62" fmla="*/ 862 w 60"/>
                              <a:gd name="T63" fmla="*/ 2676 h 75"/>
                              <a:gd name="T64" fmla="*/ 1005 w 60"/>
                              <a:gd name="T65" fmla="*/ 2676 h 75"/>
                              <a:gd name="T66" fmla="*/ 1179 w 60"/>
                              <a:gd name="T67" fmla="*/ 2604 h 75"/>
                              <a:gd name="T68" fmla="*/ 1322 w 60"/>
                              <a:gd name="T69" fmla="*/ 2569 h 75"/>
                              <a:gd name="T70" fmla="*/ 1502 w 60"/>
                              <a:gd name="T71" fmla="*/ 2461 h 75"/>
                              <a:gd name="T72" fmla="*/ 1645 w 60"/>
                              <a:gd name="T73" fmla="*/ 2318 h 75"/>
                              <a:gd name="T74" fmla="*/ 1753 w 60"/>
                              <a:gd name="T75" fmla="*/ 2174 h 75"/>
                              <a:gd name="T76" fmla="*/ 1861 w 60"/>
                              <a:gd name="T77" fmla="*/ 2031 h 75"/>
                              <a:gd name="T78" fmla="*/ 1969 w 60"/>
                              <a:gd name="T79" fmla="*/ 1858 h 75"/>
                              <a:gd name="T80" fmla="*/ 2040 w 60"/>
                              <a:gd name="T81" fmla="*/ 1643 h 75"/>
                              <a:gd name="T82" fmla="*/ 2076 w 60"/>
                              <a:gd name="T83" fmla="*/ 1499 h 7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w 60"/>
                              <a:gd name="T127" fmla="*/ 0 h 75"/>
                              <a:gd name="T128" fmla="*/ 60 w 60"/>
                              <a:gd name="T129" fmla="*/ 75 h 75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T126" t="T127" r="T128" b="T129"/>
                            <a:pathLst>
                              <a:path w="60" h="75">
                                <a:moveTo>
                                  <a:pt x="58" y="42"/>
                                </a:moveTo>
                                <a:lnTo>
                                  <a:pt x="59" y="39"/>
                                </a:lnTo>
                                <a:lnTo>
                                  <a:pt x="59" y="36"/>
                                </a:lnTo>
                                <a:lnTo>
                                  <a:pt x="60" y="33"/>
                                </a:lnTo>
                                <a:lnTo>
                                  <a:pt x="60" y="31"/>
                                </a:lnTo>
                                <a:lnTo>
                                  <a:pt x="60" y="28"/>
                                </a:lnTo>
                                <a:lnTo>
                                  <a:pt x="59" y="25"/>
                                </a:lnTo>
                                <a:lnTo>
                                  <a:pt x="59" y="22"/>
                                </a:lnTo>
                                <a:lnTo>
                                  <a:pt x="58" y="20"/>
                                </a:lnTo>
                                <a:lnTo>
                                  <a:pt x="57" y="17"/>
                                </a:lnTo>
                                <a:lnTo>
                                  <a:pt x="56" y="15"/>
                                </a:lnTo>
                                <a:lnTo>
                                  <a:pt x="55" y="13"/>
                                </a:lnTo>
                                <a:lnTo>
                                  <a:pt x="54" y="11"/>
                                </a:lnTo>
                                <a:lnTo>
                                  <a:pt x="53" y="9"/>
                                </a:lnTo>
                                <a:lnTo>
                                  <a:pt x="51" y="7"/>
                                </a:lnTo>
                                <a:lnTo>
                                  <a:pt x="49" y="5"/>
                                </a:lnTo>
                                <a:lnTo>
                                  <a:pt x="48" y="4"/>
                                </a:lnTo>
                                <a:lnTo>
                                  <a:pt x="46" y="3"/>
                                </a:lnTo>
                                <a:lnTo>
                                  <a:pt x="44" y="2"/>
                                </a:lnTo>
                                <a:lnTo>
                                  <a:pt x="42" y="1"/>
                                </a:lnTo>
                                <a:lnTo>
                                  <a:pt x="40" y="0"/>
                                </a:lnTo>
                                <a:lnTo>
                                  <a:pt x="37" y="0"/>
                                </a:lnTo>
                                <a:lnTo>
                                  <a:pt x="35" y="0"/>
                                </a:lnTo>
                                <a:lnTo>
                                  <a:pt x="33" y="0"/>
                                </a:lnTo>
                                <a:lnTo>
                                  <a:pt x="31" y="0"/>
                                </a:lnTo>
                                <a:lnTo>
                                  <a:pt x="29" y="1"/>
                                </a:lnTo>
                                <a:lnTo>
                                  <a:pt x="26" y="1"/>
                                </a:lnTo>
                                <a:lnTo>
                                  <a:pt x="24" y="2"/>
                                </a:lnTo>
                                <a:lnTo>
                                  <a:pt x="22" y="3"/>
                                </a:lnTo>
                                <a:lnTo>
                                  <a:pt x="20" y="5"/>
                                </a:lnTo>
                                <a:lnTo>
                                  <a:pt x="18" y="6"/>
                                </a:lnTo>
                                <a:lnTo>
                                  <a:pt x="16" y="8"/>
                                </a:lnTo>
                                <a:lnTo>
                                  <a:pt x="14" y="10"/>
                                </a:lnTo>
                                <a:lnTo>
                                  <a:pt x="12" y="12"/>
                                </a:lnTo>
                                <a:lnTo>
                                  <a:pt x="10" y="14"/>
                                </a:lnTo>
                                <a:lnTo>
                                  <a:pt x="8" y="16"/>
                                </a:lnTo>
                                <a:lnTo>
                                  <a:pt x="7" y="18"/>
                                </a:lnTo>
                                <a:lnTo>
                                  <a:pt x="5" y="21"/>
                                </a:lnTo>
                                <a:lnTo>
                                  <a:pt x="4" y="24"/>
                                </a:lnTo>
                                <a:lnTo>
                                  <a:pt x="3" y="26"/>
                                </a:lnTo>
                                <a:lnTo>
                                  <a:pt x="2" y="29"/>
                                </a:lnTo>
                                <a:lnTo>
                                  <a:pt x="1" y="32"/>
                                </a:lnTo>
                                <a:lnTo>
                                  <a:pt x="1" y="35"/>
                                </a:lnTo>
                                <a:lnTo>
                                  <a:pt x="0" y="38"/>
                                </a:lnTo>
                                <a:lnTo>
                                  <a:pt x="0" y="4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0" y="49"/>
                                </a:lnTo>
                                <a:lnTo>
                                  <a:pt x="1" y="51"/>
                                </a:lnTo>
                                <a:lnTo>
                                  <a:pt x="1" y="54"/>
                                </a:lnTo>
                                <a:lnTo>
                                  <a:pt x="2" y="57"/>
                                </a:lnTo>
                                <a:lnTo>
                                  <a:pt x="3" y="59"/>
                                </a:lnTo>
                                <a:lnTo>
                                  <a:pt x="4" y="61"/>
                                </a:lnTo>
                                <a:lnTo>
                                  <a:pt x="5" y="63"/>
                                </a:lnTo>
                                <a:lnTo>
                                  <a:pt x="7" y="65"/>
                                </a:lnTo>
                                <a:lnTo>
                                  <a:pt x="8" y="67"/>
                                </a:lnTo>
                                <a:lnTo>
                                  <a:pt x="10" y="69"/>
                                </a:lnTo>
                                <a:lnTo>
                                  <a:pt x="12" y="70"/>
                                </a:lnTo>
                                <a:lnTo>
                                  <a:pt x="13" y="71"/>
                                </a:lnTo>
                                <a:lnTo>
                                  <a:pt x="15" y="73"/>
                                </a:lnTo>
                                <a:lnTo>
                                  <a:pt x="17" y="73"/>
                                </a:lnTo>
                                <a:lnTo>
                                  <a:pt x="19" y="74"/>
                                </a:lnTo>
                                <a:lnTo>
                                  <a:pt x="22" y="75"/>
                                </a:lnTo>
                                <a:lnTo>
                                  <a:pt x="24" y="75"/>
                                </a:lnTo>
                                <a:lnTo>
                                  <a:pt x="26" y="75"/>
                                </a:lnTo>
                                <a:lnTo>
                                  <a:pt x="28" y="75"/>
                                </a:lnTo>
                                <a:lnTo>
                                  <a:pt x="31" y="74"/>
                                </a:lnTo>
                                <a:lnTo>
                                  <a:pt x="33" y="73"/>
                                </a:lnTo>
                                <a:lnTo>
                                  <a:pt x="35" y="73"/>
                                </a:lnTo>
                                <a:lnTo>
                                  <a:pt x="37" y="72"/>
                                </a:lnTo>
                                <a:lnTo>
                                  <a:pt x="40" y="70"/>
                                </a:lnTo>
                                <a:lnTo>
                                  <a:pt x="42" y="69"/>
                                </a:lnTo>
                                <a:lnTo>
                                  <a:pt x="44" y="67"/>
                                </a:lnTo>
                                <a:lnTo>
                                  <a:pt x="46" y="65"/>
                                </a:lnTo>
                                <a:lnTo>
                                  <a:pt x="48" y="63"/>
                                </a:lnTo>
                                <a:lnTo>
                                  <a:pt x="49" y="61"/>
                                </a:lnTo>
                                <a:lnTo>
                                  <a:pt x="51" y="59"/>
                                </a:lnTo>
                                <a:lnTo>
                                  <a:pt x="52" y="57"/>
                                </a:lnTo>
                                <a:lnTo>
                                  <a:pt x="54" y="54"/>
                                </a:lnTo>
                                <a:lnTo>
                                  <a:pt x="55" y="52"/>
                                </a:lnTo>
                                <a:lnTo>
                                  <a:pt x="56" y="49"/>
                                </a:lnTo>
                                <a:lnTo>
                                  <a:pt x="57" y="46"/>
                                </a:lnTo>
                                <a:lnTo>
                                  <a:pt x="58" y="43"/>
                                </a:lnTo>
                                <a:lnTo>
                                  <a:pt x="58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70293227" name="Freeform 49">
                          <a:extLst>
                            <a:ext uri="{FF2B5EF4-FFF2-40B4-BE49-F238E27FC236}">
                              <a16:creationId xmlns:a16="http://schemas.microsoft.com/office/drawing/2014/main" id="{2CB3E582-C5EF-5BF9-7322-4458E63CAC4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87" y="2133"/>
                            <a:ext cx="359" cy="448"/>
                          </a:xfrm>
                          <a:custGeom>
                            <a:avLst/>
                            <a:gdLst>
                              <a:gd name="T0" fmla="*/ 2112 w 60"/>
                              <a:gd name="T1" fmla="*/ 1392 h 75"/>
                              <a:gd name="T2" fmla="*/ 2148 w 60"/>
                              <a:gd name="T3" fmla="*/ 1177 h 75"/>
                              <a:gd name="T4" fmla="*/ 2148 w 60"/>
                              <a:gd name="T5" fmla="*/ 998 h 75"/>
                              <a:gd name="T6" fmla="*/ 2112 w 60"/>
                              <a:gd name="T7" fmla="*/ 783 h 75"/>
                              <a:gd name="T8" fmla="*/ 2040 w 60"/>
                              <a:gd name="T9" fmla="*/ 609 h 75"/>
                              <a:gd name="T10" fmla="*/ 1969 w 60"/>
                              <a:gd name="T11" fmla="*/ 466 h 75"/>
                              <a:gd name="T12" fmla="*/ 1897 w 60"/>
                              <a:gd name="T13" fmla="*/ 323 h 75"/>
                              <a:gd name="T14" fmla="*/ 1753 w 60"/>
                              <a:gd name="T15" fmla="*/ 179 h 75"/>
                              <a:gd name="T16" fmla="*/ 1645 w 60"/>
                              <a:gd name="T17" fmla="*/ 108 h 75"/>
                              <a:gd name="T18" fmla="*/ 1502 w 60"/>
                              <a:gd name="T19" fmla="*/ 36 h 75"/>
                              <a:gd name="T20" fmla="*/ 1322 w 60"/>
                              <a:gd name="T21" fmla="*/ 0 h 75"/>
                              <a:gd name="T22" fmla="*/ 1179 w 60"/>
                              <a:gd name="T23" fmla="*/ 0 h 75"/>
                              <a:gd name="T24" fmla="*/ 1041 w 60"/>
                              <a:gd name="T25" fmla="*/ 36 h 75"/>
                              <a:gd name="T26" fmla="*/ 862 w 60"/>
                              <a:gd name="T27" fmla="*/ 72 h 75"/>
                              <a:gd name="T28" fmla="*/ 718 w 60"/>
                              <a:gd name="T29" fmla="*/ 179 h 75"/>
                              <a:gd name="T30" fmla="*/ 574 w 60"/>
                              <a:gd name="T31" fmla="*/ 287 h 75"/>
                              <a:gd name="T32" fmla="*/ 431 w 60"/>
                              <a:gd name="T33" fmla="*/ 430 h 75"/>
                              <a:gd name="T34" fmla="*/ 287 w 60"/>
                              <a:gd name="T35" fmla="*/ 573 h 75"/>
                              <a:gd name="T36" fmla="*/ 180 w 60"/>
                              <a:gd name="T37" fmla="*/ 747 h 75"/>
                              <a:gd name="T38" fmla="*/ 108 w 60"/>
                              <a:gd name="T39" fmla="*/ 926 h 75"/>
                              <a:gd name="T40" fmla="*/ 36 w 60"/>
                              <a:gd name="T41" fmla="*/ 1141 h 75"/>
                              <a:gd name="T42" fmla="*/ 0 w 60"/>
                              <a:gd name="T43" fmla="*/ 1356 h 75"/>
                              <a:gd name="T44" fmla="*/ 0 w 60"/>
                              <a:gd name="T45" fmla="*/ 1535 h 75"/>
                              <a:gd name="T46" fmla="*/ 0 w 60"/>
                              <a:gd name="T47" fmla="*/ 1750 h 75"/>
                              <a:gd name="T48" fmla="*/ 36 w 60"/>
                              <a:gd name="T49" fmla="*/ 1929 h 75"/>
                              <a:gd name="T50" fmla="*/ 108 w 60"/>
                              <a:gd name="T51" fmla="*/ 2103 h 75"/>
                              <a:gd name="T52" fmla="*/ 180 w 60"/>
                              <a:gd name="T53" fmla="*/ 2246 h 75"/>
                              <a:gd name="T54" fmla="*/ 287 w 60"/>
                              <a:gd name="T55" fmla="*/ 2389 h 75"/>
                              <a:gd name="T56" fmla="*/ 431 w 60"/>
                              <a:gd name="T57" fmla="*/ 2497 h 75"/>
                              <a:gd name="T58" fmla="*/ 539 w 60"/>
                              <a:gd name="T59" fmla="*/ 2604 h 75"/>
                              <a:gd name="T60" fmla="*/ 682 w 60"/>
                              <a:gd name="T61" fmla="*/ 2640 h 75"/>
                              <a:gd name="T62" fmla="*/ 862 w 60"/>
                              <a:gd name="T63" fmla="*/ 2676 h 75"/>
                              <a:gd name="T64" fmla="*/ 1005 w 60"/>
                              <a:gd name="T65" fmla="*/ 2676 h 75"/>
                              <a:gd name="T66" fmla="*/ 1179 w 60"/>
                              <a:gd name="T67" fmla="*/ 2604 h 75"/>
                              <a:gd name="T68" fmla="*/ 1322 w 60"/>
                              <a:gd name="T69" fmla="*/ 2569 h 75"/>
                              <a:gd name="T70" fmla="*/ 1502 w 60"/>
                              <a:gd name="T71" fmla="*/ 2461 h 75"/>
                              <a:gd name="T72" fmla="*/ 1645 w 60"/>
                              <a:gd name="T73" fmla="*/ 2318 h 75"/>
                              <a:gd name="T74" fmla="*/ 1753 w 60"/>
                              <a:gd name="T75" fmla="*/ 2174 h 75"/>
                              <a:gd name="T76" fmla="*/ 1861 w 60"/>
                              <a:gd name="T77" fmla="*/ 2031 h 75"/>
                              <a:gd name="T78" fmla="*/ 1969 w 60"/>
                              <a:gd name="T79" fmla="*/ 1858 h 75"/>
                              <a:gd name="T80" fmla="*/ 2040 w 60"/>
                              <a:gd name="T81" fmla="*/ 1643 h 75"/>
                              <a:gd name="T82" fmla="*/ 2076 w 60"/>
                              <a:gd name="T83" fmla="*/ 1499 h 7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w 60"/>
                              <a:gd name="T127" fmla="*/ 0 h 75"/>
                              <a:gd name="T128" fmla="*/ 60 w 60"/>
                              <a:gd name="T129" fmla="*/ 75 h 75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T126" t="T127" r="T128" b="T129"/>
                            <a:pathLst>
                              <a:path w="60" h="75">
                                <a:moveTo>
                                  <a:pt x="58" y="42"/>
                                </a:moveTo>
                                <a:lnTo>
                                  <a:pt x="59" y="39"/>
                                </a:lnTo>
                                <a:lnTo>
                                  <a:pt x="59" y="36"/>
                                </a:lnTo>
                                <a:lnTo>
                                  <a:pt x="60" y="33"/>
                                </a:lnTo>
                                <a:lnTo>
                                  <a:pt x="60" y="31"/>
                                </a:lnTo>
                                <a:lnTo>
                                  <a:pt x="60" y="28"/>
                                </a:lnTo>
                                <a:lnTo>
                                  <a:pt x="59" y="25"/>
                                </a:lnTo>
                                <a:lnTo>
                                  <a:pt x="59" y="22"/>
                                </a:lnTo>
                                <a:lnTo>
                                  <a:pt x="58" y="20"/>
                                </a:lnTo>
                                <a:lnTo>
                                  <a:pt x="57" y="17"/>
                                </a:lnTo>
                                <a:lnTo>
                                  <a:pt x="56" y="15"/>
                                </a:lnTo>
                                <a:lnTo>
                                  <a:pt x="55" y="13"/>
                                </a:lnTo>
                                <a:lnTo>
                                  <a:pt x="54" y="11"/>
                                </a:lnTo>
                                <a:lnTo>
                                  <a:pt x="53" y="9"/>
                                </a:lnTo>
                                <a:lnTo>
                                  <a:pt x="51" y="7"/>
                                </a:lnTo>
                                <a:lnTo>
                                  <a:pt x="49" y="5"/>
                                </a:lnTo>
                                <a:lnTo>
                                  <a:pt x="48" y="4"/>
                                </a:lnTo>
                                <a:lnTo>
                                  <a:pt x="46" y="3"/>
                                </a:lnTo>
                                <a:lnTo>
                                  <a:pt x="44" y="2"/>
                                </a:lnTo>
                                <a:lnTo>
                                  <a:pt x="42" y="1"/>
                                </a:lnTo>
                                <a:lnTo>
                                  <a:pt x="40" y="0"/>
                                </a:lnTo>
                                <a:lnTo>
                                  <a:pt x="37" y="0"/>
                                </a:lnTo>
                                <a:lnTo>
                                  <a:pt x="35" y="0"/>
                                </a:lnTo>
                                <a:lnTo>
                                  <a:pt x="33" y="0"/>
                                </a:lnTo>
                                <a:lnTo>
                                  <a:pt x="31" y="0"/>
                                </a:lnTo>
                                <a:lnTo>
                                  <a:pt x="29" y="1"/>
                                </a:lnTo>
                                <a:lnTo>
                                  <a:pt x="26" y="1"/>
                                </a:lnTo>
                                <a:lnTo>
                                  <a:pt x="24" y="2"/>
                                </a:lnTo>
                                <a:lnTo>
                                  <a:pt x="22" y="3"/>
                                </a:lnTo>
                                <a:lnTo>
                                  <a:pt x="20" y="5"/>
                                </a:lnTo>
                                <a:lnTo>
                                  <a:pt x="18" y="6"/>
                                </a:lnTo>
                                <a:lnTo>
                                  <a:pt x="16" y="8"/>
                                </a:lnTo>
                                <a:lnTo>
                                  <a:pt x="14" y="10"/>
                                </a:lnTo>
                                <a:lnTo>
                                  <a:pt x="12" y="12"/>
                                </a:lnTo>
                                <a:lnTo>
                                  <a:pt x="10" y="14"/>
                                </a:lnTo>
                                <a:lnTo>
                                  <a:pt x="8" y="16"/>
                                </a:lnTo>
                                <a:lnTo>
                                  <a:pt x="7" y="18"/>
                                </a:lnTo>
                                <a:lnTo>
                                  <a:pt x="5" y="21"/>
                                </a:lnTo>
                                <a:lnTo>
                                  <a:pt x="4" y="24"/>
                                </a:lnTo>
                                <a:lnTo>
                                  <a:pt x="3" y="26"/>
                                </a:lnTo>
                                <a:lnTo>
                                  <a:pt x="2" y="29"/>
                                </a:lnTo>
                                <a:lnTo>
                                  <a:pt x="1" y="32"/>
                                </a:lnTo>
                                <a:lnTo>
                                  <a:pt x="1" y="35"/>
                                </a:lnTo>
                                <a:lnTo>
                                  <a:pt x="0" y="38"/>
                                </a:lnTo>
                                <a:lnTo>
                                  <a:pt x="0" y="4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0" y="49"/>
                                </a:lnTo>
                                <a:lnTo>
                                  <a:pt x="1" y="51"/>
                                </a:lnTo>
                                <a:lnTo>
                                  <a:pt x="1" y="54"/>
                                </a:lnTo>
                                <a:lnTo>
                                  <a:pt x="2" y="57"/>
                                </a:lnTo>
                                <a:lnTo>
                                  <a:pt x="3" y="59"/>
                                </a:lnTo>
                                <a:lnTo>
                                  <a:pt x="4" y="61"/>
                                </a:lnTo>
                                <a:lnTo>
                                  <a:pt x="5" y="63"/>
                                </a:lnTo>
                                <a:lnTo>
                                  <a:pt x="7" y="65"/>
                                </a:lnTo>
                                <a:lnTo>
                                  <a:pt x="8" y="67"/>
                                </a:lnTo>
                                <a:lnTo>
                                  <a:pt x="10" y="69"/>
                                </a:lnTo>
                                <a:lnTo>
                                  <a:pt x="12" y="70"/>
                                </a:lnTo>
                                <a:lnTo>
                                  <a:pt x="13" y="71"/>
                                </a:lnTo>
                                <a:lnTo>
                                  <a:pt x="15" y="73"/>
                                </a:lnTo>
                                <a:lnTo>
                                  <a:pt x="17" y="73"/>
                                </a:lnTo>
                                <a:lnTo>
                                  <a:pt x="19" y="74"/>
                                </a:lnTo>
                                <a:lnTo>
                                  <a:pt x="22" y="75"/>
                                </a:lnTo>
                                <a:lnTo>
                                  <a:pt x="24" y="75"/>
                                </a:lnTo>
                                <a:lnTo>
                                  <a:pt x="26" y="75"/>
                                </a:lnTo>
                                <a:lnTo>
                                  <a:pt x="28" y="75"/>
                                </a:lnTo>
                                <a:lnTo>
                                  <a:pt x="31" y="74"/>
                                </a:lnTo>
                                <a:lnTo>
                                  <a:pt x="33" y="73"/>
                                </a:lnTo>
                                <a:lnTo>
                                  <a:pt x="35" y="73"/>
                                </a:lnTo>
                                <a:lnTo>
                                  <a:pt x="37" y="72"/>
                                </a:lnTo>
                                <a:lnTo>
                                  <a:pt x="40" y="70"/>
                                </a:lnTo>
                                <a:lnTo>
                                  <a:pt x="42" y="69"/>
                                </a:lnTo>
                                <a:lnTo>
                                  <a:pt x="44" y="67"/>
                                </a:lnTo>
                                <a:lnTo>
                                  <a:pt x="46" y="65"/>
                                </a:lnTo>
                                <a:lnTo>
                                  <a:pt x="48" y="63"/>
                                </a:lnTo>
                                <a:lnTo>
                                  <a:pt x="49" y="61"/>
                                </a:lnTo>
                                <a:lnTo>
                                  <a:pt x="51" y="59"/>
                                </a:lnTo>
                                <a:lnTo>
                                  <a:pt x="52" y="57"/>
                                </a:lnTo>
                                <a:lnTo>
                                  <a:pt x="54" y="54"/>
                                </a:lnTo>
                                <a:lnTo>
                                  <a:pt x="55" y="52"/>
                                </a:lnTo>
                                <a:lnTo>
                                  <a:pt x="56" y="49"/>
                                </a:lnTo>
                                <a:lnTo>
                                  <a:pt x="57" y="46"/>
                                </a:lnTo>
                                <a:lnTo>
                                  <a:pt x="58" y="43"/>
                                </a:lnTo>
                                <a:lnTo>
                                  <a:pt x="58" y="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6329569" name="Freeform 50">
                          <a:extLst>
                            <a:ext uri="{FF2B5EF4-FFF2-40B4-BE49-F238E27FC236}">
                              <a16:creationId xmlns:a16="http://schemas.microsoft.com/office/drawing/2014/main" id="{971DD13B-3D19-281C-5EBD-877C602F550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05" y="2151"/>
                            <a:ext cx="323" cy="406"/>
                          </a:xfrm>
                          <a:custGeom>
                            <a:avLst/>
                            <a:gdLst>
                              <a:gd name="T0" fmla="*/ 1896 w 54"/>
                              <a:gd name="T1" fmla="*/ 1284 h 68"/>
                              <a:gd name="T2" fmla="*/ 1932 w 54"/>
                              <a:gd name="T3" fmla="*/ 1069 h 68"/>
                              <a:gd name="T4" fmla="*/ 1896 w 54"/>
                              <a:gd name="T5" fmla="*/ 890 h 68"/>
                              <a:gd name="T6" fmla="*/ 1896 w 54"/>
                              <a:gd name="T7" fmla="*/ 711 h 68"/>
                              <a:gd name="T8" fmla="*/ 1824 w 54"/>
                              <a:gd name="T9" fmla="*/ 537 h 68"/>
                              <a:gd name="T10" fmla="*/ 1753 w 54"/>
                              <a:gd name="T11" fmla="*/ 394 h 68"/>
                              <a:gd name="T12" fmla="*/ 1645 w 54"/>
                              <a:gd name="T13" fmla="*/ 251 h 68"/>
                              <a:gd name="T14" fmla="*/ 1537 w 54"/>
                              <a:gd name="T15" fmla="*/ 179 h 68"/>
                              <a:gd name="T16" fmla="*/ 1430 w 54"/>
                              <a:gd name="T17" fmla="*/ 72 h 68"/>
                              <a:gd name="T18" fmla="*/ 1286 w 54"/>
                              <a:gd name="T19" fmla="*/ 36 h 68"/>
                              <a:gd name="T20" fmla="*/ 1142 w 54"/>
                              <a:gd name="T21" fmla="*/ 0 h 68"/>
                              <a:gd name="T22" fmla="*/ 969 w 54"/>
                              <a:gd name="T23" fmla="*/ 36 h 68"/>
                              <a:gd name="T24" fmla="*/ 825 w 54"/>
                              <a:gd name="T25" fmla="*/ 72 h 68"/>
                              <a:gd name="T26" fmla="*/ 682 w 54"/>
                              <a:gd name="T27" fmla="*/ 143 h 68"/>
                              <a:gd name="T28" fmla="*/ 538 w 54"/>
                              <a:gd name="T29" fmla="*/ 251 h 68"/>
                              <a:gd name="T30" fmla="*/ 395 w 54"/>
                              <a:gd name="T31" fmla="*/ 394 h 68"/>
                              <a:gd name="T32" fmla="*/ 287 w 54"/>
                              <a:gd name="T33" fmla="*/ 537 h 68"/>
                              <a:gd name="T34" fmla="*/ 179 w 54"/>
                              <a:gd name="T35" fmla="*/ 675 h 68"/>
                              <a:gd name="T36" fmla="*/ 108 w 54"/>
                              <a:gd name="T37" fmla="*/ 854 h 68"/>
                              <a:gd name="T38" fmla="*/ 36 w 54"/>
                              <a:gd name="T39" fmla="*/ 1069 h 68"/>
                              <a:gd name="T40" fmla="*/ 0 w 54"/>
                              <a:gd name="T41" fmla="*/ 1248 h 68"/>
                              <a:gd name="T42" fmla="*/ 0 w 54"/>
                              <a:gd name="T43" fmla="*/ 1427 h 68"/>
                              <a:gd name="T44" fmla="*/ 0 w 54"/>
                              <a:gd name="T45" fmla="*/ 1642 h 68"/>
                              <a:gd name="T46" fmla="*/ 72 w 54"/>
                              <a:gd name="T47" fmla="*/ 1821 h 68"/>
                              <a:gd name="T48" fmla="*/ 108 w 54"/>
                              <a:gd name="T49" fmla="*/ 1958 h 68"/>
                              <a:gd name="T50" fmla="*/ 215 w 54"/>
                              <a:gd name="T51" fmla="*/ 2102 h 68"/>
                              <a:gd name="T52" fmla="*/ 323 w 54"/>
                              <a:gd name="T53" fmla="*/ 2245 h 68"/>
                              <a:gd name="T54" fmla="*/ 431 w 54"/>
                              <a:gd name="T55" fmla="*/ 2317 h 68"/>
                              <a:gd name="T56" fmla="*/ 574 w 54"/>
                              <a:gd name="T57" fmla="*/ 2388 h 68"/>
                              <a:gd name="T58" fmla="*/ 718 w 54"/>
                              <a:gd name="T59" fmla="*/ 2424 h 68"/>
                              <a:gd name="T60" fmla="*/ 861 w 54"/>
                              <a:gd name="T61" fmla="*/ 2424 h 68"/>
                              <a:gd name="T62" fmla="*/ 999 w 54"/>
                              <a:gd name="T63" fmla="*/ 2388 h 68"/>
                              <a:gd name="T64" fmla="*/ 1178 w 54"/>
                              <a:gd name="T65" fmla="*/ 2352 h 68"/>
                              <a:gd name="T66" fmla="*/ 1322 w 54"/>
                              <a:gd name="T67" fmla="*/ 2245 h 68"/>
                              <a:gd name="T68" fmla="*/ 1465 w 54"/>
                              <a:gd name="T69" fmla="*/ 2137 h 68"/>
                              <a:gd name="T70" fmla="*/ 1573 w 54"/>
                              <a:gd name="T71" fmla="*/ 1994 h 68"/>
                              <a:gd name="T72" fmla="*/ 1681 w 54"/>
                              <a:gd name="T73" fmla="*/ 1851 h 68"/>
                              <a:gd name="T74" fmla="*/ 1788 w 54"/>
                              <a:gd name="T75" fmla="*/ 1678 h 68"/>
                              <a:gd name="T76" fmla="*/ 1860 w 54"/>
                              <a:gd name="T77" fmla="*/ 1499 h 68"/>
                              <a:gd name="T78" fmla="*/ 1896 w 54"/>
                              <a:gd name="T79" fmla="*/ 1355 h 68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54"/>
                              <a:gd name="T121" fmla="*/ 0 h 68"/>
                              <a:gd name="T122" fmla="*/ 54 w 54"/>
                              <a:gd name="T123" fmla="*/ 68 h 68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54" h="68">
                                <a:moveTo>
                                  <a:pt x="53" y="38"/>
                                </a:moveTo>
                                <a:lnTo>
                                  <a:pt x="53" y="36"/>
                                </a:lnTo>
                                <a:lnTo>
                                  <a:pt x="53" y="33"/>
                                </a:lnTo>
                                <a:lnTo>
                                  <a:pt x="54" y="30"/>
                                </a:lnTo>
                                <a:lnTo>
                                  <a:pt x="54" y="28"/>
                                </a:lnTo>
                                <a:lnTo>
                                  <a:pt x="53" y="25"/>
                                </a:lnTo>
                                <a:lnTo>
                                  <a:pt x="53" y="22"/>
                                </a:lnTo>
                                <a:lnTo>
                                  <a:pt x="53" y="20"/>
                                </a:lnTo>
                                <a:lnTo>
                                  <a:pt x="52" y="18"/>
                                </a:lnTo>
                                <a:lnTo>
                                  <a:pt x="51" y="15"/>
                                </a:lnTo>
                                <a:lnTo>
                                  <a:pt x="50" y="13"/>
                                </a:lnTo>
                                <a:lnTo>
                                  <a:pt x="49" y="11"/>
                                </a:lnTo>
                                <a:lnTo>
                                  <a:pt x="48" y="9"/>
                                </a:lnTo>
                                <a:lnTo>
                                  <a:pt x="46" y="7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40" y="2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4" y="1"/>
                                </a:lnTo>
                                <a:lnTo>
                                  <a:pt x="32" y="0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5" y="1"/>
                                </a:lnTo>
                                <a:lnTo>
                                  <a:pt x="23" y="2"/>
                                </a:lnTo>
                                <a:lnTo>
                                  <a:pt x="21" y="3"/>
                                </a:lnTo>
                                <a:lnTo>
                                  <a:pt x="19" y="4"/>
                                </a:lnTo>
                                <a:lnTo>
                                  <a:pt x="17" y="5"/>
                                </a:lnTo>
                                <a:lnTo>
                                  <a:pt x="15" y="7"/>
                                </a:lnTo>
                                <a:lnTo>
                                  <a:pt x="13" y="9"/>
                                </a:lnTo>
                                <a:lnTo>
                                  <a:pt x="11" y="11"/>
                                </a:lnTo>
                                <a:lnTo>
                                  <a:pt x="9" y="13"/>
                                </a:lnTo>
                                <a:lnTo>
                                  <a:pt x="8" y="15"/>
                                </a:lnTo>
                                <a:lnTo>
                                  <a:pt x="6" y="17"/>
                                </a:lnTo>
                                <a:lnTo>
                                  <a:pt x="5" y="19"/>
                                </a:lnTo>
                                <a:lnTo>
                                  <a:pt x="4" y="22"/>
                                </a:lnTo>
                                <a:lnTo>
                                  <a:pt x="3" y="24"/>
                                </a:lnTo>
                                <a:lnTo>
                                  <a:pt x="2" y="27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0" y="35"/>
                                </a:lnTo>
                                <a:lnTo>
                                  <a:pt x="0" y="38"/>
                                </a:lnTo>
                                <a:lnTo>
                                  <a:pt x="0" y="4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1" y="48"/>
                                </a:lnTo>
                                <a:lnTo>
                                  <a:pt x="2" y="51"/>
                                </a:lnTo>
                                <a:lnTo>
                                  <a:pt x="2" y="53"/>
                                </a:lnTo>
                                <a:lnTo>
                                  <a:pt x="3" y="55"/>
                                </a:lnTo>
                                <a:lnTo>
                                  <a:pt x="4" y="57"/>
                                </a:lnTo>
                                <a:lnTo>
                                  <a:pt x="6" y="59"/>
                                </a:lnTo>
                                <a:lnTo>
                                  <a:pt x="7" y="61"/>
                                </a:lnTo>
                                <a:lnTo>
                                  <a:pt x="9" y="63"/>
                                </a:lnTo>
                                <a:lnTo>
                                  <a:pt x="10" y="64"/>
                                </a:lnTo>
                                <a:lnTo>
                                  <a:pt x="12" y="65"/>
                                </a:lnTo>
                                <a:lnTo>
                                  <a:pt x="14" y="66"/>
                                </a:lnTo>
                                <a:lnTo>
                                  <a:pt x="16" y="67"/>
                                </a:lnTo>
                                <a:lnTo>
                                  <a:pt x="18" y="67"/>
                                </a:lnTo>
                                <a:lnTo>
                                  <a:pt x="20" y="68"/>
                                </a:lnTo>
                                <a:lnTo>
                                  <a:pt x="22" y="68"/>
                                </a:lnTo>
                                <a:lnTo>
                                  <a:pt x="24" y="68"/>
                                </a:lnTo>
                                <a:lnTo>
                                  <a:pt x="26" y="68"/>
                                </a:lnTo>
                                <a:lnTo>
                                  <a:pt x="28" y="67"/>
                                </a:lnTo>
                                <a:lnTo>
                                  <a:pt x="31" y="66"/>
                                </a:lnTo>
                                <a:lnTo>
                                  <a:pt x="33" y="66"/>
                                </a:lnTo>
                                <a:lnTo>
                                  <a:pt x="35" y="65"/>
                                </a:lnTo>
                                <a:lnTo>
                                  <a:pt x="37" y="63"/>
                                </a:lnTo>
                                <a:lnTo>
                                  <a:pt x="39" y="62"/>
                                </a:lnTo>
                                <a:lnTo>
                                  <a:pt x="41" y="60"/>
                                </a:lnTo>
                                <a:lnTo>
                                  <a:pt x="42" y="58"/>
                                </a:lnTo>
                                <a:lnTo>
                                  <a:pt x="44" y="56"/>
                                </a:lnTo>
                                <a:lnTo>
                                  <a:pt x="46" y="54"/>
                                </a:lnTo>
                                <a:lnTo>
                                  <a:pt x="47" y="52"/>
                                </a:lnTo>
                                <a:lnTo>
                                  <a:pt x="48" y="49"/>
                                </a:lnTo>
                                <a:lnTo>
                                  <a:pt x="50" y="47"/>
                                </a:lnTo>
                                <a:lnTo>
                                  <a:pt x="51" y="44"/>
                                </a:lnTo>
                                <a:lnTo>
                                  <a:pt x="52" y="42"/>
                                </a:lnTo>
                                <a:lnTo>
                                  <a:pt x="52" y="39"/>
                                </a:lnTo>
                                <a:lnTo>
                                  <a:pt x="53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81475729" name="Freeform 51">
                          <a:extLst>
                            <a:ext uri="{FF2B5EF4-FFF2-40B4-BE49-F238E27FC236}">
                              <a16:creationId xmlns:a16="http://schemas.microsoft.com/office/drawing/2014/main" id="{0BA13815-F0ED-8437-859F-BCE9EE6D782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05" y="2151"/>
                            <a:ext cx="323" cy="406"/>
                          </a:xfrm>
                          <a:custGeom>
                            <a:avLst/>
                            <a:gdLst>
                              <a:gd name="T0" fmla="*/ 1896 w 54"/>
                              <a:gd name="T1" fmla="*/ 1284 h 68"/>
                              <a:gd name="T2" fmla="*/ 1932 w 54"/>
                              <a:gd name="T3" fmla="*/ 1069 h 68"/>
                              <a:gd name="T4" fmla="*/ 1896 w 54"/>
                              <a:gd name="T5" fmla="*/ 890 h 68"/>
                              <a:gd name="T6" fmla="*/ 1896 w 54"/>
                              <a:gd name="T7" fmla="*/ 711 h 68"/>
                              <a:gd name="T8" fmla="*/ 1824 w 54"/>
                              <a:gd name="T9" fmla="*/ 537 h 68"/>
                              <a:gd name="T10" fmla="*/ 1753 w 54"/>
                              <a:gd name="T11" fmla="*/ 394 h 68"/>
                              <a:gd name="T12" fmla="*/ 1645 w 54"/>
                              <a:gd name="T13" fmla="*/ 251 h 68"/>
                              <a:gd name="T14" fmla="*/ 1537 w 54"/>
                              <a:gd name="T15" fmla="*/ 179 h 68"/>
                              <a:gd name="T16" fmla="*/ 1430 w 54"/>
                              <a:gd name="T17" fmla="*/ 72 h 68"/>
                              <a:gd name="T18" fmla="*/ 1286 w 54"/>
                              <a:gd name="T19" fmla="*/ 36 h 68"/>
                              <a:gd name="T20" fmla="*/ 1142 w 54"/>
                              <a:gd name="T21" fmla="*/ 0 h 68"/>
                              <a:gd name="T22" fmla="*/ 969 w 54"/>
                              <a:gd name="T23" fmla="*/ 36 h 68"/>
                              <a:gd name="T24" fmla="*/ 825 w 54"/>
                              <a:gd name="T25" fmla="*/ 72 h 68"/>
                              <a:gd name="T26" fmla="*/ 682 w 54"/>
                              <a:gd name="T27" fmla="*/ 143 h 68"/>
                              <a:gd name="T28" fmla="*/ 538 w 54"/>
                              <a:gd name="T29" fmla="*/ 251 h 68"/>
                              <a:gd name="T30" fmla="*/ 395 w 54"/>
                              <a:gd name="T31" fmla="*/ 394 h 68"/>
                              <a:gd name="T32" fmla="*/ 287 w 54"/>
                              <a:gd name="T33" fmla="*/ 537 h 68"/>
                              <a:gd name="T34" fmla="*/ 179 w 54"/>
                              <a:gd name="T35" fmla="*/ 675 h 68"/>
                              <a:gd name="T36" fmla="*/ 108 w 54"/>
                              <a:gd name="T37" fmla="*/ 854 h 68"/>
                              <a:gd name="T38" fmla="*/ 36 w 54"/>
                              <a:gd name="T39" fmla="*/ 1069 h 68"/>
                              <a:gd name="T40" fmla="*/ 0 w 54"/>
                              <a:gd name="T41" fmla="*/ 1248 h 68"/>
                              <a:gd name="T42" fmla="*/ 0 w 54"/>
                              <a:gd name="T43" fmla="*/ 1427 h 68"/>
                              <a:gd name="T44" fmla="*/ 0 w 54"/>
                              <a:gd name="T45" fmla="*/ 1642 h 68"/>
                              <a:gd name="T46" fmla="*/ 72 w 54"/>
                              <a:gd name="T47" fmla="*/ 1821 h 68"/>
                              <a:gd name="T48" fmla="*/ 108 w 54"/>
                              <a:gd name="T49" fmla="*/ 1958 h 68"/>
                              <a:gd name="T50" fmla="*/ 215 w 54"/>
                              <a:gd name="T51" fmla="*/ 2102 h 68"/>
                              <a:gd name="T52" fmla="*/ 323 w 54"/>
                              <a:gd name="T53" fmla="*/ 2245 h 68"/>
                              <a:gd name="T54" fmla="*/ 431 w 54"/>
                              <a:gd name="T55" fmla="*/ 2317 h 68"/>
                              <a:gd name="T56" fmla="*/ 574 w 54"/>
                              <a:gd name="T57" fmla="*/ 2388 h 68"/>
                              <a:gd name="T58" fmla="*/ 718 w 54"/>
                              <a:gd name="T59" fmla="*/ 2424 h 68"/>
                              <a:gd name="T60" fmla="*/ 861 w 54"/>
                              <a:gd name="T61" fmla="*/ 2424 h 68"/>
                              <a:gd name="T62" fmla="*/ 999 w 54"/>
                              <a:gd name="T63" fmla="*/ 2388 h 68"/>
                              <a:gd name="T64" fmla="*/ 1178 w 54"/>
                              <a:gd name="T65" fmla="*/ 2352 h 68"/>
                              <a:gd name="T66" fmla="*/ 1322 w 54"/>
                              <a:gd name="T67" fmla="*/ 2245 h 68"/>
                              <a:gd name="T68" fmla="*/ 1465 w 54"/>
                              <a:gd name="T69" fmla="*/ 2137 h 68"/>
                              <a:gd name="T70" fmla="*/ 1573 w 54"/>
                              <a:gd name="T71" fmla="*/ 1994 h 68"/>
                              <a:gd name="T72" fmla="*/ 1681 w 54"/>
                              <a:gd name="T73" fmla="*/ 1851 h 68"/>
                              <a:gd name="T74" fmla="*/ 1788 w 54"/>
                              <a:gd name="T75" fmla="*/ 1678 h 68"/>
                              <a:gd name="T76" fmla="*/ 1860 w 54"/>
                              <a:gd name="T77" fmla="*/ 1499 h 68"/>
                              <a:gd name="T78" fmla="*/ 1896 w 54"/>
                              <a:gd name="T79" fmla="*/ 1355 h 68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w 54"/>
                              <a:gd name="T121" fmla="*/ 0 h 68"/>
                              <a:gd name="T122" fmla="*/ 54 w 54"/>
                              <a:gd name="T123" fmla="*/ 68 h 68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T120" t="T121" r="T122" b="T123"/>
                            <a:pathLst>
                              <a:path w="54" h="68">
                                <a:moveTo>
                                  <a:pt x="53" y="38"/>
                                </a:moveTo>
                                <a:lnTo>
                                  <a:pt x="53" y="36"/>
                                </a:lnTo>
                                <a:lnTo>
                                  <a:pt x="53" y="33"/>
                                </a:lnTo>
                                <a:lnTo>
                                  <a:pt x="54" y="30"/>
                                </a:lnTo>
                                <a:lnTo>
                                  <a:pt x="54" y="28"/>
                                </a:lnTo>
                                <a:lnTo>
                                  <a:pt x="53" y="25"/>
                                </a:lnTo>
                                <a:lnTo>
                                  <a:pt x="53" y="22"/>
                                </a:lnTo>
                                <a:lnTo>
                                  <a:pt x="53" y="20"/>
                                </a:lnTo>
                                <a:lnTo>
                                  <a:pt x="52" y="18"/>
                                </a:lnTo>
                                <a:lnTo>
                                  <a:pt x="51" y="15"/>
                                </a:lnTo>
                                <a:lnTo>
                                  <a:pt x="50" y="13"/>
                                </a:lnTo>
                                <a:lnTo>
                                  <a:pt x="49" y="11"/>
                                </a:lnTo>
                                <a:lnTo>
                                  <a:pt x="48" y="9"/>
                                </a:lnTo>
                                <a:lnTo>
                                  <a:pt x="46" y="7"/>
                                </a:lnTo>
                                <a:lnTo>
                                  <a:pt x="45" y="6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40" y="2"/>
                                </a:lnTo>
                                <a:lnTo>
                                  <a:pt x="38" y="2"/>
                                </a:lnTo>
                                <a:lnTo>
                                  <a:pt x="36" y="1"/>
                                </a:lnTo>
                                <a:lnTo>
                                  <a:pt x="34" y="1"/>
                                </a:lnTo>
                                <a:lnTo>
                                  <a:pt x="32" y="0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5" y="1"/>
                                </a:lnTo>
                                <a:lnTo>
                                  <a:pt x="23" y="2"/>
                                </a:lnTo>
                                <a:lnTo>
                                  <a:pt x="21" y="3"/>
                                </a:lnTo>
                                <a:lnTo>
                                  <a:pt x="19" y="4"/>
                                </a:lnTo>
                                <a:lnTo>
                                  <a:pt x="17" y="5"/>
                                </a:lnTo>
                                <a:lnTo>
                                  <a:pt x="15" y="7"/>
                                </a:lnTo>
                                <a:lnTo>
                                  <a:pt x="13" y="9"/>
                                </a:lnTo>
                                <a:lnTo>
                                  <a:pt x="11" y="11"/>
                                </a:lnTo>
                                <a:lnTo>
                                  <a:pt x="9" y="13"/>
                                </a:lnTo>
                                <a:lnTo>
                                  <a:pt x="8" y="15"/>
                                </a:lnTo>
                                <a:lnTo>
                                  <a:pt x="6" y="17"/>
                                </a:lnTo>
                                <a:lnTo>
                                  <a:pt x="5" y="19"/>
                                </a:lnTo>
                                <a:lnTo>
                                  <a:pt x="4" y="22"/>
                                </a:lnTo>
                                <a:lnTo>
                                  <a:pt x="3" y="24"/>
                                </a:lnTo>
                                <a:lnTo>
                                  <a:pt x="2" y="27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0" y="35"/>
                                </a:lnTo>
                                <a:lnTo>
                                  <a:pt x="0" y="38"/>
                                </a:lnTo>
                                <a:lnTo>
                                  <a:pt x="0" y="4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1" y="48"/>
                                </a:lnTo>
                                <a:lnTo>
                                  <a:pt x="2" y="51"/>
                                </a:lnTo>
                                <a:lnTo>
                                  <a:pt x="2" y="53"/>
                                </a:lnTo>
                                <a:lnTo>
                                  <a:pt x="3" y="55"/>
                                </a:lnTo>
                                <a:lnTo>
                                  <a:pt x="4" y="57"/>
                                </a:lnTo>
                                <a:lnTo>
                                  <a:pt x="6" y="59"/>
                                </a:lnTo>
                                <a:lnTo>
                                  <a:pt x="7" y="61"/>
                                </a:lnTo>
                                <a:lnTo>
                                  <a:pt x="9" y="63"/>
                                </a:lnTo>
                                <a:lnTo>
                                  <a:pt x="10" y="64"/>
                                </a:lnTo>
                                <a:lnTo>
                                  <a:pt x="12" y="65"/>
                                </a:lnTo>
                                <a:lnTo>
                                  <a:pt x="14" y="66"/>
                                </a:lnTo>
                                <a:lnTo>
                                  <a:pt x="16" y="67"/>
                                </a:lnTo>
                                <a:lnTo>
                                  <a:pt x="18" y="67"/>
                                </a:lnTo>
                                <a:lnTo>
                                  <a:pt x="20" y="68"/>
                                </a:lnTo>
                                <a:lnTo>
                                  <a:pt x="22" y="68"/>
                                </a:lnTo>
                                <a:lnTo>
                                  <a:pt x="24" y="68"/>
                                </a:lnTo>
                                <a:lnTo>
                                  <a:pt x="26" y="68"/>
                                </a:lnTo>
                                <a:lnTo>
                                  <a:pt x="28" y="67"/>
                                </a:lnTo>
                                <a:lnTo>
                                  <a:pt x="31" y="66"/>
                                </a:lnTo>
                                <a:lnTo>
                                  <a:pt x="33" y="66"/>
                                </a:lnTo>
                                <a:lnTo>
                                  <a:pt x="35" y="65"/>
                                </a:lnTo>
                                <a:lnTo>
                                  <a:pt x="37" y="63"/>
                                </a:lnTo>
                                <a:lnTo>
                                  <a:pt x="39" y="62"/>
                                </a:lnTo>
                                <a:lnTo>
                                  <a:pt x="41" y="60"/>
                                </a:lnTo>
                                <a:lnTo>
                                  <a:pt x="42" y="58"/>
                                </a:lnTo>
                                <a:lnTo>
                                  <a:pt x="44" y="56"/>
                                </a:lnTo>
                                <a:lnTo>
                                  <a:pt x="46" y="54"/>
                                </a:lnTo>
                                <a:lnTo>
                                  <a:pt x="47" y="52"/>
                                </a:lnTo>
                                <a:lnTo>
                                  <a:pt x="48" y="49"/>
                                </a:lnTo>
                                <a:lnTo>
                                  <a:pt x="50" y="47"/>
                                </a:lnTo>
                                <a:lnTo>
                                  <a:pt x="51" y="44"/>
                                </a:lnTo>
                                <a:lnTo>
                                  <a:pt x="52" y="42"/>
                                </a:lnTo>
                                <a:lnTo>
                                  <a:pt x="52" y="39"/>
                                </a:lnTo>
                                <a:lnTo>
                                  <a:pt x="53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369480" name="Freeform 52">
                          <a:extLst>
                            <a:ext uri="{FF2B5EF4-FFF2-40B4-BE49-F238E27FC236}">
                              <a16:creationId xmlns:a16="http://schemas.microsoft.com/office/drawing/2014/main" id="{D6CE5248-937F-32E4-0BC3-152558C6865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2169"/>
                            <a:ext cx="161" cy="304"/>
                          </a:xfrm>
                          <a:custGeom>
                            <a:avLst/>
                            <a:gdLst>
                              <a:gd name="T0" fmla="*/ 72 w 27"/>
                              <a:gd name="T1" fmla="*/ 0 h 51"/>
                              <a:gd name="T2" fmla="*/ 215 w 27"/>
                              <a:gd name="T3" fmla="*/ 0 h 51"/>
                              <a:gd name="T4" fmla="*/ 531 w 27"/>
                              <a:gd name="T5" fmla="*/ 107 h 51"/>
                              <a:gd name="T6" fmla="*/ 674 w 27"/>
                              <a:gd name="T7" fmla="*/ 179 h 51"/>
                              <a:gd name="T8" fmla="*/ 817 w 27"/>
                              <a:gd name="T9" fmla="*/ 286 h 51"/>
                              <a:gd name="T10" fmla="*/ 853 w 27"/>
                              <a:gd name="T11" fmla="*/ 358 h 51"/>
                              <a:gd name="T12" fmla="*/ 960 w 27"/>
                              <a:gd name="T13" fmla="*/ 566 h 51"/>
                              <a:gd name="T14" fmla="*/ 960 w 27"/>
                              <a:gd name="T15" fmla="*/ 960 h 51"/>
                              <a:gd name="T16" fmla="*/ 853 w 27"/>
                              <a:gd name="T17" fmla="*/ 1210 h 51"/>
                              <a:gd name="T18" fmla="*/ 674 w 27"/>
                              <a:gd name="T19" fmla="*/ 1490 h 51"/>
                              <a:gd name="T20" fmla="*/ 495 w 27"/>
                              <a:gd name="T21" fmla="*/ 1669 h 51"/>
                              <a:gd name="T22" fmla="*/ 465 w 27"/>
                              <a:gd name="T23" fmla="*/ 1705 h 51"/>
                              <a:gd name="T24" fmla="*/ 322 w 27"/>
                              <a:gd name="T25" fmla="*/ 1812 h 51"/>
                              <a:gd name="T26" fmla="*/ 179 w 27"/>
                              <a:gd name="T27" fmla="*/ 1812 h 51"/>
                              <a:gd name="T28" fmla="*/ 72 w 27"/>
                              <a:gd name="T29" fmla="*/ 1776 h 51"/>
                              <a:gd name="T30" fmla="*/ 0 w 27"/>
                              <a:gd name="T31" fmla="*/ 1669 h 51"/>
                              <a:gd name="T32" fmla="*/ 0 w 27"/>
                              <a:gd name="T33" fmla="*/ 1526 h 51"/>
                              <a:gd name="T34" fmla="*/ 36 w 27"/>
                              <a:gd name="T35" fmla="*/ 1454 h 51"/>
                              <a:gd name="T36" fmla="*/ 107 w 27"/>
                              <a:gd name="T37" fmla="*/ 1317 h 51"/>
                              <a:gd name="T38" fmla="*/ 215 w 27"/>
                              <a:gd name="T39" fmla="*/ 1174 h 51"/>
                              <a:gd name="T40" fmla="*/ 322 w 27"/>
                              <a:gd name="T41" fmla="*/ 1139 h 51"/>
                              <a:gd name="T42" fmla="*/ 429 w 27"/>
                              <a:gd name="T43" fmla="*/ 995 h 51"/>
                              <a:gd name="T44" fmla="*/ 531 w 27"/>
                              <a:gd name="T45" fmla="*/ 924 h 51"/>
                              <a:gd name="T46" fmla="*/ 602 w 27"/>
                              <a:gd name="T47" fmla="*/ 781 h 51"/>
                              <a:gd name="T48" fmla="*/ 602 w 27"/>
                              <a:gd name="T49" fmla="*/ 709 h 51"/>
                              <a:gd name="T50" fmla="*/ 566 w 27"/>
                              <a:gd name="T51" fmla="*/ 602 h 51"/>
                              <a:gd name="T52" fmla="*/ 531 w 27"/>
                              <a:gd name="T53" fmla="*/ 602 h 51"/>
                              <a:gd name="T54" fmla="*/ 495 w 27"/>
                              <a:gd name="T55" fmla="*/ 531 h 51"/>
                              <a:gd name="T56" fmla="*/ 394 w 27"/>
                              <a:gd name="T57" fmla="*/ 531 h 51"/>
                              <a:gd name="T58" fmla="*/ 358 w 27"/>
                              <a:gd name="T59" fmla="*/ 393 h 51"/>
                              <a:gd name="T60" fmla="*/ 322 w 27"/>
                              <a:gd name="T61" fmla="*/ 322 h 51"/>
                              <a:gd name="T62" fmla="*/ 250 w 27"/>
                              <a:gd name="T63" fmla="*/ 250 h 51"/>
                              <a:gd name="T64" fmla="*/ 250 w 27"/>
                              <a:gd name="T65" fmla="*/ 179 h 51"/>
                              <a:gd name="T66" fmla="*/ 179 w 27"/>
                              <a:gd name="T67" fmla="*/ 107 h 51"/>
                              <a:gd name="T68" fmla="*/ 143 w 27"/>
                              <a:gd name="T69" fmla="*/ 36 h 51"/>
                              <a:gd name="T70" fmla="*/ 72 w 27"/>
                              <a:gd name="T71" fmla="*/ 0 h 5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w 27"/>
                              <a:gd name="T109" fmla="*/ 0 h 51"/>
                              <a:gd name="T110" fmla="*/ 27 w 27"/>
                              <a:gd name="T111" fmla="*/ 51 h 51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T108" t="T109" r="T110" b="T111"/>
                            <a:pathLst>
                              <a:path w="27" h="51">
                                <a:moveTo>
                                  <a:pt x="2" y="0"/>
                                </a:moveTo>
                                <a:lnTo>
                                  <a:pt x="6" y="0"/>
                                </a:lnTo>
                                <a:lnTo>
                                  <a:pt x="15" y="3"/>
                                </a:lnTo>
                                <a:lnTo>
                                  <a:pt x="19" y="5"/>
                                </a:lnTo>
                                <a:lnTo>
                                  <a:pt x="23" y="8"/>
                                </a:lnTo>
                                <a:lnTo>
                                  <a:pt x="24" y="10"/>
                                </a:lnTo>
                                <a:lnTo>
                                  <a:pt x="27" y="16"/>
                                </a:lnTo>
                                <a:lnTo>
                                  <a:pt x="27" y="27"/>
                                </a:lnTo>
                                <a:lnTo>
                                  <a:pt x="24" y="34"/>
                                </a:lnTo>
                                <a:lnTo>
                                  <a:pt x="19" y="42"/>
                                </a:lnTo>
                                <a:lnTo>
                                  <a:pt x="14" y="47"/>
                                </a:lnTo>
                                <a:lnTo>
                                  <a:pt x="13" y="48"/>
                                </a:lnTo>
                                <a:lnTo>
                                  <a:pt x="9" y="51"/>
                                </a:lnTo>
                                <a:lnTo>
                                  <a:pt x="5" y="51"/>
                                </a:lnTo>
                                <a:lnTo>
                                  <a:pt x="2" y="50"/>
                                </a:lnTo>
                                <a:lnTo>
                                  <a:pt x="0" y="47"/>
                                </a:lnTo>
                                <a:lnTo>
                                  <a:pt x="0" y="43"/>
                                </a:lnTo>
                                <a:lnTo>
                                  <a:pt x="1" y="41"/>
                                </a:lnTo>
                                <a:lnTo>
                                  <a:pt x="3" y="37"/>
                                </a:lnTo>
                                <a:lnTo>
                                  <a:pt x="6" y="33"/>
                                </a:lnTo>
                                <a:lnTo>
                                  <a:pt x="9" y="32"/>
                                </a:lnTo>
                                <a:lnTo>
                                  <a:pt x="12" y="28"/>
                                </a:lnTo>
                                <a:lnTo>
                                  <a:pt x="15" y="26"/>
                                </a:lnTo>
                                <a:lnTo>
                                  <a:pt x="17" y="22"/>
                                </a:lnTo>
                                <a:lnTo>
                                  <a:pt x="17" y="20"/>
                                </a:lnTo>
                                <a:lnTo>
                                  <a:pt x="16" y="17"/>
                                </a:lnTo>
                                <a:lnTo>
                                  <a:pt x="15" y="17"/>
                                </a:lnTo>
                                <a:lnTo>
                                  <a:pt x="14" y="15"/>
                                </a:lnTo>
                                <a:lnTo>
                                  <a:pt x="11" y="15"/>
                                </a:lnTo>
                                <a:lnTo>
                                  <a:pt x="10" y="11"/>
                                </a:lnTo>
                                <a:lnTo>
                                  <a:pt x="9" y="9"/>
                                </a:lnTo>
                                <a:lnTo>
                                  <a:pt x="7" y="7"/>
                                </a:lnTo>
                                <a:lnTo>
                                  <a:pt x="7" y="5"/>
                                </a:lnTo>
                                <a:lnTo>
                                  <a:pt x="5" y="3"/>
                                </a:lnTo>
                                <a:lnTo>
                                  <a:pt x="4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92419550" name="Freeform 53">
                          <a:extLst>
                            <a:ext uri="{FF2B5EF4-FFF2-40B4-BE49-F238E27FC236}">
                              <a16:creationId xmlns:a16="http://schemas.microsoft.com/office/drawing/2014/main" id="{91F15417-5F10-C154-7EC3-1BBB2606146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2169"/>
                            <a:ext cx="161" cy="304"/>
                          </a:xfrm>
                          <a:custGeom>
                            <a:avLst/>
                            <a:gdLst>
                              <a:gd name="T0" fmla="*/ 72 w 27"/>
                              <a:gd name="T1" fmla="*/ 0 h 51"/>
                              <a:gd name="T2" fmla="*/ 215 w 27"/>
                              <a:gd name="T3" fmla="*/ 0 h 51"/>
                              <a:gd name="T4" fmla="*/ 531 w 27"/>
                              <a:gd name="T5" fmla="*/ 107 h 51"/>
                              <a:gd name="T6" fmla="*/ 674 w 27"/>
                              <a:gd name="T7" fmla="*/ 179 h 51"/>
                              <a:gd name="T8" fmla="*/ 817 w 27"/>
                              <a:gd name="T9" fmla="*/ 286 h 51"/>
                              <a:gd name="T10" fmla="*/ 853 w 27"/>
                              <a:gd name="T11" fmla="*/ 358 h 51"/>
                              <a:gd name="T12" fmla="*/ 960 w 27"/>
                              <a:gd name="T13" fmla="*/ 566 h 51"/>
                              <a:gd name="T14" fmla="*/ 960 w 27"/>
                              <a:gd name="T15" fmla="*/ 960 h 51"/>
                              <a:gd name="T16" fmla="*/ 853 w 27"/>
                              <a:gd name="T17" fmla="*/ 1210 h 51"/>
                              <a:gd name="T18" fmla="*/ 674 w 27"/>
                              <a:gd name="T19" fmla="*/ 1490 h 51"/>
                              <a:gd name="T20" fmla="*/ 495 w 27"/>
                              <a:gd name="T21" fmla="*/ 1669 h 51"/>
                              <a:gd name="T22" fmla="*/ 465 w 27"/>
                              <a:gd name="T23" fmla="*/ 1705 h 51"/>
                              <a:gd name="T24" fmla="*/ 322 w 27"/>
                              <a:gd name="T25" fmla="*/ 1812 h 51"/>
                              <a:gd name="T26" fmla="*/ 179 w 27"/>
                              <a:gd name="T27" fmla="*/ 1812 h 51"/>
                              <a:gd name="T28" fmla="*/ 72 w 27"/>
                              <a:gd name="T29" fmla="*/ 1776 h 51"/>
                              <a:gd name="T30" fmla="*/ 0 w 27"/>
                              <a:gd name="T31" fmla="*/ 1669 h 51"/>
                              <a:gd name="T32" fmla="*/ 0 w 27"/>
                              <a:gd name="T33" fmla="*/ 1526 h 51"/>
                              <a:gd name="T34" fmla="*/ 36 w 27"/>
                              <a:gd name="T35" fmla="*/ 1454 h 51"/>
                              <a:gd name="T36" fmla="*/ 107 w 27"/>
                              <a:gd name="T37" fmla="*/ 1317 h 51"/>
                              <a:gd name="T38" fmla="*/ 215 w 27"/>
                              <a:gd name="T39" fmla="*/ 1174 h 51"/>
                              <a:gd name="T40" fmla="*/ 322 w 27"/>
                              <a:gd name="T41" fmla="*/ 1139 h 51"/>
                              <a:gd name="T42" fmla="*/ 429 w 27"/>
                              <a:gd name="T43" fmla="*/ 995 h 51"/>
                              <a:gd name="T44" fmla="*/ 531 w 27"/>
                              <a:gd name="T45" fmla="*/ 924 h 51"/>
                              <a:gd name="T46" fmla="*/ 602 w 27"/>
                              <a:gd name="T47" fmla="*/ 781 h 51"/>
                              <a:gd name="T48" fmla="*/ 602 w 27"/>
                              <a:gd name="T49" fmla="*/ 709 h 51"/>
                              <a:gd name="T50" fmla="*/ 566 w 27"/>
                              <a:gd name="T51" fmla="*/ 602 h 51"/>
                              <a:gd name="T52" fmla="*/ 531 w 27"/>
                              <a:gd name="T53" fmla="*/ 602 h 51"/>
                              <a:gd name="T54" fmla="*/ 495 w 27"/>
                              <a:gd name="T55" fmla="*/ 531 h 51"/>
                              <a:gd name="T56" fmla="*/ 394 w 27"/>
                              <a:gd name="T57" fmla="*/ 531 h 51"/>
                              <a:gd name="T58" fmla="*/ 358 w 27"/>
                              <a:gd name="T59" fmla="*/ 393 h 51"/>
                              <a:gd name="T60" fmla="*/ 322 w 27"/>
                              <a:gd name="T61" fmla="*/ 322 h 51"/>
                              <a:gd name="T62" fmla="*/ 250 w 27"/>
                              <a:gd name="T63" fmla="*/ 250 h 51"/>
                              <a:gd name="T64" fmla="*/ 250 w 27"/>
                              <a:gd name="T65" fmla="*/ 179 h 51"/>
                              <a:gd name="T66" fmla="*/ 179 w 27"/>
                              <a:gd name="T67" fmla="*/ 107 h 51"/>
                              <a:gd name="T68" fmla="*/ 143 w 27"/>
                              <a:gd name="T69" fmla="*/ 36 h 51"/>
                              <a:gd name="T70" fmla="*/ 72 w 27"/>
                              <a:gd name="T71" fmla="*/ 0 h 5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w 27"/>
                              <a:gd name="T109" fmla="*/ 0 h 51"/>
                              <a:gd name="T110" fmla="*/ 27 w 27"/>
                              <a:gd name="T111" fmla="*/ 51 h 51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T108" t="T109" r="T110" b="T111"/>
                            <a:pathLst>
                              <a:path w="27" h="51">
                                <a:moveTo>
                                  <a:pt x="2" y="0"/>
                                </a:moveTo>
                                <a:lnTo>
                                  <a:pt x="6" y="0"/>
                                </a:lnTo>
                                <a:lnTo>
                                  <a:pt x="15" y="3"/>
                                </a:lnTo>
                                <a:lnTo>
                                  <a:pt x="19" y="5"/>
                                </a:lnTo>
                                <a:lnTo>
                                  <a:pt x="23" y="8"/>
                                </a:lnTo>
                                <a:lnTo>
                                  <a:pt x="24" y="10"/>
                                </a:lnTo>
                                <a:lnTo>
                                  <a:pt x="27" y="16"/>
                                </a:lnTo>
                                <a:lnTo>
                                  <a:pt x="27" y="27"/>
                                </a:lnTo>
                                <a:lnTo>
                                  <a:pt x="24" y="34"/>
                                </a:lnTo>
                                <a:lnTo>
                                  <a:pt x="19" y="42"/>
                                </a:lnTo>
                                <a:lnTo>
                                  <a:pt x="14" y="47"/>
                                </a:lnTo>
                                <a:lnTo>
                                  <a:pt x="13" y="48"/>
                                </a:lnTo>
                                <a:lnTo>
                                  <a:pt x="9" y="51"/>
                                </a:lnTo>
                                <a:lnTo>
                                  <a:pt x="5" y="51"/>
                                </a:lnTo>
                                <a:lnTo>
                                  <a:pt x="2" y="50"/>
                                </a:lnTo>
                                <a:lnTo>
                                  <a:pt x="0" y="47"/>
                                </a:lnTo>
                                <a:lnTo>
                                  <a:pt x="0" y="43"/>
                                </a:lnTo>
                                <a:lnTo>
                                  <a:pt x="1" y="41"/>
                                </a:lnTo>
                                <a:lnTo>
                                  <a:pt x="3" y="37"/>
                                </a:lnTo>
                                <a:lnTo>
                                  <a:pt x="6" y="33"/>
                                </a:lnTo>
                                <a:lnTo>
                                  <a:pt x="9" y="32"/>
                                </a:lnTo>
                                <a:lnTo>
                                  <a:pt x="12" y="28"/>
                                </a:lnTo>
                                <a:lnTo>
                                  <a:pt x="15" y="26"/>
                                </a:lnTo>
                                <a:lnTo>
                                  <a:pt x="17" y="22"/>
                                </a:lnTo>
                                <a:lnTo>
                                  <a:pt x="17" y="20"/>
                                </a:lnTo>
                                <a:lnTo>
                                  <a:pt x="16" y="17"/>
                                </a:lnTo>
                                <a:lnTo>
                                  <a:pt x="15" y="17"/>
                                </a:lnTo>
                                <a:lnTo>
                                  <a:pt x="14" y="15"/>
                                </a:lnTo>
                                <a:lnTo>
                                  <a:pt x="11" y="15"/>
                                </a:lnTo>
                                <a:lnTo>
                                  <a:pt x="10" y="11"/>
                                </a:lnTo>
                                <a:lnTo>
                                  <a:pt x="9" y="9"/>
                                </a:lnTo>
                                <a:lnTo>
                                  <a:pt x="7" y="7"/>
                                </a:lnTo>
                                <a:lnTo>
                                  <a:pt x="7" y="5"/>
                                </a:lnTo>
                                <a:lnTo>
                                  <a:pt x="5" y="3"/>
                                </a:lnTo>
                                <a:lnTo>
                                  <a:pt x="4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312494" name="Freeform 54">
                          <a:extLst>
                            <a:ext uri="{FF2B5EF4-FFF2-40B4-BE49-F238E27FC236}">
                              <a16:creationId xmlns:a16="http://schemas.microsoft.com/office/drawing/2014/main" id="{1EB0C51E-F43D-DB75-3934-0A55CDAADCD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6" y="1726"/>
                            <a:ext cx="161" cy="407"/>
                          </a:xfrm>
                          <a:custGeom>
                            <a:avLst/>
                            <a:gdLst>
                              <a:gd name="T0" fmla="*/ 781 w 27"/>
                              <a:gd name="T1" fmla="*/ 2436 h 68"/>
                              <a:gd name="T2" fmla="*/ 0 w 27"/>
                              <a:gd name="T3" fmla="*/ 2077 h 68"/>
                              <a:gd name="T4" fmla="*/ 0 w 27"/>
                              <a:gd name="T5" fmla="*/ 36 h 68"/>
                              <a:gd name="T6" fmla="*/ 960 w 27"/>
                              <a:gd name="T7" fmla="*/ 0 h 68"/>
                              <a:gd name="T8" fmla="*/ 781 w 27"/>
                              <a:gd name="T9" fmla="*/ 2436 h 6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27"/>
                              <a:gd name="T16" fmla="*/ 0 h 68"/>
                              <a:gd name="T17" fmla="*/ 27 w 27"/>
                              <a:gd name="T18" fmla="*/ 68 h 68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27" h="68">
                                <a:moveTo>
                                  <a:pt x="22" y="68"/>
                                </a:moveTo>
                                <a:lnTo>
                                  <a:pt x="0" y="58"/>
                                </a:lnTo>
                                <a:lnTo>
                                  <a:pt x="0" y="1"/>
                                </a:lnTo>
                                <a:lnTo>
                                  <a:pt x="27" y="0"/>
                                </a:lnTo>
                                <a:lnTo>
                                  <a:pt x="22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03922810" name="Freeform 55">
                          <a:extLst>
                            <a:ext uri="{FF2B5EF4-FFF2-40B4-BE49-F238E27FC236}">
                              <a16:creationId xmlns:a16="http://schemas.microsoft.com/office/drawing/2014/main" id="{722C2B25-49AF-CC5D-53A2-DDF858044BD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6" y="1726"/>
                            <a:ext cx="161" cy="407"/>
                          </a:xfrm>
                          <a:custGeom>
                            <a:avLst/>
                            <a:gdLst>
                              <a:gd name="T0" fmla="*/ 781 w 27"/>
                              <a:gd name="T1" fmla="*/ 2436 h 68"/>
                              <a:gd name="T2" fmla="*/ 0 w 27"/>
                              <a:gd name="T3" fmla="*/ 2077 h 68"/>
                              <a:gd name="T4" fmla="*/ 0 w 27"/>
                              <a:gd name="T5" fmla="*/ 36 h 68"/>
                              <a:gd name="T6" fmla="*/ 960 w 27"/>
                              <a:gd name="T7" fmla="*/ 0 h 68"/>
                              <a:gd name="T8" fmla="*/ 781 w 27"/>
                              <a:gd name="T9" fmla="*/ 2436 h 6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27"/>
                              <a:gd name="T16" fmla="*/ 0 h 68"/>
                              <a:gd name="T17" fmla="*/ 27 w 27"/>
                              <a:gd name="T18" fmla="*/ 68 h 68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27" h="68">
                                <a:moveTo>
                                  <a:pt x="22" y="68"/>
                                </a:moveTo>
                                <a:lnTo>
                                  <a:pt x="0" y="58"/>
                                </a:lnTo>
                                <a:lnTo>
                                  <a:pt x="0" y="1"/>
                                </a:lnTo>
                                <a:lnTo>
                                  <a:pt x="27" y="0"/>
                                </a:lnTo>
                                <a:lnTo>
                                  <a:pt x="22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948868" name="Freeform 56">
                          <a:extLst>
                            <a:ext uri="{FF2B5EF4-FFF2-40B4-BE49-F238E27FC236}">
                              <a16:creationId xmlns:a16="http://schemas.microsoft.com/office/drawing/2014/main" id="{28C12759-CE7F-649D-F9F2-B2F06D15E9F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1673"/>
                            <a:ext cx="705" cy="1063"/>
                          </a:xfrm>
                          <a:custGeom>
                            <a:avLst/>
                            <a:gdLst>
                              <a:gd name="T0" fmla="*/ 3035 w 118"/>
                              <a:gd name="T1" fmla="*/ 2210 h 178"/>
                              <a:gd name="T2" fmla="*/ 3035 w 118"/>
                              <a:gd name="T3" fmla="*/ 2245 h 178"/>
                              <a:gd name="T4" fmla="*/ 3107 w 118"/>
                              <a:gd name="T5" fmla="*/ 2389 h 178"/>
                              <a:gd name="T6" fmla="*/ 3178 w 118"/>
                              <a:gd name="T7" fmla="*/ 2425 h 178"/>
                              <a:gd name="T8" fmla="*/ 3322 w 118"/>
                              <a:gd name="T9" fmla="*/ 2389 h 178"/>
                              <a:gd name="T10" fmla="*/ 3358 w 118"/>
                              <a:gd name="T11" fmla="*/ 2389 h 178"/>
                              <a:gd name="T12" fmla="*/ 4212 w 118"/>
                              <a:gd name="T13" fmla="*/ 2425 h 178"/>
                              <a:gd name="T14" fmla="*/ 3429 w 118"/>
                              <a:gd name="T15" fmla="*/ 2711 h 178"/>
                              <a:gd name="T16" fmla="*/ 3322 w 118"/>
                              <a:gd name="T17" fmla="*/ 2783 h 178"/>
                              <a:gd name="T18" fmla="*/ 3250 w 118"/>
                              <a:gd name="T19" fmla="*/ 2855 h 178"/>
                              <a:gd name="T20" fmla="*/ 3178 w 118"/>
                              <a:gd name="T21" fmla="*/ 2962 h 178"/>
                              <a:gd name="T22" fmla="*/ 3143 w 118"/>
                              <a:gd name="T23" fmla="*/ 3105 h 178"/>
                              <a:gd name="T24" fmla="*/ 3107 w 118"/>
                              <a:gd name="T25" fmla="*/ 3141 h 178"/>
                              <a:gd name="T26" fmla="*/ 3107 w 118"/>
                              <a:gd name="T27" fmla="*/ 3350 h 178"/>
                              <a:gd name="T28" fmla="*/ 3071 w 118"/>
                              <a:gd name="T29" fmla="*/ 3565 h 178"/>
                              <a:gd name="T30" fmla="*/ 3035 w 118"/>
                              <a:gd name="T31" fmla="*/ 3744 h 178"/>
                              <a:gd name="T32" fmla="*/ 2928 w 118"/>
                              <a:gd name="T33" fmla="*/ 3959 h 178"/>
                              <a:gd name="T34" fmla="*/ 2820 w 118"/>
                              <a:gd name="T35" fmla="*/ 4139 h 178"/>
                              <a:gd name="T36" fmla="*/ 2677 w 118"/>
                              <a:gd name="T37" fmla="*/ 4282 h 178"/>
                              <a:gd name="T38" fmla="*/ 466 w 118"/>
                              <a:gd name="T39" fmla="*/ 6348 h 178"/>
                              <a:gd name="T40" fmla="*/ 1858 w 118"/>
                              <a:gd name="T41" fmla="*/ 3959 h 178"/>
                              <a:gd name="T42" fmla="*/ 1930 w 118"/>
                              <a:gd name="T43" fmla="*/ 3888 h 178"/>
                              <a:gd name="T44" fmla="*/ 2001 w 118"/>
                              <a:gd name="T45" fmla="*/ 3709 h 178"/>
                              <a:gd name="T46" fmla="*/ 2073 w 118"/>
                              <a:gd name="T47" fmla="*/ 3529 h 178"/>
                              <a:gd name="T48" fmla="*/ 2109 w 118"/>
                              <a:gd name="T49" fmla="*/ 3314 h 178"/>
                              <a:gd name="T50" fmla="*/ 2109 w 118"/>
                              <a:gd name="T51" fmla="*/ 3141 h 178"/>
                              <a:gd name="T52" fmla="*/ 2109 w 118"/>
                              <a:gd name="T53" fmla="*/ 2962 h 178"/>
                              <a:gd name="T54" fmla="*/ 2037 w 118"/>
                              <a:gd name="T55" fmla="*/ 2747 h 178"/>
                              <a:gd name="T56" fmla="*/ 1966 w 118"/>
                              <a:gd name="T57" fmla="*/ 2568 h 178"/>
                              <a:gd name="T58" fmla="*/ 1894 w 118"/>
                              <a:gd name="T59" fmla="*/ 2460 h 178"/>
                              <a:gd name="T60" fmla="*/ 1392 w 118"/>
                              <a:gd name="T61" fmla="*/ 2747 h 178"/>
                              <a:gd name="T62" fmla="*/ 3035 w 118"/>
                              <a:gd name="T63" fmla="*/ 0 h 178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118"/>
                              <a:gd name="T97" fmla="*/ 0 h 178"/>
                              <a:gd name="T98" fmla="*/ 118 w 118"/>
                              <a:gd name="T99" fmla="*/ 178 h 178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118" h="178">
                                <a:moveTo>
                                  <a:pt x="85" y="0"/>
                                </a:moveTo>
                                <a:lnTo>
                                  <a:pt x="85" y="62"/>
                                </a:lnTo>
                                <a:lnTo>
                                  <a:pt x="85" y="63"/>
                                </a:lnTo>
                                <a:lnTo>
                                  <a:pt x="86" y="66"/>
                                </a:lnTo>
                                <a:lnTo>
                                  <a:pt x="87" y="67"/>
                                </a:lnTo>
                                <a:lnTo>
                                  <a:pt x="88" y="67"/>
                                </a:lnTo>
                                <a:lnTo>
                                  <a:pt x="89" y="68"/>
                                </a:lnTo>
                                <a:lnTo>
                                  <a:pt x="90" y="68"/>
                                </a:lnTo>
                                <a:lnTo>
                                  <a:pt x="93" y="67"/>
                                </a:lnTo>
                                <a:lnTo>
                                  <a:pt x="94" y="67"/>
                                </a:lnTo>
                                <a:lnTo>
                                  <a:pt x="114" y="58"/>
                                </a:lnTo>
                                <a:lnTo>
                                  <a:pt x="118" y="68"/>
                                </a:lnTo>
                                <a:lnTo>
                                  <a:pt x="96" y="76"/>
                                </a:lnTo>
                                <a:lnTo>
                                  <a:pt x="95" y="77"/>
                                </a:lnTo>
                                <a:lnTo>
                                  <a:pt x="93" y="78"/>
                                </a:lnTo>
                                <a:lnTo>
                                  <a:pt x="92" y="79"/>
                                </a:lnTo>
                                <a:lnTo>
                                  <a:pt x="91" y="80"/>
                                </a:lnTo>
                                <a:lnTo>
                                  <a:pt x="89" y="82"/>
                                </a:lnTo>
                                <a:lnTo>
                                  <a:pt x="89" y="83"/>
                                </a:lnTo>
                                <a:lnTo>
                                  <a:pt x="88" y="85"/>
                                </a:lnTo>
                                <a:lnTo>
                                  <a:pt x="88" y="87"/>
                                </a:lnTo>
                                <a:lnTo>
                                  <a:pt x="87" y="88"/>
                                </a:lnTo>
                                <a:lnTo>
                                  <a:pt x="87" y="91"/>
                                </a:lnTo>
                                <a:lnTo>
                                  <a:pt x="87" y="94"/>
                                </a:lnTo>
                                <a:lnTo>
                                  <a:pt x="87" y="97"/>
                                </a:lnTo>
                                <a:lnTo>
                                  <a:pt x="86" y="100"/>
                                </a:lnTo>
                                <a:lnTo>
                                  <a:pt x="86" y="103"/>
                                </a:lnTo>
                                <a:lnTo>
                                  <a:pt x="85" y="105"/>
                                </a:lnTo>
                                <a:lnTo>
                                  <a:pt x="83" y="108"/>
                                </a:lnTo>
                                <a:lnTo>
                                  <a:pt x="82" y="111"/>
                                </a:lnTo>
                                <a:lnTo>
                                  <a:pt x="80" y="113"/>
                                </a:lnTo>
                                <a:lnTo>
                                  <a:pt x="79" y="116"/>
                                </a:lnTo>
                                <a:lnTo>
                                  <a:pt x="77" y="118"/>
                                </a:lnTo>
                                <a:lnTo>
                                  <a:pt x="75" y="120"/>
                                </a:lnTo>
                                <a:lnTo>
                                  <a:pt x="13" y="178"/>
                                </a:lnTo>
                                <a:lnTo>
                                  <a:pt x="0" y="170"/>
                                </a:lnTo>
                                <a:lnTo>
                                  <a:pt x="52" y="111"/>
                                </a:lnTo>
                                <a:lnTo>
                                  <a:pt x="54" y="109"/>
                                </a:lnTo>
                                <a:lnTo>
                                  <a:pt x="55" y="107"/>
                                </a:lnTo>
                                <a:lnTo>
                                  <a:pt x="56" y="104"/>
                                </a:lnTo>
                                <a:lnTo>
                                  <a:pt x="57" y="102"/>
                                </a:lnTo>
                                <a:lnTo>
                                  <a:pt x="58" y="99"/>
                                </a:lnTo>
                                <a:lnTo>
                                  <a:pt x="59" y="96"/>
                                </a:lnTo>
                                <a:lnTo>
                                  <a:pt x="59" y="93"/>
                                </a:lnTo>
                                <a:lnTo>
                                  <a:pt x="59" y="91"/>
                                </a:lnTo>
                                <a:lnTo>
                                  <a:pt x="59" y="88"/>
                                </a:lnTo>
                                <a:lnTo>
                                  <a:pt x="59" y="85"/>
                                </a:lnTo>
                                <a:lnTo>
                                  <a:pt x="59" y="83"/>
                                </a:lnTo>
                                <a:lnTo>
                                  <a:pt x="58" y="80"/>
                                </a:lnTo>
                                <a:lnTo>
                                  <a:pt x="57" y="77"/>
                                </a:lnTo>
                                <a:lnTo>
                                  <a:pt x="56" y="75"/>
                                </a:lnTo>
                                <a:lnTo>
                                  <a:pt x="55" y="72"/>
                                </a:lnTo>
                                <a:lnTo>
                                  <a:pt x="53" y="70"/>
                                </a:lnTo>
                                <a:lnTo>
                                  <a:pt x="53" y="69"/>
                                </a:lnTo>
                                <a:lnTo>
                                  <a:pt x="39" y="77"/>
                                </a:lnTo>
                                <a:lnTo>
                                  <a:pt x="38" y="13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71769543" name="Freeform 57">
                          <a:extLst>
                            <a:ext uri="{FF2B5EF4-FFF2-40B4-BE49-F238E27FC236}">
                              <a16:creationId xmlns:a16="http://schemas.microsoft.com/office/drawing/2014/main" id="{0C44445C-822A-EBE8-CD24-4B1FF7D2F7B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4" y="1673"/>
                            <a:ext cx="705" cy="1063"/>
                          </a:xfrm>
                          <a:custGeom>
                            <a:avLst/>
                            <a:gdLst>
                              <a:gd name="T0" fmla="*/ 3035 w 118"/>
                              <a:gd name="T1" fmla="*/ 2210 h 178"/>
                              <a:gd name="T2" fmla="*/ 3035 w 118"/>
                              <a:gd name="T3" fmla="*/ 2245 h 178"/>
                              <a:gd name="T4" fmla="*/ 3107 w 118"/>
                              <a:gd name="T5" fmla="*/ 2389 h 178"/>
                              <a:gd name="T6" fmla="*/ 3178 w 118"/>
                              <a:gd name="T7" fmla="*/ 2425 h 178"/>
                              <a:gd name="T8" fmla="*/ 3322 w 118"/>
                              <a:gd name="T9" fmla="*/ 2389 h 178"/>
                              <a:gd name="T10" fmla="*/ 3358 w 118"/>
                              <a:gd name="T11" fmla="*/ 2389 h 178"/>
                              <a:gd name="T12" fmla="*/ 4212 w 118"/>
                              <a:gd name="T13" fmla="*/ 2425 h 178"/>
                              <a:gd name="T14" fmla="*/ 3429 w 118"/>
                              <a:gd name="T15" fmla="*/ 2711 h 178"/>
                              <a:gd name="T16" fmla="*/ 3322 w 118"/>
                              <a:gd name="T17" fmla="*/ 2783 h 178"/>
                              <a:gd name="T18" fmla="*/ 3250 w 118"/>
                              <a:gd name="T19" fmla="*/ 2855 h 178"/>
                              <a:gd name="T20" fmla="*/ 3178 w 118"/>
                              <a:gd name="T21" fmla="*/ 2962 h 178"/>
                              <a:gd name="T22" fmla="*/ 3143 w 118"/>
                              <a:gd name="T23" fmla="*/ 3105 h 178"/>
                              <a:gd name="T24" fmla="*/ 3107 w 118"/>
                              <a:gd name="T25" fmla="*/ 3141 h 178"/>
                              <a:gd name="T26" fmla="*/ 3107 w 118"/>
                              <a:gd name="T27" fmla="*/ 3350 h 178"/>
                              <a:gd name="T28" fmla="*/ 3071 w 118"/>
                              <a:gd name="T29" fmla="*/ 3565 h 178"/>
                              <a:gd name="T30" fmla="*/ 3035 w 118"/>
                              <a:gd name="T31" fmla="*/ 3744 h 178"/>
                              <a:gd name="T32" fmla="*/ 2928 w 118"/>
                              <a:gd name="T33" fmla="*/ 3959 h 178"/>
                              <a:gd name="T34" fmla="*/ 2820 w 118"/>
                              <a:gd name="T35" fmla="*/ 4139 h 178"/>
                              <a:gd name="T36" fmla="*/ 2677 w 118"/>
                              <a:gd name="T37" fmla="*/ 4282 h 178"/>
                              <a:gd name="T38" fmla="*/ 466 w 118"/>
                              <a:gd name="T39" fmla="*/ 6348 h 178"/>
                              <a:gd name="T40" fmla="*/ 1858 w 118"/>
                              <a:gd name="T41" fmla="*/ 3959 h 178"/>
                              <a:gd name="T42" fmla="*/ 1930 w 118"/>
                              <a:gd name="T43" fmla="*/ 3888 h 178"/>
                              <a:gd name="T44" fmla="*/ 2001 w 118"/>
                              <a:gd name="T45" fmla="*/ 3709 h 178"/>
                              <a:gd name="T46" fmla="*/ 2073 w 118"/>
                              <a:gd name="T47" fmla="*/ 3529 h 178"/>
                              <a:gd name="T48" fmla="*/ 2109 w 118"/>
                              <a:gd name="T49" fmla="*/ 3314 h 178"/>
                              <a:gd name="T50" fmla="*/ 2109 w 118"/>
                              <a:gd name="T51" fmla="*/ 3141 h 178"/>
                              <a:gd name="T52" fmla="*/ 2109 w 118"/>
                              <a:gd name="T53" fmla="*/ 2962 h 178"/>
                              <a:gd name="T54" fmla="*/ 2037 w 118"/>
                              <a:gd name="T55" fmla="*/ 2747 h 178"/>
                              <a:gd name="T56" fmla="*/ 1966 w 118"/>
                              <a:gd name="T57" fmla="*/ 2568 h 178"/>
                              <a:gd name="T58" fmla="*/ 1894 w 118"/>
                              <a:gd name="T59" fmla="*/ 2460 h 178"/>
                              <a:gd name="T60" fmla="*/ 1392 w 118"/>
                              <a:gd name="T61" fmla="*/ 2747 h 178"/>
                              <a:gd name="T62" fmla="*/ 3035 w 118"/>
                              <a:gd name="T63" fmla="*/ 0 h 178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118"/>
                              <a:gd name="T97" fmla="*/ 0 h 178"/>
                              <a:gd name="T98" fmla="*/ 118 w 118"/>
                              <a:gd name="T99" fmla="*/ 178 h 178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118" h="178">
                                <a:moveTo>
                                  <a:pt x="85" y="0"/>
                                </a:moveTo>
                                <a:lnTo>
                                  <a:pt x="85" y="62"/>
                                </a:lnTo>
                                <a:lnTo>
                                  <a:pt x="85" y="63"/>
                                </a:lnTo>
                                <a:lnTo>
                                  <a:pt x="86" y="66"/>
                                </a:lnTo>
                                <a:lnTo>
                                  <a:pt x="87" y="67"/>
                                </a:lnTo>
                                <a:lnTo>
                                  <a:pt x="88" y="67"/>
                                </a:lnTo>
                                <a:lnTo>
                                  <a:pt x="89" y="68"/>
                                </a:lnTo>
                                <a:lnTo>
                                  <a:pt x="90" y="68"/>
                                </a:lnTo>
                                <a:lnTo>
                                  <a:pt x="93" y="67"/>
                                </a:lnTo>
                                <a:lnTo>
                                  <a:pt x="94" y="67"/>
                                </a:lnTo>
                                <a:lnTo>
                                  <a:pt x="114" y="58"/>
                                </a:lnTo>
                                <a:lnTo>
                                  <a:pt x="118" y="68"/>
                                </a:lnTo>
                                <a:lnTo>
                                  <a:pt x="96" y="76"/>
                                </a:lnTo>
                                <a:lnTo>
                                  <a:pt x="95" y="77"/>
                                </a:lnTo>
                                <a:lnTo>
                                  <a:pt x="93" y="78"/>
                                </a:lnTo>
                                <a:lnTo>
                                  <a:pt x="92" y="79"/>
                                </a:lnTo>
                                <a:lnTo>
                                  <a:pt x="91" y="80"/>
                                </a:lnTo>
                                <a:lnTo>
                                  <a:pt x="89" y="82"/>
                                </a:lnTo>
                                <a:lnTo>
                                  <a:pt x="89" y="83"/>
                                </a:lnTo>
                                <a:lnTo>
                                  <a:pt x="88" y="85"/>
                                </a:lnTo>
                                <a:lnTo>
                                  <a:pt x="88" y="87"/>
                                </a:lnTo>
                                <a:lnTo>
                                  <a:pt x="87" y="88"/>
                                </a:lnTo>
                                <a:lnTo>
                                  <a:pt x="87" y="91"/>
                                </a:lnTo>
                                <a:lnTo>
                                  <a:pt x="87" y="94"/>
                                </a:lnTo>
                                <a:lnTo>
                                  <a:pt x="87" y="97"/>
                                </a:lnTo>
                                <a:lnTo>
                                  <a:pt x="86" y="100"/>
                                </a:lnTo>
                                <a:lnTo>
                                  <a:pt x="86" y="103"/>
                                </a:lnTo>
                                <a:lnTo>
                                  <a:pt x="85" y="105"/>
                                </a:lnTo>
                                <a:lnTo>
                                  <a:pt x="83" y="108"/>
                                </a:lnTo>
                                <a:lnTo>
                                  <a:pt x="82" y="111"/>
                                </a:lnTo>
                                <a:lnTo>
                                  <a:pt x="80" y="113"/>
                                </a:lnTo>
                                <a:lnTo>
                                  <a:pt x="79" y="116"/>
                                </a:lnTo>
                                <a:lnTo>
                                  <a:pt x="77" y="118"/>
                                </a:lnTo>
                                <a:lnTo>
                                  <a:pt x="75" y="120"/>
                                </a:lnTo>
                                <a:lnTo>
                                  <a:pt x="13" y="178"/>
                                </a:lnTo>
                                <a:lnTo>
                                  <a:pt x="0" y="170"/>
                                </a:lnTo>
                                <a:lnTo>
                                  <a:pt x="52" y="111"/>
                                </a:lnTo>
                                <a:lnTo>
                                  <a:pt x="54" y="109"/>
                                </a:lnTo>
                                <a:lnTo>
                                  <a:pt x="55" y="107"/>
                                </a:lnTo>
                                <a:lnTo>
                                  <a:pt x="56" y="104"/>
                                </a:lnTo>
                                <a:lnTo>
                                  <a:pt x="57" y="102"/>
                                </a:lnTo>
                                <a:lnTo>
                                  <a:pt x="58" y="99"/>
                                </a:lnTo>
                                <a:lnTo>
                                  <a:pt x="59" y="96"/>
                                </a:lnTo>
                                <a:lnTo>
                                  <a:pt x="59" y="93"/>
                                </a:lnTo>
                                <a:lnTo>
                                  <a:pt x="59" y="91"/>
                                </a:lnTo>
                                <a:lnTo>
                                  <a:pt x="59" y="88"/>
                                </a:lnTo>
                                <a:lnTo>
                                  <a:pt x="59" y="85"/>
                                </a:lnTo>
                                <a:lnTo>
                                  <a:pt x="59" y="83"/>
                                </a:lnTo>
                                <a:lnTo>
                                  <a:pt x="58" y="80"/>
                                </a:lnTo>
                                <a:lnTo>
                                  <a:pt x="57" y="77"/>
                                </a:lnTo>
                                <a:lnTo>
                                  <a:pt x="56" y="75"/>
                                </a:lnTo>
                                <a:lnTo>
                                  <a:pt x="55" y="72"/>
                                </a:lnTo>
                                <a:lnTo>
                                  <a:pt x="53" y="70"/>
                                </a:lnTo>
                                <a:lnTo>
                                  <a:pt x="53" y="69"/>
                                </a:lnTo>
                                <a:lnTo>
                                  <a:pt x="39" y="77"/>
                                </a:lnTo>
                                <a:lnTo>
                                  <a:pt x="38" y="13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169075" name="Freeform 58">
                          <a:extLst>
                            <a:ext uri="{FF2B5EF4-FFF2-40B4-BE49-F238E27FC236}">
                              <a16:creationId xmlns:a16="http://schemas.microsoft.com/office/drawing/2014/main" id="{2A113EC2-F059-4318-2A97-87ED4D4CBFF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70" y="1738"/>
                            <a:ext cx="167" cy="395"/>
                          </a:xfrm>
                          <a:custGeom>
                            <a:avLst/>
                            <a:gdLst>
                              <a:gd name="T0" fmla="*/ 0 w 28"/>
                              <a:gd name="T1" fmla="*/ 431 h 66"/>
                              <a:gd name="T2" fmla="*/ 107 w 28"/>
                              <a:gd name="T3" fmla="*/ 0 h 66"/>
                              <a:gd name="T4" fmla="*/ 996 w 28"/>
                              <a:gd name="T5" fmla="*/ 0 h 66"/>
                              <a:gd name="T6" fmla="*/ 996 w 28"/>
                              <a:gd name="T7" fmla="*/ 2364 h 66"/>
                              <a:gd name="T8" fmla="*/ 638 w 28"/>
                              <a:gd name="T9" fmla="*/ 2364 h 66"/>
                              <a:gd name="T10" fmla="*/ 638 w 28"/>
                              <a:gd name="T11" fmla="*/ 1215 h 66"/>
                              <a:gd name="T12" fmla="*/ 638 w 28"/>
                              <a:gd name="T13" fmla="*/ 1215 h 66"/>
                              <a:gd name="T14" fmla="*/ 638 w 28"/>
                              <a:gd name="T15" fmla="*/ 1149 h 66"/>
                              <a:gd name="T16" fmla="*/ 602 w 28"/>
                              <a:gd name="T17" fmla="*/ 1077 h 66"/>
                              <a:gd name="T18" fmla="*/ 567 w 28"/>
                              <a:gd name="T19" fmla="*/ 1005 h 66"/>
                              <a:gd name="T20" fmla="*/ 531 w 28"/>
                              <a:gd name="T21" fmla="*/ 970 h 66"/>
                              <a:gd name="T22" fmla="*/ 465 w 28"/>
                              <a:gd name="T23" fmla="*/ 898 h 66"/>
                              <a:gd name="T24" fmla="*/ 429 w 28"/>
                              <a:gd name="T25" fmla="*/ 826 h 66"/>
                              <a:gd name="T26" fmla="*/ 358 w 28"/>
                              <a:gd name="T27" fmla="*/ 790 h 66"/>
                              <a:gd name="T28" fmla="*/ 322 w 28"/>
                              <a:gd name="T29" fmla="*/ 754 h 66"/>
                              <a:gd name="T30" fmla="*/ 251 w 28"/>
                              <a:gd name="T31" fmla="*/ 718 h 66"/>
                              <a:gd name="T32" fmla="*/ 179 w 28"/>
                              <a:gd name="T33" fmla="*/ 682 h 66"/>
                              <a:gd name="T34" fmla="*/ 107 w 28"/>
                              <a:gd name="T35" fmla="*/ 646 h 66"/>
                              <a:gd name="T36" fmla="*/ 72 w 28"/>
                              <a:gd name="T37" fmla="*/ 646 h 66"/>
                              <a:gd name="T38" fmla="*/ 0 w 28"/>
                              <a:gd name="T39" fmla="*/ 431 h 6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28"/>
                              <a:gd name="T61" fmla="*/ 0 h 66"/>
                              <a:gd name="T62" fmla="*/ 28 w 28"/>
                              <a:gd name="T63" fmla="*/ 66 h 6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28" h="66">
                                <a:moveTo>
                                  <a:pt x="0" y="12"/>
                                </a:moveTo>
                                <a:lnTo>
                                  <a:pt x="3" y="0"/>
                                </a:lnTo>
                                <a:lnTo>
                                  <a:pt x="28" y="0"/>
                                </a:lnTo>
                                <a:lnTo>
                                  <a:pt x="28" y="66"/>
                                </a:lnTo>
                                <a:lnTo>
                                  <a:pt x="18" y="66"/>
                                </a:lnTo>
                                <a:lnTo>
                                  <a:pt x="18" y="34"/>
                                </a:lnTo>
                                <a:lnTo>
                                  <a:pt x="18" y="32"/>
                                </a:lnTo>
                                <a:lnTo>
                                  <a:pt x="17" y="30"/>
                                </a:lnTo>
                                <a:lnTo>
                                  <a:pt x="16" y="28"/>
                                </a:lnTo>
                                <a:lnTo>
                                  <a:pt x="15" y="27"/>
                                </a:lnTo>
                                <a:lnTo>
                                  <a:pt x="13" y="25"/>
                                </a:lnTo>
                                <a:lnTo>
                                  <a:pt x="12" y="23"/>
                                </a:lnTo>
                                <a:lnTo>
                                  <a:pt x="10" y="22"/>
                                </a:lnTo>
                                <a:lnTo>
                                  <a:pt x="9" y="21"/>
                                </a:lnTo>
                                <a:lnTo>
                                  <a:pt x="7" y="20"/>
                                </a:lnTo>
                                <a:lnTo>
                                  <a:pt x="5" y="19"/>
                                </a:lnTo>
                                <a:lnTo>
                                  <a:pt x="3" y="18"/>
                                </a:lnTo>
                                <a:lnTo>
                                  <a:pt x="2" y="18"/>
                                </a:lnTo>
                                <a:lnTo>
                                  <a:pt x="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22751985" name="Freeform 59">
                          <a:extLst>
                            <a:ext uri="{FF2B5EF4-FFF2-40B4-BE49-F238E27FC236}">
                              <a16:creationId xmlns:a16="http://schemas.microsoft.com/office/drawing/2014/main" id="{F9A9A90D-34EE-4384-9E7A-30842621502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70" y="1738"/>
                            <a:ext cx="167" cy="395"/>
                          </a:xfrm>
                          <a:custGeom>
                            <a:avLst/>
                            <a:gdLst>
                              <a:gd name="T0" fmla="*/ 0 w 28"/>
                              <a:gd name="T1" fmla="*/ 431 h 66"/>
                              <a:gd name="T2" fmla="*/ 107 w 28"/>
                              <a:gd name="T3" fmla="*/ 0 h 66"/>
                              <a:gd name="T4" fmla="*/ 996 w 28"/>
                              <a:gd name="T5" fmla="*/ 0 h 66"/>
                              <a:gd name="T6" fmla="*/ 996 w 28"/>
                              <a:gd name="T7" fmla="*/ 2364 h 66"/>
                              <a:gd name="T8" fmla="*/ 638 w 28"/>
                              <a:gd name="T9" fmla="*/ 2364 h 66"/>
                              <a:gd name="T10" fmla="*/ 638 w 28"/>
                              <a:gd name="T11" fmla="*/ 1215 h 66"/>
                              <a:gd name="T12" fmla="*/ 638 w 28"/>
                              <a:gd name="T13" fmla="*/ 1215 h 66"/>
                              <a:gd name="T14" fmla="*/ 638 w 28"/>
                              <a:gd name="T15" fmla="*/ 1149 h 66"/>
                              <a:gd name="T16" fmla="*/ 602 w 28"/>
                              <a:gd name="T17" fmla="*/ 1077 h 66"/>
                              <a:gd name="T18" fmla="*/ 567 w 28"/>
                              <a:gd name="T19" fmla="*/ 1005 h 66"/>
                              <a:gd name="T20" fmla="*/ 531 w 28"/>
                              <a:gd name="T21" fmla="*/ 970 h 66"/>
                              <a:gd name="T22" fmla="*/ 465 w 28"/>
                              <a:gd name="T23" fmla="*/ 898 h 66"/>
                              <a:gd name="T24" fmla="*/ 429 w 28"/>
                              <a:gd name="T25" fmla="*/ 826 h 66"/>
                              <a:gd name="T26" fmla="*/ 358 w 28"/>
                              <a:gd name="T27" fmla="*/ 790 h 66"/>
                              <a:gd name="T28" fmla="*/ 322 w 28"/>
                              <a:gd name="T29" fmla="*/ 754 h 66"/>
                              <a:gd name="T30" fmla="*/ 251 w 28"/>
                              <a:gd name="T31" fmla="*/ 718 h 66"/>
                              <a:gd name="T32" fmla="*/ 179 w 28"/>
                              <a:gd name="T33" fmla="*/ 682 h 66"/>
                              <a:gd name="T34" fmla="*/ 107 w 28"/>
                              <a:gd name="T35" fmla="*/ 646 h 66"/>
                              <a:gd name="T36" fmla="*/ 72 w 28"/>
                              <a:gd name="T37" fmla="*/ 646 h 66"/>
                              <a:gd name="T38" fmla="*/ 0 w 28"/>
                              <a:gd name="T39" fmla="*/ 431 h 6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28"/>
                              <a:gd name="T61" fmla="*/ 0 h 66"/>
                              <a:gd name="T62" fmla="*/ 28 w 28"/>
                              <a:gd name="T63" fmla="*/ 66 h 6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28" h="66">
                                <a:moveTo>
                                  <a:pt x="0" y="12"/>
                                </a:moveTo>
                                <a:lnTo>
                                  <a:pt x="3" y="0"/>
                                </a:lnTo>
                                <a:lnTo>
                                  <a:pt x="28" y="0"/>
                                </a:lnTo>
                                <a:lnTo>
                                  <a:pt x="28" y="66"/>
                                </a:lnTo>
                                <a:lnTo>
                                  <a:pt x="18" y="66"/>
                                </a:lnTo>
                                <a:lnTo>
                                  <a:pt x="18" y="34"/>
                                </a:lnTo>
                                <a:lnTo>
                                  <a:pt x="18" y="32"/>
                                </a:lnTo>
                                <a:lnTo>
                                  <a:pt x="17" y="30"/>
                                </a:lnTo>
                                <a:lnTo>
                                  <a:pt x="16" y="28"/>
                                </a:lnTo>
                                <a:lnTo>
                                  <a:pt x="15" y="27"/>
                                </a:lnTo>
                                <a:lnTo>
                                  <a:pt x="13" y="25"/>
                                </a:lnTo>
                                <a:lnTo>
                                  <a:pt x="12" y="23"/>
                                </a:lnTo>
                                <a:lnTo>
                                  <a:pt x="10" y="22"/>
                                </a:lnTo>
                                <a:lnTo>
                                  <a:pt x="9" y="21"/>
                                </a:lnTo>
                                <a:lnTo>
                                  <a:pt x="7" y="20"/>
                                </a:lnTo>
                                <a:lnTo>
                                  <a:pt x="5" y="19"/>
                                </a:lnTo>
                                <a:lnTo>
                                  <a:pt x="3" y="18"/>
                                </a:lnTo>
                                <a:lnTo>
                                  <a:pt x="2" y="18"/>
                                </a:lnTo>
                                <a:lnTo>
                                  <a:pt x="0" y="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38842" name="Freeform 60">
                          <a:extLst>
                            <a:ext uri="{FF2B5EF4-FFF2-40B4-BE49-F238E27FC236}">
                              <a16:creationId xmlns:a16="http://schemas.microsoft.com/office/drawing/2014/main" id="{96AF39E3-27F6-8A60-AD08-51643593678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22" y="1828"/>
                            <a:ext cx="472" cy="221"/>
                          </a:xfrm>
                          <a:custGeom>
                            <a:avLst/>
                            <a:gdLst>
                              <a:gd name="T0" fmla="*/ 0 w 79"/>
                              <a:gd name="T1" fmla="*/ 675 h 37"/>
                              <a:gd name="T2" fmla="*/ 0 w 79"/>
                              <a:gd name="T3" fmla="*/ 215 h 37"/>
                              <a:gd name="T4" fmla="*/ 2820 w 79"/>
                              <a:gd name="T5" fmla="*/ 0 h 37"/>
                              <a:gd name="T6" fmla="*/ 2820 w 79"/>
                              <a:gd name="T7" fmla="*/ 818 h 37"/>
                              <a:gd name="T8" fmla="*/ 2820 w 79"/>
                              <a:gd name="T9" fmla="*/ 818 h 37"/>
                              <a:gd name="T10" fmla="*/ 2784 w 79"/>
                              <a:gd name="T11" fmla="*/ 854 h 37"/>
                              <a:gd name="T12" fmla="*/ 2677 w 79"/>
                              <a:gd name="T13" fmla="*/ 926 h 37"/>
                              <a:gd name="T14" fmla="*/ 2569 w 79"/>
                              <a:gd name="T15" fmla="*/ 997 h 37"/>
                              <a:gd name="T16" fmla="*/ 2426 w 79"/>
                              <a:gd name="T17" fmla="*/ 1069 h 37"/>
                              <a:gd name="T18" fmla="*/ 2318 w 79"/>
                              <a:gd name="T19" fmla="*/ 1141 h 37"/>
                              <a:gd name="T20" fmla="*/ 2211 w 79"/>
                              <a:gd name="T21" fmla="*/ 1177 h 37"/>
                              <a:gd name="T22" fmla="*/ 2073 w 79"/>
                              <a:gd name="T23" fmla="*/ 1213 h 37"/>
                              <a:gd name="T24" fmla="*/ 1966 w 79"/>
                              <a:gd name="T25" fmla="*/ 1248 h 37"/>
                              <a:gd name="T26" fmla="*/ 1822 w 79"/>
                              <a:gd name="T27" fmla="*/ 1284 h 37"/>
                              <a:gd name="T28" fmla="*/ 1715 w 79"/>
                              <a:gd name="T29" fmla="*/ 1320 h 37"/>
                              <a:gd name="T30" fmla="*/ 1571 w 79"/>
                              <a:gd name="T31" fmla="*/ 1320 h 37"/>
                              <a:gd name="T32" fmla="*/ 1428 w 79"/>
                              <a:gd name="T33" fmla="*/ 1320 h 37"/>
                              <a:gd name="T34" fmla="*/ 1320 w 79"/>
                              <a:gd name="T35" fmla="*/ 1320 h 37"/>
                              <a:gd name="T36" fmla="*/ 1177 w 79"/>
                              <a:gd name="T37" fmla="*/ 1320 h 37"/>
                              <a:gd name="T38" fmla="*/ 1069 w 79"/>
                              <a:gd name="T39" fmla="*/ 1284 h 37"/>
                              <a:gd name="T40" fmla="*/ 926 w 79"/>
                              <a:gd name="T41" fmla="*/ 1248 h 37"/>
                              <a:gd name="T42" fmla="*/ 819 w 79"/>
                              <a:gd name="T43" fmla="*/ 1213 h 37"/>
                              <a:gd name="T44" fmla="*/ 681 w 79"/>
                              <a:gd name="T45" fmla="*/ 1177 h 37"/>
                              <a:gd name="T46" fmla="*/ 574 w 79"/>
                              <a:gd name="T47" fmla="*/ 1141 h 37"/>
                              <a:gd name="T48" fmla="*/ 430 w 79"/>
                              <a:gd name="T49" fmla="*/ 1069 h 37"/>
                              <a:gd name="T50" fmla="*/ 323 w 79"/>
                              <a:gd name="T51" fmla="*/ 997 h 37"/>
                              <a:gd name="T52" fmla="*/ 215 w 79"/>
                              <a:gd name="T53" fmla="*/ 926 h 37"/>
                              <a:gd name="T54" fmla="*/ 108 w 79"/>
                              <a:gd name="T55" fmla="*/ 854 h 37"/>
                              <a:gd name="T56" fmla="*/ 0 w 79"/>
                              <a:gd name="T57" fmla="*/ 782 h 37"/>
                              <a:gd name="T58" fmla="*/ 0 w 79"/>
                              <a:gd name="T59" fmla="*/ 675 h 37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w 79"/>
                              <a:gd name="T91" fmla="*/ 0 h 37"/>
                              <a:gd name="T92" fmla="*/ 79 w 79"/>
                              <a:gd name="T93" fmla="*/ 37 h 37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T90" t="T91" r="T92" b="T93"/>
                            <a:pathLst>
                              <a:path w="79" h="37">
                                <a:moveTo>
                                  <a:pt x="0" y="19"/>
                                </a:moveTo>
                                <a:lnTo>
                                  <a:pt x="0" y="6"/>
                                </a:lnTo>
                                <a:lnTo>
                                  <a:pt x="79" y="0"/>
                                </a:lnTo>
                                <a:lnTo>
                                  <a:pt x="79" y="23"/>
                                </a:lnTo>
                                <a:lnTo>
                                  <a:pt x="78" y="24"/>
                                </a:lnTo>
                                <a:lnTo>
                                  <a:pt x="75" y="26"/>
                                </a:lnTo>
                                <a:lnTo>
                                  <a:pt x="72" y="28"/>
                                </a:lnTo>
                                <a:lnTo>
                                  <a:pt x="68" y="30"/>
                                </a:lnTo>
                                <a:lnTo>
                                  <a:pt x="65" y="32"/>
                                </a:lnTo>
                                <a:lnTo>
                                  <a:pt x="62" y="33"/>
                                </a:lnTo>
                                <a:lnTo>
                                  <a:pt x="58" y="34"/>
                                </a:lnTo>
                                <a:lnTo>
                                  <a:pt x="55" y="35"/>
                                </a:lnTo>
                                <a:lnTo>
                                  <a:pt x="51" y="36"/>
                                </a:lnTo>
                                <a:lnTo>
                                  <a:pt x="48" y="37"/>
                                </a:lnTo>
                                <a:lnTo>
                                  <a:pt x="44" y="37"/>
                                </a:lnTo>
                                <a:lnTo>
                                  <a:pt x="40" y="37"/>
                                </a:lnTo>
                                <a:lnTo>
                                  <a:pt x="37" y="37"/>
                                </a:lnTo>
                                <a:lnTo>
                                  <a:pt x="33" y="37"/>
                                </a:lnTo>
                                <a:lnTo>
                                  <a:pt x="30" y="36"/>
                                </a:lnTo>
                                <a:lnTo>
                                  <a:pt x="26" y="35"/>
                                </a:lnTo>
                                <a:lnTo>
                                  <a:pt x="23" y="34"/>
                                </a:lnTo>
                                <a:lnTo>
                                  <a:pt x="19" y="33"/>
                                </a:lnTo>
                                <a:lnTo>
                                  <a:pt x="16" y="32"/>
                                </a:lnTo>
                                <a:lnTo>
                                  <a:pt x="12" y="30"/>
                                </a:lnTo>
                                <a:lnTo>
                                  <a:pt x="9" y="28"/>
                                </a:lnTo>
                                <a:lnTo>
                                  <a:pt x="6" y="26"/>
                                </a:lnTo>
                                <a:lnTo>
                                  <a:pt x="3" y="24"/>
                                </a:lnTo>
                                <a:lnTo>
                                  <a:pt x="0" y="22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70598433" name="Freeform 61">
                          <a:extLst>
                            <a:ext uri="{FF2B5EF4-FFF2-40B4-BE49-F238E27FC236}">
                              <a16:creationId xmlns:a16="http://schemas.microsoft.com/office/drawing/2014/main" id="{CDE89196-CE9D-982D-8AD8-A71528E764C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22" y="1828"/>
                            <a:ext cx="472" cy="221"/>
                          </a:xfrm>
                          <a:custGeom>
                            <a:avLst/>
                            <a:gdLst>
                              <a:gd name="T0" fmla="*/ 0 w 79"/>
                              <a:gd name="T1" fmla="*/ 675 h 37"/>
                              <a:gd name="T2" fmla="*/ 0 w 79"/>
                              <a:gd name="T3" fmla="*/ 215 h 37"/>
                              <a:gd name="T4" fmla="*/ 2820 w 79"/>
                              <a:gd name="T5" fmla="*/ 0 h 37"/>
                              <a:gd name="T6" fmla="*/ 2820 w 79"/>
                              <a:gd name="T7" fmla="*/ 818 h 37"/>
                              <a:gd name="T8" fmla="*/ 2820 w 79"/>
                              <a:gd name="T9" fmla="*/ 818 h 37"/>
                              <a:gd name="T10" fmla="*/ 2784 w 79"/>
                              <a:gd name="T11" fmla="*/ 854 h 37"/>
                              <a:gd name="T12" fmla="*/ 2677 w 79"/>
                              <a:gd name="T13" fmla="*/ 926 h 37"/>
                              <a:gd name="T14" fmla="*/ 2569 w 79"/>
                              <a:gd name="T15" fmla="*/ 997 h 37"/>
                              <a:gd name="T16" fmla="*/ 2426 w 79"/>
                              <a:gd name="T17" fmla="*/ 1069 h 37"/>
                              <a:gd name="T18" fmla="*/ 2318 w 79"/>
                              <a:gd name="T19" fmla="*/ 1141 h 37"/>
                              <a:gd name="T20" fmla="*/ 2211 w 79"/>
                              <a:gd name="T21" fmla="*/ 1177 h 37"/>
                              <a:gd name="T22" fmla="*/ 2073 w 79"/>
                              <a:gd name="T23" fmla="*/ 1213 h 37"/>
                              <a:gd name="T24" fmla="*/ 1966 w 79"/>
                              <a:gd name="T25" fmla="*/ 1248 h 37"/>
                              <a:gd name="T26" fmla="*/ 1822 w 79"/>
                              <a:gd name="T27" fmla="*/ 1284 h 37"/>
                              <a:gd name="T28" fmla="*/ 1715 w 79"/>
                              <a:gd name="T29" fmla="*/ 1320 h 37"/>
                              <a:gd name="T30" fmla="*/ 1571 w 79"/>
                              <a:gd name="T31" fmla="*/ 1320 h 37"/>
                              <a:gd name="T32" fmla="*/ 1428 w 79"/>
                              <a:gd name="T33" fmla="*/ 1320 h 37"/>
                              <a:gd name="T34" fmla="*/ 1320 w 79"/>
                              <a:gd name="T35" fmla="*/ 1320 h 37"/>
                              <a:gd name="T36" fmla="*/ 1177 w 79"/>
                              <a:gd name="T37" fmla="*/ 1320 h 37"/>
                              <a:gd name="T38" fmla="*/ 1069 w 79"/>
                              <a:gd name="T39" fmla="*/ 1284 h 37"/>
                              <a:gd name="T40" fmla="*/ 926 w 79"/>
                              <a:gd name="T41" fmla="*/ 1248 h 37"/>
                              <a:gd name="T42" fmla="*/ 819 w 79"/>
                              <a:gd name="T43" fmla="*/ 1213 h 37"/>
                              <a:gd name="T44" fmla="*/ 681 w 79"/>
                              <a:gd name="T45" fmla="*/ 1177 h 37"/>
                              <a:gd name="T46" fmla="*/ 574 w 79"/>
                              <a:gd name="T47" fmla="*/ 1141 h 37"/>
                              <a:gd name="T48" fmla="*/ 430 w 79"/>
                              <a:gd name="T49" fmla="*/ 1069 h 37"/>
                              <a:gd name="T50" fmla="*/ 323 w 79"/>
                              <a:gd name="T51" fmla="*/ 997 h 37"/>
                              <a:gd name="T52" fmla="*/ 215 w 79"/>
                              <a:gd name="T53" fmla="*/ 926 h 37"/>
                              <a:gd name="T54" fmla="*/ 108 w 79"/>
                              <a:gd name="T55" fmla="*/ 854 h 37"/>
                              <a:gd name="T56" fmla="*/ 0 w 79"/>
                              <a:gd name="T57" fmla="*/ 782 h 37"/>
                              <a:gd name="T58" fmla="*/ 0 w 79"/>
                              <a:gd name="T59" fmla="*/ 675 h 37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w 79"/>
                              <a:gd name="T91" fmla="*/ 0 h 37"/>
                              <a:gd name="T92" fmla="*/ 79 w 79"/>
                              <a:gd name="T93" fmla="*/ 37 h 37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T90" t="T91" r="T92" b="T93"/>
                            <a:pathLst>
                              <a:path w="79" h="37">
                                <a:moveTo>
                                  <a:pt x="0" y="19"/>
                                </a:moveTo>
                                <a:lnTo>
                                  <a:pt x="0" y="6"/>
                                </a:lnTo>
                                <a:lnTo>
                                  <a:pt x="79" y="0"/>
                                </a:lnTo>
                                <a:lnTo>
                                  <a:pt x="79" y="23"/>
                                </a:lnTo>
                                <a:lnTo>
                                  <a:pt x="78" y="24"/>
                                </a:lnTo>
                                <a:lnTo>
                                  <a:pt x="75" y="26"/>
                                </a:lnTo>
                                <a:lnTo>
                                  <a:pt x="72" y="28"/>
                                </a:lnTo>
                                <a:lnTo>
                                  <a:pt x="68" y="30"/>
                                </a:lnTo>
                                <a:lnTo>
                                  <a:pt x="65" y="32"/>
                                </a:lnTo>
                                <a:lnTo>
                                  <a:pt x="62" y="33"/>
                                </a:lnTo>
                                <a:lnTo>
                                  <a:pt x="58" y="34"/>
                                </a:lnTo>
                                <a:lnTo>
                                  <a:pt x="55" y="35"/>
                                </a:lnTo>
                                <a:lnTo>
                                  <a:pt x="51" y="36"/>
                                </a:lnTo>
                                <a:lnTo>
                                  <a:pt x="48" y="37"/>
                                </a:lnTo>
                                <a:lnTo>
                                  <a:pt x="44" y="37"/>
                                </a:lnTo>
                                <a:lnTo>
                                  <a:pt x="40" y="37"/>
                                </a:lnTo>
                                <a:lnTo>
                                  <a:pt x="37" y="37"/>
                                </a:lnTo>
                                <a:lnTo>
                                  <a:pt x="33" y="37"/>
                                </a:lnTo>
                                <a:lnTo>
                                  <a:pt x="30" y="36"/>
                                </a:lnTo>
                                <a:lnTo>
                                  <a:pt x="26" y="35"/>
                                </a:lnTo>
                                <a:lnTo>
                                  <a:pt x="23" y="34"/>
                                </a:lnTo>
                                <a:lnTo>
                                  <a:pt x="19" y="33"/>
                                </a:lnTo>
                                <a:lnTo>
                                  <a:pt x="16" y="32"/>
                                </a:lnTo>
                                <a:lnTo>
                                  <a:pt x="12" y="30"/>
                                </a:lnTo>
                                <a:lnTo>
                                  <a:pt x="9" y="28"/>
                                </a:lnTo>
                                <a:lnTo>
                                  <a:pt x="6" y="26"/>
                                </a:lnTo>
                                <a:lnTo>
                                  <a:pt x="3" y="24"/>
                                </a:lnTo>
                                <a:lnTo>
                                  <a:pt x="0" y="22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5611161" name="Freeform 62">
                          <a:extLst>
                            <a:ext uri="{FF2B5EF4-FFF2-40B4-BE49-F238E27FC236}">
                              <a16:creationId xmlns:a16="http://schemas.microsoft.com/office/drawing/2014/main" id="{86D70D5F-E118-4830-F53B-E2B0CA88F51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9" y="1882"/>
                            <a:ext cx="66" cy="137"/>
                          </a:xfrm>
                          <a:custGeom>
                            <a:avLst/>
                            <a:gdLst>
                              <a:gd name="T0" fmla="*/ 72 w 11"/>
                              <a:gd name="T1" fmla="*/ 0 h 23"/>
                              <a:gd name="T2" fmla="*/ 0 w 11"/>
                              <a:gd name="T3" fmla="*/ 107 h 23"/>
                              <a:gd name="T4" fmla="*/ 0 w 11"/>
                              <a:gd name="T5" fmla="*/ 780 h 23"/>
                              <a:gd name="T6" fmla="*/ 72 w 11"/>
                              <a:gd name="T7" fmla="*/ 816 h 23"/>
                              <a:gd name="T8" fmla="*/ 144 w 11"/>
                              <a:gd name="T9" fmla="*/ 816 h 23"/>
                              <a:gd name="T10" fmla="*/ 252 w 11"/>
                              <a:gd name="T11" fmla="*/ 816 h 23"/>
                              <a:gd name="T12" fmla="*/ 396 w 11"/>
                              <a:gd name="T13" fmla="*/ 816 h 23"/>
                              <a:gd name="T14" fmla="*/ 396 w 11"/>
                              <a:gd name="T15" fmla="*/ 179 h 23"/>
                              <a:gd name="T16" fmla="*/ 72 w 11"/>
                              <a:gd name="T17" fmla="*/ 0 h 23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11"/>
                              <a:gd name="T28" fmla="*/ 0 h 23"/>
                              <a:gd name="T29" fmla="*/ 11 w 11"/>
                              <a:gd name="T30" fmla="*/ 23 h 23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11" h="23">
                                <a:moveTo>
                                  <a:pt x="2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22"/>
                                </a:lnTo>
                                <a:lnTo>
                                  <a:pt x="2" y="23"/>
                                </a:lnTo>
                                <a:lnTo>
                                  <a:pt x="4" y="23"/>
                                </a:lnTo>
                                <a:lnTo>
                                  <a:pt x="7" y="23"/>
                                </a:lnTo>
                                <a:lnTo>
                                  <a:pt x="11" y="23"/>
                                </a:lnTo>
                                <a:lnTo>
                                  <a:pt x="11" y="5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94135653" name="Freeform 63">
                          <a:extLst>
                            <a:ext uri="{FF2B5EF4-FFF2-40B4-BE49-F238E27FC236}">
                              <a16:creationId xmlns:a16="http://schemas.microsoft.com/office/drawing/2014/main" id="{F81D6901-6D2F-DC70-0C6F-0A50263419B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9" y="1882"/>
                            <a:ext cx="66" cy="137"/>
                          </a:xfrm>
                          <a:custGeom>
                            <a:avLst/>
                            <a:gdLst>
                              <a:gd name="T0" fmla="*/ 72 w 11"/>
                              <a:gd name="T1" fmla="*/ 0 h 23"/>
                              <a:gd name="T2" fmla="*/ 0 w 11"/>
                              <a:gd name="T3" fmla="*/ 107 h 23"/>
                              <a:gd name="T4" fmla="*/ 0 w 11"/>
                              <a:gd name="T5" fmla="*/ 780 h 23"/>
                              <a:gd name="T6" fmla="*/ 72 w 11"/>
                              <a:gd name="T7" fmla="*/ 816 h 23"/>
                              <a:gd name="T8" fmla="*/ 144 w 11"/>
                              <a:gd name="T9" fmla="*/ 816 h 23"/>
                              <a:gd name="T10" fmla="*/ 252 w 11"/>
                              <a:gd name="T11" fmla="*/ 816 h 23"/>
                              <a:gd name="T12" fmla="*/ 396 w 11"/>
                              <a:gd name="T13" fmla="*/ 816 h 23"/>
                              <a:gd name="T14" fmla="*/ 396 w 11"/>
                              <a:gd name="T15" fmla="*/ 179 h 23"/>
                              <a:gd name="T16" fmla="*/ 72 w 11"/>
                              <a:gd name="T17" fmla="*/ 0 h 23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11"/>
                              <a:gd name="T28" fmla="*/ 0 h 23"/>
                              <a:gd name="T29" fmla="*/ 11 w 11"/>
                              <a:gd name="T30" fmla="*/ 23 h 23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11" h="23">
                                <a:moveTo>
                                  <a:pt x="2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22"/>
                                </a:lnTo>
                                <a:lnTo>
                                  <a:pt x="2" y="23"/>
                                </a:lnTo>
                                <a:lnTo>
                                  <a:pt x="4" y="23"/>
                                </a:lnTo>
                                <a:lnTo>
                                  <a:pt x="7" y="23"/>
                                </a:lnTo>
                                <a:lnTo>
                                  <a:pt x="11" y="23"/>
                                </a:lnTo>
                                <a:lnTo>
                                  <a:pt x="11" y="5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9148807" name="Freeform 64">
                          <a:extLst>
                            <a:ext uri="{FF2B5EF4-FFF2-40B4-BE49-F238E27FC236}">
                              <a16:creationId xmlns:a16="http://schemas.microsoft.com/office/drawing/2014/main" id="{64F6CD09-2E64-2AA3-B859-0692BFE4F76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6" y="1756"/>
                            <a:ext cx="531" cy="168"/>
                          </a:xfrm>
                          <a:custGeom>
                            <a:avLst/>
                            <a:gdLst>
                              <a:gd name="T0" fmla="*/ 3168 w 89"/>
                              <a:gd name="T1" fmla="*/ 36 h 28"/>
                              <a:gd name="T2" fmla="*/ 0 w 89"/>
                              <a:gd name="T3" fmla="*/ 0 h 28"/>
                              <a:gd name="T4" fmla="*/ 0 w 89"/>
                              <a:gd name="T5" fmla="*/ 432 h 28"/>
                              <a:gd name="T6" fmla="*/ 0 w 89"/>
                              <a:gd name="T7" fmla="*/ 432 h 28"/>
                              <a:gd name="T8" fmla="*/ 143 w 89"/>
                              <a:gd name="T9" fmla="*/ 540 h 28"/>
                              <a:gd name="T10" fmla="*/ 251 w 89"/>
                              <a:gd name="T11" fmla="*/ 612 h 28"/>
                              <a:gd name="T12" fmla="*/ 394 w 89"/>
                              <a:gd name="T13" fmla="*/ 684 h 28"/>
                              <a:gd name="T14" fmla="*/ 501 w 89"/>
                              <a:gd name="T15" fmla="*/ 756 h 28"/>
                              <a:gd name="T16" fmla="*/ 638 w 89"/>
                              <a:gd name="T17" fmla="*/ 792 h 28"/>
                              <a:gd name="T18" fmla="*/ 782 w 89"/>
                              <a:gd name="T19" fmla="*/ 864 h 28"/>
                              <a:gd name="T20" fmla="*/ 925 w 89"/>
                              <a:gd name="T21" fmla="*/ 900 h 28"/>
                              <a:gd name="T22" fmla="*/ 1068 w 89"/>
                              <a:gd name="T23" fmla="*/ 936 h 28"/>
                              <a:gd name="T24" fmla="*/ 1211 w 89"/>
                              <a:gd name="T25" fmla="*/ 972 h 28"/>
                              <a:gd name="T26" fmla="*/ 1354 w 89"/>
                              <a:gd name="T27" fmla="*/ 972 h 28"/>
                              <a:gd name="T28" fmla="*/ 1498 w 89"/>
                              <a:gd name="T29" fmla="*/ 1008 h 28"/>
                              <a:gd name="T30" fmla="*/ 1635 w 89"/>
                              <a:gd name="T31" fmla="*/ 1008 h 28"/>
                              <a:gd name="T32" fmla="*/ 1778 w 89"/>
                              <a:gd name="T33" fmla="*/ 1008 h 28"/>
                              <a:gd name="T34" fmla="*/ 1921 w 89"/>
                              <a:gd name="T35" fmla="*/ 972 h 28"/>
                              <a:gd name="T36" fmla="*/ 2064 w 89"/>
                              <a:gd name="T37" fmla="*/ 972 h 28"/>
                              <a:gd name="T38" fmla="*/ 2243 w 89"/>
                              <a:gd name="T39" fmla="*/ 936 h 28"/>
                              <a:gd name="T40" fmla="*/ 2351 w 89"/>
                              <a:gd name="T41" fmla="*/ 900 h 28"/>
                              <a:gd name="T42" fmla="*/ 2494 w 89"/>
                              <a:gd name="T43" fmla="*/ 864 h 28"/>
                              <a:gd name="T44" fmla="*/ 2637 w 89"/>
                              <a:gd name="T45" fmla="*/ 828 h 28"/>
                              <a:gd name="T46" fmla="*/ 2774 w 89"/>
                              <a:gd name="T47" fmla="*/ 756 h 28"/>
                              <a:gd name="T48" fmla="*/ 2918 w 89"/>
                              <a:gd name="T49" fmla="*/ 684 h 28"/>
                              <a:gd name="T50" fmla="*/ 3025 w 89"/>
                              <a:gd name="T51" fmla="*/ 612 h 28"/>
                              <a:gd name="T52" fmla="*/ 3168 w 89"/>
                              <a:gd name="T53" fmla="*/ 540 h 28"/>
                              <a:gd name="T54" fmla="*/ 3168 w 89"/>
                              <a:gd name="T55" fmla="*/ 36 h 2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9"/>
                              <a:gd name="T85" fmla="*/ 0 h 28"/>
                              <a:gd name="T86" fmla="*/ 89 w 89"/>
                              <a:gd name="T87" fmla="*/ 28 h 2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9" h="28">
                                <a:moveTo>
                                  <a:pt x="89" y="1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4" y="15"/>
                                </a:lnTo>
                                <a:lnTo>
                                  <a:pt x="7" y="17"/>
                                </a:lnTo>
                                <a:lnTo>
                                  <a:pt x="11" y="19"/>
                                </a:lnTo>
                                <a:lnTo>
                                  <a:pt x="14" y="21"/>
                                </a:lnTo>
                                <a:lnTo>
                                  <a:pt x="18" y="22"/>
                                </a:lnTo>
                                <a:lnTo>
                                  <a:pt x="22" y="24"/>
                                </a:lnTo>
                                <a:lnTo>
                                  <a:pt x="26" y="25"/>
                                </a:lnTo>
                                <a:lnTo>
                                  <a:pt x="30" y="26"/>
                                </a:lnTo>
                                <a:lnTo>
                                  <a:pt x="34" y="27"/>
                                </a:lnTo>
                                <a:lnTo>
                                  <a:pt x="38" y="27"/>
                                </a:lnTo>
                                <a:lnTo>
                                  <a:pt x="42" y="28"/>
                                </a:lnTo>
                                <a:lnTo>
                                  <a:pt x="46" y="28"/>
                                </a:lnTo>
                                <a:lnTo>
                                  <a:pt x="50" y="28"/>
                                </a:lnTo>
                                <a:lnTo>
                                  <a:pt x="54" y="27"/>
                                </a:lnTo>
                                <a:lnTo>
                                  <a:pt x="58" y="27"/>
                                </a:lnTo>
                                <a:lnTo>
                                  <a:pt x="63" y="26"/>
                                </a:lnTo>
                                <a:lnTo>
                                  <a:pt x="66" y="25"/>
                                </a:lnTo>
                                <a:lnTo>
                                  <a:pt x="70" y="24"/>
                                </a:lnTo>
                                <a:lnTo>
                                  <a:pt x="74" y="23"/>
                                </a:lnTo>
                                <a:lnTo>
                                  <a:pt x="78" y="21"/>
                                </a:lnTo>
                                <a:lnTo>
                                  <a:pt x="82" y="19"/>
                                </a:lnTo>
                                <a:lnTo>
                                  <a:pt x="85" y="17"/>
                                </a:lnTo>
                                <a:lnTo>
                                  <a:pt x="89" y="15"/>
                                </a:lnTo>
                                <a:lnTo>
                                  <a:pt x="8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22303681" name="Freeform 65">
                          <a:extLst>
                            <a:ext uri="{FF2B5EF4-FFF2-40B4-BE49-F238E27FC236}">
                              <a16:creationId xmlns:a16="http://schemas.microsoft.com/office/drawing/2014/main" id="{D736143E-E9A9-6C4A-B9CB-D5F05AC1840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6" y="1756"/>
                            <a:ext cx="531" cy="168"/>
                          </a:xfrm>
                          <a:custGeom>
                            <a:avLst/>
                            <a:gdLst>
                              <a:gd name="T0" fmla="*/ 3168 w 89"/>
                              <a:gd name="T1" fmla="*/ 36 h 28"/>
                              <a:gd name="T2" fmla="*/ 0 w 89"/>
                              <a:gd name="T3" fmla="*/ 0 h 28"/>
                              <a:gd name="T4" fmla="*/ 0 w 89"/>
                              <a:gd name="T5" fmla="*/ 432 h 28"/>
                              <a:gd name="T6" fmla="*/ 0 w 89"/>
                              <a:gd name="T7" fmla="*/ 432 h 28"/>
                              <a:gd name="T8" fmla="*/ 143 w 89"/>
                              <a:gd name="T9" fmla="*/ 540 h 28"/>
                              <a:gd name="T10" fmla="*/ 251 w 89"/>
                              <a:gd name="T11" fmla="*/ 612 h 28"/>
                              <a:gd name="T12" fmla="*/ 394 w 89"/>
                              <a:gd name="T13" fmla="*/ 684 h 28"/>
                              <a:gd name="T14" fmla="*/ 501 w 89"/>
                              <a:gd name="T15" fmla="*/ 756 h 28"/>
                              <a:gd name="T16" fmla="*/ 638 w 89"/>
                              <a:gd name="T17" fmla="*/ 792 h 28"/>
                              <a:gd name="T18" fmla="*/ 782 w 89"/>
                              <a:gd name="T19" fmla="*/ 864 h 28"/>
                              <a:gd name="T20" fmla="*/ 925 w 89"/>
                              <a:gd name="T21" fmla="*/ 900 h 28"/>
                              <a:gd name="T22" fmla="*/ 1068 w 89"/>
                              <a:gd name="T23" fmla="*/ 936 h 28"/>
                              <a:gd name="T24" fmla="*/ 1211 w 89"/>
                              <a:gd name="T25" fmla="*/ 972 h 28"/>
                              <a:gd name="T26" fmla="*/ 1354 w 89"/>
                              <a:gd name="T27" fmla="*/ 972 h 28"/>
                              <a:gd name="T28" fmla="*/ 1498 w 89"/>
                              <a:gd name="T29" fmla="*/ 1008 h 28"/>
                              <a:gd name="T30" fmla="*/ 1635 w 89"/>
                              <a:gd name="T31" fmla="*/ 1008 h 28"/>
                              <a:gd name="T32" fmla="*/ 1778 w 89"/>
                              <a:gd name="T33" fmla="*/ 1008 h 28"/>
                              <a:gd name="T34" fmla="*/ 1921 w 89"/>
                              <a:gd name="T35" fmla="*/ 972 h 28"/>
                              <a:gd name="T36" fmla="*/ 2064 w 89"/>
                              <a:gd name="T37" fmla="*/ 972 h 28"/>
                              <a:gd name="T38" fmla="*/ 2243 w 89"/>
                              <a:gd name="T39" fmla="*/ 936 h 28"/>
                              <a:gd name="T40" fmla="*/ 2351 w 89"/>
                              <a:gd name="T41" fmla="*/ 900 h 28"/>
                              <a:gd name="T42" fmla="*/ 2494 w 89"/>
                              <a:gd name="T43" fmla="*/ 864 h 28"/>
                              <a:gd name="T44" fmla="*/ 2637 w 89"/>
                              <a:gd name="T45" fmla="*/ 828 h 28"/>
                              <a:gd name="T46" fmla="*/ 2774 w 89"/>
                              <a:gd name="T47" fmla="*/ 756 h 28"/>
                              <a:gd name="T48" fmla="*/ 2918 w 89"/>
                              <a:gd name="T49" fmla="*/ 684 h 28"/>
                              <a:gd name="T50" fmla="*/ 3025 w 89"/>
                              <a:gd name="T51" fmla="*/ 612 h 28"/>
                              <a:gd name="T52" fmla="*/ 3168 w 89"/>
                              <a:gd name="T53" fmla="*/ 540 h 28"/>
                              <a:gd name="T54" fmla="*/ 3168 w 89"/>
                              <a:gd name="T55" fmla="*/ 36 h 2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9"/>
                              <a:gd name="T85" fmla="*/ 0 h 28"/>
                              <a:gd name="T86" fmla="*/ 89 w 89"/>
                              <a:gd name="T87" fmla="*/ 28 h 2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9" h="28">
                                <a:moveTo>
                                  <a:pt x="89" y="1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4" y="15"/>
                                </a:lnTo>
                                <a:lnTo>
                                  <a:pt x="7" y="17"/>
                                </a:lnTo>
                                <a:lnTo>
                                  <a:pt x="11" y="19"/>
                                </a:lnTo>
                                <a:lnTo>
                                  <a:pt x="14" y="21"/>
                                </a:lnTo>
                                <a:lnTo>
                                  <a:pt x="18" y="22"/>
                                </a:lnTo>
                                <a:lnTo>
                                  <a:pt x="22" y="24"/>
                                </a:lnTo>
                                <a:lnTo>
                                  <a:pt x="26" y="25"/>
                                </a:lnTo>
                                <a:lnTo>
                                  <a:pt x="30" y="26"/>
                                </a:lnTo>
                                <a:lnTo>
                                  <a:pt x="34" y="27"/>
                                </a:lnTo>
                                <a:lnTo>
                                  <a:pt x="38" y="27"/>
                                </a:lnTo>
                                <a:lnTo>
                                  <a:pt x="42" y="28"/>
                                </a:lnTo>
                                <a:lnTo>
                                  <a:pt x="46" y="28"/>
                                </a:lnTo>
                                <a:lnTo>
                                  <a:pt x="50" y="28"/>
                                </a:lnTo>
                                <a:lnTo>
                                  <a:pt x="54" y="27"/>
                                </a:lnTo>
                                <a:lnTo>
                                  <a:pt x="58" y="27"/>
                                </a:lnTo>
                                <a:lnTo>
                                  <a:pt x="63" y="26"/>
                                </a:lnTo>
                                <a:lnTo>
                                  <a:pt x="66" y="25"/>
                                </a:lnTo>
                                <a:lnTo>
                                  <a:pt x="70" y="24"/>
                                </a:lnTo>
                                <a:lnTo>
                                  <a:pt x="74" y="23"/>
                                </a:lnTo>
                                <a:lnTo>
                                  <a:pt x="78" y="21"/>
                                </a:lnTo>
                                <a:lnTo>
                                  <a:pt x="82" y="19"/>
                                </a:lnTo>
                                <a:lnTo>
                                  <a:pt x="85" y="17"/>
                                </a:lnTo>
                                <a:lnTo>
                                  <a:pt x="89" y="15"/>
                                </a:lnTo>
                                <a:lnTo>
                                  <a:pt x="89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8027157" name="Freeform 66">
                          <a:extLst>
                            <a:ext uri="{FF2B5EF4-FFF2-40B4-BE49-F238E27FC236}">
                              <a16:creationId xmlns:a16="http://schemas.microsoft.com/office/drawing/2014/main" id="{D2654653-AD5C-AC42-EDA3-FE0D8342B88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6" y="1840"/>
                            <a:ext cx="71" cy="48"/>
                          </a:xfrm>
                          <a:custGeom>
                            <a:avLst/>
                            <a:gdLst>
                              <a:gd name="T0" fmla="*/ 36 w 12"/>
                              <a:gd name="T1" fmla="*/ 288 h 8"/>
                              <a:gd name="T2" fmla="*/ 36 w 12"/>
                              <a:gd name="T3" fmla="*/ 216 h 8"/>
                              <a:gd name="T4" fmla="*/ 0 w 12"/>
                              <a:gd name="T5" fmla="*/ 180 h 8"/>
                              <a:gd name="T6" fmla="*/ 36 w 12"/>
                              <a:gd name="T7" fmla="*/ 72 h 8"/>
                              <a:gd name="T8" fmla="*/ 107 w 12"/>
                              <a:gd name="T9" fmla="*/ 36 h 8"/>
                              <a:gd name="T10" fmla="*/ 278 w 12"/>
                              <a:gd name="T11" fmla="*/ 0 h 8"/>
                              <a:gd name="T12" fmla="*/ 349 w 12"/>
                              <a:gd name="T13" fmla="*/ 36 h 8"/>
                              <a:gd name="T14" fmla="*/ 420 w 12"/>
                              <a:gd name="T15" fmla="*/ 108 h 8"/>
                              <a:gd name="T16" fmla="*/ 349 w 12"/>
                              <a:gd name="T17" fmla="*/ 216 h 8"/>
                              <a:gd name="T18" fmla="*/ 278 w 12"/>
                              <a:gd name="T19" fmla="*/ 252 h 8"/>
                              <a:gd name="T20" fmla="*/ 142 w 12"/>
                              <a:gd name="T21" fmla="*/ 288 h 8"/>
                              <a:gd name="T22" fmla="*/ 36 w 12"/>
                              <a:gd name="T23" fmla="*/ 288 h 8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12"/>
                              <a:gd name="T37" fmla="*/ 0 h 8"/>
                              <a:gd name="T38" fmla="*/ 12 w 12"/>
                              <a:gd name="T39" fmla="*/ 8 h 8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12" h="8">
                                <a:moveTo>
                                  <a:pt x="1" y="8"/>
                                </a:moveTo>
                                <a:lnTo>
                                  <a:pt x="1" y="6"/>
                                </a:lnTo>
                                <a:lnTo>
                                  <a:pt x="0" y="5"/>
                                </a:lnTo>
                                <a:lnTo>
                                  <a:pt x="1" y="2"/>
                                </a:lnTo>
                                <a:lnTo>
                                  <a:pt x="3" y="1"/>
                                </a:lnTo>
                                <a:lnTo>
                                  <a:pt x="8" y="0"/>
                                </a:lnTo>
                                <a:lnTo>
                                  <a:pt x="10" y="1"/>
                                </a:lnTo>
                                <a:lnTo>
                                  <a:pt x="12" y="3"/>
                                </a:lnTo>
                                <a:lnTo>
                                  <a:pt x="10" y="6"/>
                                </a:lnTo>
                                <a:lnTo>
                                  <a:pt x="8" y="7"/>
                                </a:lnTo>
                                <a:lnTo>
                                  <a:pt x="4" y="8"/>
                                </a:lnTo>
                                <a:lnTo>
                                  <a:pt x="1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20649192" name="Freeform 67">
                          <a:extLst>
                            <a:ext uri="{FF2B5EF4-FFF2-40B4-BE49-F238E27FC236}">
                              <a16:creationId xmlns:a16="http://schemas.microsoft.com/office/drawing/2014/main" id="{4D0D60EA-F3C6-BDC2-D52B-23D44BCA884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6" y="1840"/>
                            <a:ext cx="71" cy="48"/>
                          </a:xfrm>
                          <a:custGeom>
                            <a:avLst/>
                            <a:gdLst>
                              <a:gd name="T0" fmla="*/ 36 w 12"/>
                              <a:gd name="T1" fmla="*/ 288 h 8"/>
                              <a:gd name="T2" fmla="*/ 36 w 12"/>
                              <a:gd name="T3" fmla="*/ 216 h 8"/>
                              <a:gd name="T4" fmla="*/ 0 w 12"/>
                              <a:gd name="T5" fmla="*/ 180 h 8"/>
                              <a:gd name="T6" fmla="*/ 36 w 12"/>
                              <a:gd name="T7" fmla="*/ 72 h 8"/>
                              <a:gd name="T8" fmla="*/ 107 w 12"/>
                              <a:gd name="T9" fmla="*/ 36 h 8"/>
                              <a:gd name="T10" fmla="*/ 278 w 12"/>
                              <a:gd name="T11" fmla="*/ 0 h 8"/>
                              <a:gd name="T12" fmla="*/ 349 w 12"/>
                              <a:gd name="T13" fmla="*/ 36 h 8"/>
                              <a:gd name="T14" fmla="*/ 420 w 12"/>
                              <a:gd name="T15" fmla="*/ 108 h 8"/>
                              <a:gd name="T16" fmla="*/ 349 w 12"/>
                              <a:gd name="T17" fmla="*/ 216 h 8"/>
                              <a:gd name="T18" fmla="*/ 278 w 12"/>
                              <a:gd name="T19" fmla="*/ 252 h 8"/>
                              <a:gd name="T20" fmla="*/ 142 w 12"/>
                              <a:gd name="T21" fmla="*/ 288 h 8"/>
                              <a:gd name="T22" fmla="*/ 36 w 12"/>
                              <a:gd name="T23" fmla="*/ 288 h 8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12"/>
                              <a:gd name="T37" fmla="*/ 0 h 8"/>
                              <a:gd name="T38" fmla="*/ 12 w 12"/>
                              <a:gd name="T39" fmla="*/ 8 h 8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12" h="8">
                                <a:moveTo>
                                  <a:pt x="1" y="8"/>
                                </a:moveTo>
                                <a:lnTo>
                                  <a:pt x="1" y="6"/>
                                </a:lnTo>
                                <a:lnTo>
                                  <a:pt x="0" y="5"/>
                                </a:lnTo>
                                <a:lnTo>
                                  <a:pt x="1" y="2"/>
                                </a:lnTo>
                                <a:lnTo>
                                  <a:pt x="3" y="1"/>
                                </a:lnTo>
                                <a:lnTo>
                                  <a:pt x="8" y="0"/>
                                </a:lnTo>
                                <a:lnTo>
                                  <a:pt x="10" y="1"/>
                                </a:lnTo>
                                <a:lnTo>
                                  <a:pt x="12" y="3"/>
                                </a:lnTo>
                                <a:lnTo>
                                  <a:pt x="10" y="6"/>
                                </a:lnTo>
                                <a:lnTo>
                                  <a:pt x="8" y="7"/>
                                </a:lnTo>
                                <a:lnTo>
                                  <a:pt x="4" y="8"/>
                                </a:lnTo>
                                <a:lnTo>
                                  <a:pt x="1" y="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1876242" name="Line 68">
                          <a:extLst>
                            <a:ext uri="{FF2B5EF4-FFF2-40B4-BE49-F238E27FC236}">
                              <a16:creationId xmlns:a16="http://schemas.microsoft.com/office/drawing/2014/main" id="{1B92FAB9-4922-D279-5B97-AFBCD1AE0B77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>
                            <a:off x="455" y="1864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3189796" name="Freeform 69">
                          <a:extLst>
                            <a:ext uri="{FF2B5EF4-FFF2-40B4-BE49-F238E27FC236}">
                              <a16:creationId xmlns:a16="http://schemas.microsoft.com/office/drawing/2014/main" id="{A41120C2-33F6-F949-5D7F-775C42C4EF5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4" y="1499"/>
                            <a:ext cx="561" cy="233"/>
                          </a:xfrm>
                          <a:custGeom>
                            <a:avLst/>
                            <a:gdLst>
                              <a:gd name="T0" fmla="*/ 0 w 94"/>
                              <a:gd name="T1" fmla="*/ 179 h 39"/>
                              <a:gd name="T2" fmla="*/ 2351 w 94"/>
                              <a:gd name="T3" fmla="*/ 1392 h 39"/>
                              <a:gd name="T4" fmla="*/ 3312 w 94"/>
                              <a:gd name="T5" fmla="*/ 998 h 39"/>
                              <a:gd name="T6" fmla="*/ 3348 w 94"/>
                              <a:gd name="T7" fmla="*/ 890 h 39"/>
                              <a:gd name="T8" fmla="*/ 567 w 94"/>
                              <a:gd name="T9" fmla="*/ 0 h 39"/>
                              <a:gd name="T10" fmla="*/ 0 w 94"/>
                              <a:gd name="T11" fmla="*/ 72 h 39"/>
                              <a:gd name="T12" fmla="*/ 0 w 94"/>
                              <a:gd name="T13" fmla="*/ 179 h 3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94"/>
                              <a:gd name="T22" fmla="*/ 0 h 39"/>
                              <a:gd name="T23" fmla="*/ 94 w 94"/>
                              <a:gd name="T24" fmla="*/ 39 h 3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94" h="39">
                                <a:moveTo>
                                  <a:pt x="0" y="5"/>
                                </a:moveTo>
                                <a:lnTo>
                                  <a:pt x="66" y="39"/>
                                </a:lnTo>
                                <a:lnTo>
                                  <a:pt x="93" y="28"/>
                                </a:lnTo>
                                <a:lnTo>
                                  <a:pt x="94" y="25"/>
                                </a:ln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614841" name="Freeform 70">
                          <a:extLst>
                            <a:ext uri="{FF2B5EF4-FFF2-40B4-BE49-F238E27FC236}">
                              <a16:creationId xmlns:a16="http://schemas.microsoft.com/office/drawing/2014/main" id="{15C7866F-DEB2-5BD5-11C5-51649A4ED41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4" y="1499"/>
                            <a:ext cx="561" cy="233"/>
                          </a:xfrm>
                          <a:custGeom>
                            <a:avLst/>
                            <a:gdLst>
                              <a:gd name="T0" fmla="*/ 0 w 94"/>
                              <a:gd name="T1" fmla="*/ 179 h 39"/>
                              <a:gd name="T2" fmla="*/ 2351 w 94"/>
                              <a:gd name="T3" fmla="*/ 1392 h 39"/>
                              <a:gd name="T4" fmla="*/ 3312 w 94"/>
                              <a:gd name="T5" fmla="*/ 998 h 39"/>
                              <a:gd name="T6" fmla="*/ 3348 w 94"/>
                              <a:gd name="T7" fmla="*/ 890 h 39"/>
                              <a:gd name="T8" fmla="*/ 567 w 94"/>
                              <a:gd name="T9" fmla="*/ 0 h 39"/>
                              <a:gd name="T10" fmla="*/ 0 w 94"/>
                              <a:gd name="T11" fmla="*/ 72 h 39"/>
                              <a:gd name="T12" fmla="*/ 0 w 94"/>
                              <a:gd name="T13" fmla="*/ 179 h 3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94"/>
                              <a:gd name="T22" fmla="*/ 0 h 39"/>
                              <a:gd name="T23" fmla="*/ 94 w 94"/>
                              <a:gd name="T24" fmla="*/ 39 h 3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94" h="39">
                                <a:moveTo>
                                  <a:pt x="0" y="5"/>
                                </a:moveTo>
                                <a:lnTo>
                                  <a:pt x="66" y="39"/>
                                </a:lnTo>
                                <a:lnTo>
                                  <a:pt x="93" y="28"/>
                                </a:lnTo>
                                <a:lnTo>
                                  <a:pt x="94" y="25"/>
                                </a:ln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051629" name="Freeform 71">
                          <a:extLst>
                            <a:ext uri="{FF2B5EF4-FFF2-40B4-BE49-F238E27FC236}">
                              <a16:creationId xmlns:a16="http://schemas.microsoft.com/office/drawing/2014/main" id="{3830AE16-44FB-A3C7-0FE8-1A9AB671BF1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4" y="1452"/>
                            <a:ext cx="561" cy="257"/>
                          </a:xfrm>
                          <a:custGeom>
                            <a:avLst/>
                            <a:gdLst>
                              <a:gd name="T0" fmla="*/ 3348 w 94"/>
                              <a:gd name="T1" fmla="*/ 1177 h 43"/>
                              <a:gd name="T2" fmla="*/ 889 w 94"/>
                              <a:gd name="T3" fmla="*/ 0 h 43"/>
                              <a:gd name="T4" fmla="*/ 0 w 94"/>
                              <a:gd name="T5" fmla="*/ 359 h 43"/>
                              <a:gd name="T6" fmla="*/ 2351 w 94"/>
                              <a:gd name="T7" fmla="*/ 1536 h 43"/>
                              <a:gd name="T8" fmla="*/ 3348 w 94"/>
                              <a:gd name="T9" fmla="*/ 1177 h 4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4"/>
                              <a:gd name="T16" fmla="*/ 0 h 43"/>
                              <a:gd name="T17" fmla="*/ 94 w 94"/>
                              <a:gd name="T18" fmla="*/ 43 h 43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4" h="43">
                                <a:moveTo>
                                  <a:pt x="94" y="33"/>
                                </a:moveTo>
                                <a:lnTo>
                                  <a:pt x="25" y="0"/>
                                </a:lnTo>
                                <a:lnTo>
                                  <a:pt x="0" y="10"/>
                                </a:lnTo>
                                <a:lnTo>
                                  <a:pt x="66" y="43"/>
                                </a:lnTo>
                                <a:lnTo>
                                  <a:pt x="9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61176590" name="Freeform 72">
                          <a:extLst>
                            <a:ext uri="{FF2B5EF4-FFF2-40B4-BE49-F238E27FC236}">
                              <a16:creationId xmlns:a16="http://schemas.microsoft.com/office/drawing/2014/main" id="{16F5A015-61F0-F689-99FA-62A93E6D0CE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4" y="1452"/>
                            <a:ext cx="561" cy="257"/>
                          </a:xfrm>
                          <a:custGeom>
                            <a:avLst/>
                            <a:gdLst>
                              <a:gd name="T0" fmla="*/ 3348 w 94"/>
                              <a:gd name="T1" fmla="*/ 1177 h 43"/>
                              <a:gd name="T2" fmla="*/ 889 w 94"/>
                              <a:gd name="T3" fmla="*/ 0 h 43"/>
                              <a:gd name="T4" fmla="*/ 0 w 94"/>
                              <a:gd name="T5" fmla="*/ 359 h 43"/>
                              <a:gd name="T6" fmla="*/ 2351 w 94"/>
                              <a:gd name="T7" fmla="*/ 1536 h 43"/>
                              <a:gd name="T8" fmla="*/ 3348 w 94"/>
                              <a:gd name="T9" fmla="*/ 1177 h 4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4"/>
                              <a:gd name="T16" fmla="*/ 0 h 43"/>
                              <a:gd name="T17" fmla="*/ 94 w 94"/>
                              <a:gd name="T18" fmla="*/ 43 h 43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4" h="43">
                                <a:moveTo>
                                  <a:pt x="94" y="33"/>
                                </a:moveTo>
                                <a:lnTo>
                                  <a:pt x="25" y="0"/>
                                </a:lnTo>
                                <a:lnTo>
                                  <a:pt x="0" y="10"/>
                                </a:lnTo>
                                <a:lnTo>
                                  <a:pt x="66" y="43"/>
                                </a:lnTo>
                                <a:lnTo>
                                  <a:pt x="94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2592709" name="Freeform 73">
                          <a:extLst>
                            <a:ext uri="{FF2B5EF4-FFF2-40B4-BE49-F238E27FC236}">
                              <a16:creationId xmlns:a16="http://schemas.microsoft.com/office/drawing/2014/main" id="{8C971362-1CAF-0403-6649-F812DF42A61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59" y="1529"/>
                            <a:ext cx="215" cy="96"/>
                          </a:xfrm>
                          <a:custGeom>
                            <a:avLst/>
                            <a:gdLst>
                              <a:gd name="T0" fmla="*/ 0 w 36"/>
                              <a:gd name="T1" fmla="*/ 288 h 16"/>
                              <a:gd name="T2" fmla="*/ 645 w 36"/>
                              <a:gd name="T3" fmla="*/ 0 h 16"/>
                              <a:gd name="T4" fmla="*/ 1284 w 36"/>
                              <a:gd name="T5" fmla="*/ 324 h 16"/>
                              <a:gd name="T6" fmla="*/ 645 w 36"/>
                              <a:gd name="T7" fmla="*/ 576 h 16"/>
                              <a:gd name="T8" fmla="*/ 0 w 36"/>
                              <a:gd name="T9" fmla="*/ 288 h 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6"/>
                              <a:gd name="T16" fmla="*/ 0 h 16"/>
                              <a:gd name="T17" fmla="*/ 36 w 36"/>
                              <a:gd name="T18" fmla="*/ 16 h 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6" h="16">
                                <a:moveTo>
                                  <a:pt x="0" y="8"/>
                                </a:moveTo>
                                <a:lnTo>
                                  <a:pt x="18" y="0"/>
                                </a:lnTo>
                                <a:lnTo>
                                  <a:pt x="36" y="9"/>
                                </a:lnTo>
                                <a:lnTo>
                                  <a:pt x="18" y="16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35982896" name="Freeform 74">
                          <a:extLst>
                            <a:ext uri="{FF2B5EF4-FFF2-40B4-BE49-F238E27FC236}">
                              <a16:creationId xmlns:a16="http://schemas.microsoft.com/office/drawing/2014/main" id="{D6A89E9E-25DE-4EB1-FF26-C5815CDEA9B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59" y="1529"/>
                            <a:ext cx="215" cy="96"/>
                          </a:xfrm>
                          <a:custGeom>
                            <a:avLst/>
                            <a:gdLst>
                              <a:gd name="T0" fmla="*/ 0 w 36"/>
                              <a:gd name="T1" fmla="*/ 288 h 16"/>
                              <a:gd name="T2" fmla="*/ 645 w 36"/>
                              <a:gd name="T3" fmla="*/ 0 h 16"/>
                              <a:gd name="T4" fmla="*/ 1284 w 36"/>
                              <a:gd name="T5" fmla="*/ 324 h 16"/>
                              <a:gd name="T6" fmla="*/ 645 w 36"/>
                              <a:gd name="T7" fmla="*/ 576 h 16"/>
                              <a:gd name="T8" fmla="*/ 0 w 36"/>
                              <a:gd name="T9" fmla="*/ 288 h 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6"/>
                              <a:gd name="T16" fmla="*/ 0 h 16"/>
                              <a:gd name="T17" fmla="*/ 36 w 36"/>
                              <a:gd name="T18" fmla="*/ 16 h 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6" h="16">
                                <a:moveTo>
                                  <a:pt x="0" y="8"/>
                                </a:moveTo>
                                <a:lnTo>
                                  <a:pt x="18" y="0"/>
                                </a:lnTo>
                                <a:lnTo>
                                  <a:pt x="36" y="9"/>
                                </a:lnTo>
                                <a:lnTo>
                                  <a:pt x="18" y="16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614777" name="Freeform 75">
                          <a:extLst>
                            <a:ext uri="{FF2B5EF4-FFF2-40B4-BE49-F238E27FC236}">
                              <a16:creationId xmlns:a16="http://schemas.microsoft.com/office/drawing/2014/main" id="{A8D889AA-B552-F856-8EAE-DDED8F10F68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25" y="1553"/>
                            <a:ext cx="89" cy="42"/>
                          </a:xfrm>
                          <a:custGeom>
                            <a:avLst/>
                            <a:gdLst>
                              <a:gd name="T0" fmla="*/ 528 w 15"/>
                              <a:gd name="T1" fmla="*/ 108 h 7"/>
                              <a:gd name="T2" fmla="*/ 528 w 15"/>
                              <a:gd name="T3" fmla="*/ 108 h 7"/>
                              <a:gd name="T4" fmla="*/ 492 w 15"/>
                              <a:gd name="T5" fmla="*/ 72 h 7"/>
                              <a:gd name="T6" fmla="*/ 492 w 15"/>
                              <a:gd name="T7" fmla="*/ 72 h 7"/>
                              <a:gd name="T8" fmla="*/ 457 w 15"/>
                              <a:gd name="T9" fmla="*/ 36 h 7"/>
                              <a:gd name="T10" fmla="*/ 421 w 15"/>
                              <a:gd name="T11" fmla="*/ 36 h 7"/>
                              <a:gd name="T12" fmla="*/ 386 w 15"/>
                              <a:gd name="T13" fmla="*/ 36 h 7"/>
                              <a:gd name="T14" fmla="*/ 350 w 15"/>
                              <a:gd name="T15" fmla="*/ 0 h 7"/>
                              <a:gd name="T16" fmla="*/ 314 w 15"/>
                              <a:gd name="T17" fmla="*/ 0 h 7"/>
                              <a:gd name="T18" fmla="*/ 249 w 15"/>
                              <a:gd name="T19" fmla="*/ 0 h 7"/>
                              <a:gd name="T20" fmla="*/ 214 w 15"/>
                              <a:gd name="T21" fmla="*/ 0 h 7"/>
                              <a:gd name="T22" fmla="*/ 178 w 15"/>
                              <a:gd name="T23" fmla="*/ 0 h 7"/>
                              <a:gd name="T24" fmla="*/ 142 w 15"/>
                              <a:gd name="T25" fmla="*/ 0 h 7"/>
                              <a:gd name="T26" fmla="*/ 71 w 15"/>
                              <a:gd name="T27" fmla="*/ 36 h 7"/>
                              <a:gd name="T28" fmla="*/ 71 w 15"/>
                              <a:gd name="T29" fmla="*/ 36 h 7"/>
                              <a:gd name="T30" fmla="*/ 36 w 15"/>
                              <a:gd name="T31" fmla="*/ 72 h 7"/>
                              <a:gd name="T32" fmla="*/ 0 w 15"/>
                              <a:gd name="T33" fmla="*/ 72 h 7"/>
                              <a:gd name="T34" fmla="*/ 0 w 15"/>
                              <a:gd name="T35" fmla="*/ 108 h 7"/>
                              <a:gd name="T36" fmla="*/ 0 w 15"/>
                              <a:gd name="T37" fmla="*/ 108 h 7"/>
                              <a:gd name="T38" fmla="*/ 0 w 15"/>
                              <a:gd name="T39" fmla="*/ 144 h 7"/>
                              <a:gd name="T40" fmla="*/ 0 w 15"/>
                              <a:gd name="T41" fmla="*/ 144 h 7"/>
                              <a:gd name="T42" fmla="*/ 0 w 15"/>
                              <a:gd name="T43" fmla="*/ 180 h 7"/>
                              <a:gd name="T44" fmla="*/ 36 w 15"/>
                              <a:gd name="T45" fmla="*/ 180 h 7"/>
                              <a:gd name="T46" fmla="*/ 71 w 15"/>
                              <a:gd name="T47" fmla="*/ 216 h 7"/>
                              <a:gd name="T48" fmla="*/ 107 w 15"/>
                              <a:gd name="T49" fmla="*/ 216 h 7"/>
                              <a:gd name="T50" fmla="*/ 142 w 15"/>
                              <a:gd name="T51" fmla="*/ 252 h 7"/>
                              <a:gd name="T52" fmla="*/ 178 w 15"/>
                              <a:gd name="T53" fmla="*/ 252 h 7"/>
                              <a:gd name="T54" fmla="*/ 214 w 15"/>
                              <a:gd name="T55" fmla="*/ 252 h 7"/>
                              <a:gd name="T56" fmla="*/ 249 w 15"/>
                              <a:gd name="T57" fmla="*/ 252 h 7"/>
                              <a:gd name="T58" fmla="*/ 314 w 15"/>
                              <a:gd name="T59" fmla="*/ 252 h 7"/>
                              <a:gd name="T60" fmla="*/ 350 w 15"/>
                              <a:gd name="T61" fmla="*/ 252 h 7"/>
                              <a:gd name="T62" fmla="*/ 386 w 15"/>
                              <a:gd name="T63" fmla="*/ 216 h 7"/>
                              <a:gd name="T64" fmla="*/ 421 w 15"/>
                              <a:gd name="T65" fmla="*/ 216 h 7"/>
                              <a:gd name="T66" fmla="*/ 457 w 15"/>
                              <a:gd name="T67" fmla="*/ 216 h 7"/>
                              <a:gd name="T68" fmla="*/ 492 w 15"/>
                              <a:gd name="T69" fmla="*/ 180 h 7"/>
                              <a:gd name="T70" fmla="*/ 492 w 15"/>
                              <a:gd name="T71" fmla="*/ 180 h 7"/>
                              <a:gd name="T72" fmla="*/ 528 w 15"/>
                              <a:gd name="T73" fmla="*/ 144 h 7"/>
                              <a:gd name="T74" fmla="*/ 528 w 15"/>
                              <a:gd name="T75" fmla="*/ 108 h 7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w 15"/>
                              <a:gd name="T115" fmla="*/ 0 h 7"/>
                              <a:gd name="T116" fmla="*/ 15 w 15"/>
                              <a:gd name="T117" fmla="*/ 7 h 7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T114" t="T115" r="T116" b="T117"/>
                            <a:pathLst>
                              <a:path w="15" h="7">
                                <a:moveTo>
                                  <a:pt x="15" y="3"/>
                                </a:moveTo>
                                <a:lnTo>
                                  <a:pt x="15" y="3"/>
                                </a:lnTo>
                                <a:lnTo>
                                  <a:pt x="14" y="2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1" y="1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1" y="5"/>
                                </a:lnTo>
                                <a:lnTo>
                                  <a:pt x="2" y="6"/>
                                </a:lnTo>
                                <a:lnTo>
                                  <a:pt x="3" y="6"/>
                                </a:lnTo>
                                <a:lnTo>
                                  <a:pt x="4" y="7"/>
                                </a:lnTo>
                                <a:lnTo>
                                  <a:pt x="5" y="7"/>
                                </a:lnTo>
                                <a:lnTo>
                                  <a:pt x="6" y="7"/>
                                </a:lnTo>
                                <a:lnTo>
                                  <a:pt x="7" y="7"/>
                                </a:lnTo>
                                <a:lnTo>
                                  <a:pt x="9" y="7"/>
                                </a:lnTo>
                                <a:lnTo>
                                  <a:pt x="10" y="7"/>
                                </a:lnTo>
                                <a:lnTo>
                                  <a:pt x="11" y="6"/>
                                </a:lnTo>
                                <a:lnTo>
                                  <a:pt x="12" y="6"/>
                                </a:lnTo>
                                <a:lnTo>
                                  <a:pt x="13" y="6"/>
                                </a:lnTo>
                                <a:lnTo>
                                  <a:pt x="14" y="5"/>
                                </a:lnTo>
                                <a:lnTo>
                                  <a:pt x="15" y="4"/>
                                </a:lnTo>
                                <a:lnTo>
                                  <a:pt x="1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62678877" name="Freeform 76">
                          <a:extLst>
                            <a:ext uri="{FF2B5EF4-FFF2-40B4-BE49-F238E27FC236}">
                              <a16:creationId xmlns:a16="http://schemas.microsoft.com/office/drawing/2014/main" id="{7DED720F-5C42-A793-D274-F3946D08729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25" y="1553"/>
                            <a:ext cx="89" cy="42"/>
                          </a:xfrm>
                          <a:custGeom>
                            <a:avLst/>
                            <a:gdLst>
                              <a:gd name="T0" fmla="*/ 528 w 15"/>
                              <a:gd name="T1" fmla="*/ 108 h 7"/>
                              <a:gd name="T2" fmla="*/ 528 w 15"/>
                              <a:gd name="T3" fmla="*/ 108 h 7"/>
                              <a:gd name="T4" fmla="*/ 492 w 15"/>
                              <a:gd name="T5" fmla="*/ 72 h 7"/>
                              <a:gd name="T6" fmla="*/ 492 w 15"/>
                              <a:gd name="T7" fmla="*/ 72 h 7"/>
                              <a:gd name="T8" fmla="*/ 457 w 15"/>
                              <a:gd name="T9" fmla="*/ 36 h 7"/>
                              <a:gd name="T10" fmla="*/ 421 w 15"/>
                              <a:gd name="T11" fmla="*/ 36 h 7"/>
                              <a:gd name="T12" fmla="*/ 386 w 15"/>
                              <a:gd name="T13" fmla="*/ 36 h 7"/>
                              <a:gd name="T14" fmla="*/ 350 w 15"/>
                              <a:gd name="T15" fmla="*/ 0 h 7"/>
                              <a:gd name="T16" fmla="*/ 314 w 15"/>
                              <a:gd name="T17" fmla="*/ 0 h 7"/>
                              <a:gd name="T18" fmla="*/ 249 w 15"/>
                              <a:gd name="T19" fmla="*/ 0 h 7"/>
                              <a:gd name="T20" fmla="*/ 214 w 15"/>
                              <a:gd name="T21" fmla="*/ 0 h 7"/>
                              <a:gd name="T22" fmla="*/ 178 w 15"/>
                              <a:gd name="T23" fmla="*/ 0 h 7"/>
                              <a:gd name="T24" fmla="*/ 142 w 15"/>
                              <a:gd name="T25" fmla="*/ 0 h 7"/>
                              <a:gd name="T26" fmla="*/ 71 w 15"/>
                              <a:gd name="T27" fmla="*/ 36 h 7"/>
                              <a:gd name="T28" fmla="*/ 71 w 15"/>
                              <a:gd name="T29" fmla="*/ 36 h 7"/>
                              <a:gd name="T30" fmla="*/ 36 w 15"/>
                              <a:gd name="T31" fmla="*/ 72 h 7"/>
                              <a:gd name="T32" fmla="*/ 0 w 15"/>
                              <a:gd name="T33" fmla="*/ 72 h 7"/>
                              <a:gd name="T34" fmla="*/ 0 w 15"/>
                              <a:gd name="T35" fmla="*/ 108 h 7"/>
                              <a:gd name="T36" fmla="*/ 0 w 15"/>
                              <a:gd name="T37" fmla="*/ 108 h 7"/>
                              <a:gd name="T38" fmla="*/ 0 w 15"/>
                              <a:gd name="T39" fmla="*/ 144 h 7"/>
                              <a:gd name="T40" fmla="*/ 0 w 15"/>
                              <a:gd name="T41" fmla="*/ 144 h 7"/>
                              <a:gd name="T42" fmla="*/ 0 w 15"/>
                              <a:gd name="T43" fmla="*/ 180 h 7"/>
                              <a:gd name="T44" fmla="*/ 36 w 15"/>
                              <a:gd name="T45" fmla="*/ 180 h 7"/>
                              <a:gd name="T46" fmla="*/ 71 w 15"/>
                              <a:gd name="T47" fmla="*/ 216 h 7"/>
                              <a:gd name="T48" fmla="*/ 107 w 15"/>
                              <a:gd name="T49" fmla="*/ 216 h 7"/>
                              <a:gd name="T50" fmla="*/ 142 w 15"/>
                              <a:gd name="T51" fmla="*/ 252 h 7"/>
                              <a:gd name="T52" fmla="*/ 178 w 15"/>
                              <a:gd name="T53" fmla="*/ 252 h 7"/>
                              <a:gd name="T54" fmla="*/ 214 w 15"/>
                              <a:gd name="T55" fmla="*/ 252 h 7"/>
                              <a:gd name="T56" fmla="*/ 249 w 15"/>
                              <a:gd name="T57" fmla="*/ 252 h 7"/>
                              <a:gd name="T58" fmla="*/ 314 w 15"/>
                              <a:gd name="T59" fmla="*/ 252 h 7"/>
                              <a:gd name="T60" fmla="*/ 350 w 15"/>
                              <a:gd name="T61" fmla="*/ 252 h 7"/>
                              <a:gd name="T62" fmla="*/ 386 w 15"/>
                              <a:gd name="T63" fmla="*/ 216 h 7"/>
                              <a:gd name="T64" fmla="*/ 421 w 15"/>
                              <a:gd name="T65" fmla="*/ 216 h 7"/>
                              <a:gd name="T66" fmla="*/ 457 w 15"/>
                              <a:gd name="T67" fmla="*/ 216 h 7"/>
                              <a:gd name="T68" fmla="*/ 492 w 15"/>
                              <a:gd name="T69" fmla="*/ 180 h 7"/>
                              <a:gd name="T70" fmla="*/ 492 w 15"/>
                              <a:gd name="T71" fmla="*/ 180 h 7"/>
                              <a:gd name="T72" fmla="*/ 528 w 15"/>
                              <a:gd name="T73" fmla="*/ 144 h 7"/>
                              <a:gd name="T74" fmla="*/ 528 w 15"/>
                              <a:gd name="T75" fmla="*/ 108 h 7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w 15"/>
                              <a:gd name="T115" fmla="*/ 0 h 7"/>
                              <a:gd name="T116" fmla="*/ 15 w 15"/>
                              <a:gd name="T117" fmla="*/ 7 h 7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T114" t="T115" r="T116" b="T117"/>
                            <a:pathLst>
                              <a:path w="15" h="7">
                                <a:moveTo>
                                  <a:pt x="15" y="3"/>
                                </a:moveTo>
                                <a:lnTo>
                                  <a:pt x="15" y="3"/>
                                </a:lnTo>
                                <a:lnTo>
                                  <a:pt x="14" y="2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1" y="1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1" y="5"/>
                                </a:lnTo>
                                <a:lnTo>
                                  <a:pt x="2" y="6"/>
                                </a:lnTo>
                                <a:lnTo>
                                  <a:pt x="3" y="6"/>
                                </a:lnTo>
                                <a:lnTo>
                                  <a:pt x="4" y="7"/>
                                </a:lnTo>
                                <a:lnTo>
                                  <a:pt x="5" y="7"/>
                                </a:lnTo>
                                <a:lnTo>
                                  <a:pt x="6" y="7"/>
                                </a:lnTo>
                                <a:lnTo>
                                  <a:pt x="7" y="7"/>
                                </a:lnTo>
                                <a:lnTo>
                                  <a:pt x="9" y="7"/>
                                </a:lnTo>
                                <a:lnTo>
                                  <a:pt x="10" y="7"/>
                                </a:lnTo>
                                <a:lnTo>
                                  <a:pt x="11" y="6"/>
                                </a:lnTo>
                                <a:lnTo>
                                  <a:pt x="12" y="6"/>
                                </a:lnTo>
                                <a:lnTo>
                                  <a:pt x="13" y="6"/>
                                </a:lnTo>
                                <a:lnTo>
                                  <a:pt x="14" y="5"/>
                                </a:lnTo>
                                <a:lnTo>
                                  <a:pt x="15" y="4"/>
                                </a:lnTo>
                                <a:lnTo>
                                  <a:pt x="15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711049" name="Freeform 77">
                          <a:extLst>
                            <a:ext uri="{FF2B5EF4-FFF2-40B4-BE49-F238E27FC236}">
                              <a16:creationId xmlns:a16="http://schemas.microsoft.com/office/drawing/2014/main" id="{24C4C6BF-1ACB-CFA9-C193-166DF4891AE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15" y="1493"/>
                            <a:ext cx="65" cy="66"/>
                          </a:xfrm>
                          <a:custGeom>
                            <a:avLst/>
                            <a:gdLst>
                              <a:gd name="T0" fmla="*/ 0 w 11"/>
                              <a:gd name="T1" fmla="*/ 144 h 11"/>
                              <a:gd name="T2" fmla="*/ 0 w 11"/>
                              <a:gd name="T3" fmla="*/ 360 h 11"/>
                              <a:gd name="T4" fmla="*/ 106 w 11"/>
                              <a:gd name="T5" fmla="*/ 396 h 11"/>
                              <a:gd name="T6" fmla="*/ 278 w 11"/>
                              <a:gd name="T7" fmla="*/ 396 h 11"/>
                              <a:gd name="T8" fmla="*/ 384 w 11"/>
                              <a:gd name="T9" fmla="*/ 324 h 11"/>
                              <a:gd name="T10" fmla="*/ 384 w 11"/>
                              <a:gd name="T11" fmla="*/ 0 h 11"/>
                              <a:gd name="T12" fmla="*/ 0 w 11"/>
                              <a:gd name="T13" fmla="*/ 144 h 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11"/>
                              <a:gd name="T22" fmla="*/ 0 h 11"/>
                              <a:gd name="T23" fmla="*/ 11 w 11"/>
                              <a:gd name="T24" fmla="*/ 11 h 11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11" h="11">
                                <a:moveTo>
                                  <a:pt x="0" y="4"/>
                                </a:moveTo>
                                <a:lnTo>
                                  <a:pt x="0" y="10"/>
                                </a:lnTo>
                                <a:lnTo>
                                  <a:pt x="3" y="11"/>
                                </a:lnTo>
                                <a:lnTo>
                                  <a:pt x="8" y="11"/>
                                </a:lnTo>
                                <a:lnTo>
                                  <a:pt x="11" y="9"/>
                                </a:lnTo>
                                <a:lnTo>
                                  <a:pt x="11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66356345" name="Freeform 78">
                          <a:extLst>
                            <a:ext uri="{FF2B5EF4-FFF2-40B4-BE49-F238E27FC236}">
                              <a16:creationId xmlns:a16="http://schemas.microsoft.com/office/drawing/2014/main" id="{FDCBD2D6-D418-4780-CE94-6AF09D5336C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15" y="1493"/>
                            <a:ext cx="65" cy="66"/>
                          </a:xfrm>
                          <a:custGeom>
                            <a:avLst/>
                            <a:gdLst>
                              <a:gd name="T0" fmla="*/ 0 w 11"/>
                              <a:gd name="T1" fmla="*/ 144 h 11"/>
                              <a:gd name="T2" fmla="*/ 0 w 11"/>
                              <a:gd name="T3" fmla="*/ 360 h 11"/>
                              <a:gd name="T4" fmla="*/ 106 w 11"/>
                              <a:gd name="T5" fmla="*/ 396 h 11"/>
                              <a:gd name="T6" fmla="*/ 278 w 11"/>
                              <a:gd name="T7" fmla="*/ 396 h 11"/>
                              <a:gd name="T8" fmla="*/ 384 w 11"/>
                              <a:gd name="T9" fmla="*/ 324 h 11"/>
                              <a:gd name="T10" fmla="*/ 384 w 11"/>
                              <a:gd name="T11" fmla="*/ 0 h 11"/>
                              <a:gd name="T12" fmla="*/ 0 w 11"/>
                              <a:gd name="T13" fmla="*/ 144 h 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11"/>
                              <a:gd name="T22" fmla="*/ 0 h 11"/>
                              <a:gd name="T23" fmla="*/ 11 w 11"/>
                              <a:gd name="T24" fmla="*/ 11 h 11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11" h="11">
                                <a:moveTo>
                                  <a:pt x="0" y="4"/>
                                </a:moveTo>
                                <a:lnTo>
                                  <a:pt x="0" y="10"/>
                                </a:lnTo>
                                <a:lnTo>
                                  <a:pt x="3" y="11"/>
                                </a:lnTo>
                                <a:lnTo>
                                  <a:pt x="8" y="11"/>
                                </a:lnTo>
                                <a:lnTo>
                                  <a:pt x="11" y="9"/>
                                </a:lnTo>
                                <a:lnTo>
                                  <a:pt x="11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830173" name="Freeform 79">
                          <a:extLst>
                            <a:ext uri="{FF2B5EF4-FFF2-40B4-BE49-F238E27FC236}">
                              <a16:creationId xmlns:a16="http://schemas.microsoft.com/office/drawing/2014/main" id="{2B8EEE3F-8601-83D8-A526-263FFCCC5B2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0" y="1464"/>
                            <a:ext cx="430" cy="203"/>
                          </a:xfrm>
                          <a:custGeom>
                            <a:avLst/>
                            <a:gdLst>
                              <a:gd name="T0" fmla="*/ 0 w 72"/>
                              <a:gd name="T1" fmla="*/ 1105 h 34"/>
                              <a:gd name="T2" fmla="*/ 179 w 72"/>
                              <a:gd name="T3" fmla="*/ 1212 h 34"/>
                              <a:gd name="T4" fmla="*/ 538 w 72"/>
                              <a:gd name="T5" fmla="*/ 1212 h 34"/>
                              <a:gd name="T6" fmla="*/ 2031 w 72"/>
                              <a:gd name="T7" fmla="*/ 466 h 34"/>
                              <a:gd name="T8" fmla="*/ 2568 w 72"/>
                              <a:gd name="T9" fmla="*/ 215 h 34"/>
                              <a:gd name="T10" fmla="*/ 2568 w 72"/>
                              <a:gd name="T11" fmla="*/ 179 h 34"/>
                              <a:gd name="T12" fmla="*/ 2174 w 72"/>
                              <a:gd name="T13" fmla="*/ 0 h 34"/>
                              <a:gd name="T14" fmla="*/ 1642 w 72"/>
                              <a:gd name="T15" fmla="*/ 251 h 34"/>
                              <a:gd name="T16" fmla="*/ 143 w 72"/>
                              <a:gd name="T17" fmla="*/ 1033 h 34"/>
                              <a:gd name="T18" fmla="*/ 72 w 72"/>
                              <a:gd name="T19" fmla="*/ 1033 h 34"/>
                              <a:gd name="T20" fmla="*/ 0 w 72"/>
                              <a:gd name="T21" fmla="*/ 1105 h 34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72"/>
                              <a:gd name="T34" fmla="*/ 0 h 34"/>
                              <a:gd name="T35" fmla="*/ 72 w 72"/>
                              <a:gd name="T36" fmla="*/ 34 h 34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72" h="34">
                                <a:moveTo>
                                  <a:pt x="0" y="31"/>
                                </a:moveTo>
                                <a:lnTo>
                                  <a:pt x="5" y="34"/>
                                </a:lnTo>
                                <a:lnTo>
                                  <a:pt x="15" y="34"/>
                                </a:lnTo>
                                <a:lnTo>
                                  <a:pt x="57" y="13"/>
                                </a:lnTo>
                                <a:lnTo>
                                  <a:pt x="72" y="6"/>
                                </a:lnTo>
                                <a:lnTo>
                                  <a:pt x="72" y="5"/>
                                </a:lnTo>
                                <a:lnTo>
                                  <a:pt x="61" y="0"/>
                                </a:lnTo>
                                <a:lnTo>
                                  <a:pt x="46" y="7"/>
                                </a:lnTo>
                                <a:lnTo>
                                  <a:pt x="4" y="29"/>
                                </a:lnTo>
                                <a:lnTo>
                                  <a:pt x="2" y="29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8252548" name="Freeform 80">
                          <a:extLst>
                            <a:ext uri="{FF2B5EF4-FFF2-40B4-BE49-F238E27FC236}">
                              <a16:creationId xmlns:a16="http://schemas.microsoft.com/office/drawing/2014/main" id="{E44129D5-46BF-08B6-E6F8-250D67E1B19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0" y="1464"/>
                            <a:ext cx="430" cy="203"/>
                          </a:xfrm>
                          <a:custGeom>
                            <a:avLst/>
                            <a:gdLst>
                              <a:gd name="T0" fmla="*/ 0 w 72"/>
                              <a:gd name="T1" fmla="*/ 1105 h 34"/>
                              <a:gd name="T2" fmla="*/ 179 w 72"/>
                              <a:gd name="T3" fmla="*/ 1212 h 34"/>
                              <a:gd name="T4" fmla="*/ 538 w 72"/>
                              <a:gd name="T5" fmla="*/ 1212 h 34"/>
                              <a:gd name="T6" fmla="*/ 2031 w 72"/>
                              <a:gd name="T7" fmla="*/ 466 h 34"/>
                              <a:gd name="T8" fmla="*/ 2568 w 72"/>
                              <a:gd name="T9" fmla="*/ 215 h 34"/>
                              <a:gd name="T10" fmla="*/ 2568 w 72"/>
                              <a:gd name="T11" fmla="*/ 179 h 34"/>
                              <a:gd name="T12" fmla="*/ 2174 w 72"/>
                              <a:gd name="T13" fmla="*/ 0 h 34"/>
                              <a:gd name="T14" fmla="*/ 1642 w 72"/>
                              <a:gd name="T15" fmla="*/ 251 h 34"/>
                              <a:gd name="T16" fmla="*/ 143 w 72"/>
                              <a:gd name="T17" fmla="*/ 1033 h 34"/>
                              <a:gd name="T18" fmla="*/ 72 w 72"/>
                              <a:gd name="T19" fmla="*/ 1033 h 34"/>
                              <a:gd name="T20" fmla="*/ 0 w 72"/>
                              <a:gd name="T21" fmla="*/ 1105 h 34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72"/>
                              <a:gd name="T34" fmla="*/ 0 h 34"/>
                              <a:gd name="T35" fmla="*/ 72 w 72"/>
                              <a:gd name="T36" fmla="*/ 34 h 34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72" h="34">
                                <a:moveTo>
                                  <a:pt x="0" y="31"/>
                                </a:moveTo>
                                <a:lnTo>
                                  <a:pt x="5" y="34"/>
                                </a:lnTo>
                                <a:lnTo>
                                  <a:pt x="15" y="34"/>
                                </a:lnTo>
                                <a:lnTo>
                                  <a:pt x="57" y="13"/>
                                </a:lnTo>
                                <a:lnTo>
                                  <a:pt x="72" y="6"/>
                                </a:lnTo>
                                <a:lnTo>
                                  <a:pt x="72" y="5"/>
                                </a:lnTo>
                                <a:lnTo>
                                  <a:pt x="61" y="0"/>
                                </a:lnTo>
                                <a:lnTo>
                                  <a:pt x="46" y="7"/>
                                </a:lnTo>
                                <a:lnTo>
                                  <a:pt x="4" y="29"/>
                                </a:lnTo>
                                <a:lnTo>
                                  <a:pt x="2" y="29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275891" name="Line 81">
                          <a:extLst>
                            <a:ext uri="{FF2B5EF4-FFF2-40B4-BE49-F238E27FC236}">
                              <a16:creationId xmlns:a16="http://schemas.microsoft.com/office/drawing/2014/main" id="{F79B83C1-4A44-F81C-138A-781F9E7D22D1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>
                            <a:off x="855" y="1505"/>
                            <a:ext cx="60" cy="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4080019" name="Freeform 82">
                          <a:extLst>
                            <a:ext uri="{FF2B5EF4-FFF2-40B4-BE49-F238E27FC236}">
                              <a16:creationId xmlns:a16="http://schemas.microsoft.com/office/drawing/2014/main" id="{90DEE430-22A4-57BC-F111-7E38382BD89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09" y="1440"/>
                            <a:ext cx="71" cy="65"/>
                          </a:xfrm>
                          <a:custGeom>
                            <a:avLst/>
                            <a:gdLst>
                              <a:gd name="T0" fmla="*/ 0 w 12"/>
                              <a:gd name="T1" fmla="*/ 349 h 11"/>
                              <a:gd name="T2" fmla="*/ 0 w 12"/>
                              <a:gd name="T3" fmla="*/ 35 h 11"/>
                              <a:gd name="T4" fmla="*/ 107 w 12"/>
                              <a:gd name="T5" fmla="*/ 0 h 11"/>
                              <a:gd name="T6" fmla="*/ 278 w 12"/>
                              <a:gd name="T7" fmla="*/ 0 h 11"/>
                              <a:gd name="T8" fmla="*/ 385 w 12"/>
                              <a:gd name="T9" fmla="*/ 0 h 11"/>
                              <a:gd name="T10" fmla="*/ 420 w 12"/>
                              <a:gd name="T11" fmla="*/ 35 h 11"/>
                              <a:gd name="T12" fmla="*/ 420 w 12"/>
                              <a:gd name="T13" fmla="*/ 313 h 11"/>
                              <a:gd name="T14" fmla="*/ 420 w 12"/>
                              <a:gd name="T15" fmla="*/ 349 h 11"/>
                              <a:gd name="T16" fmla="*/ 349 w 12"/>
                              <a:gd name="T17" fmla="*/ 384 h 11"/>
                              <a:gd name="T18" fmla="*/ 278 w 12"/>
                              <a:gd name="T19" fmla="*/ 384 h 11"/>
                              <a:gd name="T20" fmla="*/ 213 w 12"/>
                              <a:gd name="T21" fmla="*/ 384 h 11"/>
                              <a:gd name="T22" fmla="*/ 107 w 12"/>
                              <a:gd name="T23" fmla="*/ 384 h 11"/>
                              <a:gd name="T24" fmla="*/ 71 w 12"/>
                              <a:gd name="T25" fmla="*/ 349 h 11"/>
                              <a:gd name="T26" fmla="*/ 0 w 12"/>
                              <a:gd name="T27" fmla="*/ 349 h 11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w 12"/>
                              <a:gd name="T43" fmla="*/ 0 h 11"/>
                              <a:gd name="T44" fmla="*/ 12 w 12"/>
                              <a:gd name="T45" fmla="*/ 11 h 11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T42" t="T43" r="T44" b="T45"/>
                            <a:pathLst>
                              <a:path w="12" h="11">
                                <a:moveTo>
                                  <a:pt x="0" y="10"/>
                                </a:moveTo>
                                <a:lnTo>
                                  <a:pt x="0" y="1"/>
                                </a:lnTo>
                                <a:lnTo>
                                  <a:pt x="3" y="0"/>
                                </a:lnTo>
                                <a:lnTo>
                                  <a:pt x="8" y="0"/>
                                </a:lnTo>
                                <a:lnTo>
                                  <a:pt x="11" y="0"/>
                                </a:lnTo>
                                <a:lnTo>
                                  <a:pt x="12" y="1"/>
                                </a:lnTo>
                                <a:lnTo>
                                  <a:pt x="12" y="9"/>
                                </a:lnTo>
                                <a:lnTo>
                                  <a:pt x="12" y="10"/>
                                </a:lnTo>
                                <a:lnTo>
                                  <a:pt x="10" y="11"/>
                                </a:lnTo>
                                <a:lnTo>
                                  <a:pt x="8" y="11"/>
                                </a:lnTo>
                                <a:lnTo>
                                  <a:pt x="6" y="11"/>
                                </a:lnTo>
                                <a:lnTo>
                                  <a:pt x="3" y="11"/>
                                </a:lnTo>
                                <a:lnTo>
                                  <a:pt x="2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0161417" name="Freeform 83">
                          <a:extLst>
                            <a:ext uri="{FF2B5EF4-FFF2-40B4-BE49-F238E27FC236}">
                              <a16:creationId xmlns:a16="http://schemas.microsoft.com/office/drawing/2014/main" id="{3842394C-BB4A-9885-229B-0C8E3C9A166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09" y="1440"/>
                            <a:ext cx="71" cy="65"/>
                          </a:xfrm>
                          <a:custGeom>
                            <a:avLst/>
                            <a:gdLst>
                              <a:gd name="T0" fmla="*/ 0 w 12"/>
                              <a:gd name="T1" fmla="*/ 349 h 11"/>
                              <a:gd name="T2" fmla="*/ 0 w 12"/>
                              <a:gd name="T3" fmla="*/ 35 h 11"/>
                              <a:gd name="T4" fmla="*/ 107 w 12"/>
                              <a:gd name="T5" fmla="*/ 0 h 11"/>
                              <a:gd name="T6" fmla="*/ 278 w 12"/>
                              <a:gd name="T7" fmla="*/ 0 h 11"/>
                              <a:gd name="T8" fmla="*/ 385 w 12"/>
                              <a:gd name="T9" fmla="*/ 0 h 11"/>
                              <a:gd name="T10" fmla="*/ 420 w 12"/>
                              <a:gd name="T11" fmla="*/ 35 h 11"/>
                              <a:gd name="T12" fmla="*/ 420 w 12"/>
                              <a:gd name="T13" fmla="*/ 313 h 11"/>
                              <a:gd name="T14" fmla="*/ 420 w 12"/>
                              <a:gd name="T15" fmla="*/ 349 h 11"/>
                              <a:gd name="T16" fmla="*/ 349 w 12"/>
                              <a:gd name="T17" fmla="*/ 384 h 11"/>
                              <a:gd name="T18" fmla="*/ 278 w 12"/>
                              <a:gd name="T19" fmla="*/ 384 h 11"/>
                              <a:gd name="T20" fmla="*/ 213 w 12"/>
                              <a:gd name="T21" fmla="*/ 384 h 11"/>
                              <a:gd name="T22" fmla="*/ 107 w 12"/>
                              <a:gd name="T23" fmla="*/ 384 h 11"/>
                              <a:gd name="T24" fmla="*/ 71 w 12"/>
                              <a:gd name="T25" fmla="*/ 349 h 11"/>
                              <a:gd name="T26" fmla="*/ 0 w 12"/>
                              <a:gd name="T27" fmla="*/ 349 h 11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w 12"/>
                              <a:gd name="T43" fmla="*/ 0 h 11"/>
                              <a:gd name="T44" fmla="*/ 12 w 12"/>
                              <a:gd name="T45" fmla="*/ 11 h 11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T42" t="T43" r="T44" b="T45"/>
                            <a:pathLst>
                              <a:path w="12" h="11">
                                <a:moveTo>
                                  <a:pt x="0" y="10"/>
                                </a:moveTo>
                                <a:lnTo>
                                  <a:pt x="0" y="1"/>
                                </a:lnTo>
                                <a:lnTo>
                                  <a:pt x="3" y="0"/>
                                </a:lnTo>
                                <a:lnTo>
                                  <a:pt x="8" y="0"/>
                                </a:lnTo>
                                <a:lnTo>
                                  <a:pt x="11" y="0"/>
                                </a:lnTo>
                                <a:lnTo>
                                  <a:pt x="12" y="1"/>
                                </a:lnTo>
                                <a:lnTo>
                                  <a:pt x="12" y="9"/>
                                </a:lnTo>
                                <a:lnTo>
                                  <a:pt x="12" y="10"/>
                                </a:lnTo>
                                <a:lnTo>
                                  <a:pt x="10" y="11"/>
                                </a:lnTo>
                                <a:lnTo>
                                  <a:pt x="8" y="11"/>
                                </a:lnTo>
                                <a:lnTo>
                                  <a:pt x="6" y="11"/>
                                </a:lnTo>
                                <a:lnTo>
                                  <a:pt x="3" y="11"/>
                                </a:lnTo>
                                <a:lnTo>
                                  <a:pt x="2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568787" name="Freeform 84">
                          <a:extLst>
                            <a:ext uri="{FF2B5EF4-FFF2-40B4-BE49-F238E27FC236}">
                              <a16:creationId xmlns:a16="http://schemas.microsoft.com/office/drawing/2014/main" id="{3F2CDAC3-948C-F8F4-37E9-646FBEDB18C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6" y="1380"/>
                            <a:ext cx="60" cy="48"/>
                          </a:xfrm>
                          <a:custGeom>
                            <a:avLst/>
                            <a:gdLst>
                              <a:gd name="T0" fmla="*/ 360 w 10"/>
                              <a:gd name="T1" fmla="*/ 0 h 8"/>
                              <a:gd name="T2" fmla="*/ 360 w 10"/>
                              <a:gd name="T3" fmla="*/ 180 h 8"/>
                              <a:gd name="T4" fmla="*/ 360 w 10"/>
                              <a:gd name="T5" fmla="*/ 216 h 8"/>
                              <a:gd name="T6" fmla="*/ 288 w 10"/>
                              <a:gd name="T7" fmla="*/ 252 h 8"/>
                              <a:gd name="T8" fmla="*/ 144 w 10"/>
                              <a:gd name="T9" fmla="*/ 288 h 8"/>
                              <a:gd name="T10" fmla="*/ 108 w 10"/>
                              <a:gd name="T11" fmla="*/ 252 h 8"/>
                              <a:gd name="T12" fmla="*/ 72 w 10"/>
                              <a:gd name="T13" fmla="*/ 252 h 8"/>
                              <a:gd name="T14" fmla="*/ 0 w 10"/>
                              <a:gd name="T15" fmla="*/ 180 h 8"/>
                              <a:gd name="T16" fmla="*/ 0 w 10"/>
                              <a:gd name="T17" fmla="*/ 36 h 8"/>
                              <a:gd name="T18" fmla="*/ 360 w 10"/>
                              <a:gd name="T19" fmla="*/ 0 h 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w 10"/>
                              <a:gd name="T31" fmla="*/ 0 h 8"/>
                              <a:gd name="T32" fmla="*/ 10 w 10"/>
                              <a:gd name="T33" fmla="*/ 8 h 8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T30" t="T31" r="T32" b="T33"/>
                            <a:pathLst>
                              <a:path w="10" h="8">
                                <a:moveTo>
                                  <a:pt x="10" y="0"/>
                                </a:moveTo>
                                <a:lnTo>
                                  <a:pt x="10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7"/>
                                </a:lnTo>
                                <a:lnTo>
                                  <a:pt x="4" y="8"/>
                                </a:lnTo>
                                <a:lnTo>
                                  <a:pt x="3" y="7"/>
                                </a:lnTo>
                                <a:lnTo>
                                  <a:pt x="2" y="7"/>
                                </a:lnTo>
                                <a:lnTo>
                                  <a:pt x="0" y="5"/>
                                </a:lnTo>
                                <a:lnTo>
                                  <a:pt x="0" y="1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60013224" name="Freeform 85">
                          <a:extLst>
                            <a:ext uri="{FF2B5EF4-FFF2-40B4-BE49-F238E27FC236}">
                              <a16:creationId xmlns:a16="http://schemas.microsoft.com/office/drawing/2014/main" id="{E3B31892-1F78-5C1B-3DA0-35B15A90F59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6" y="1380"/>
                            <a:ext cx="60" cy="48"/>
                          </a:xfrm>
                          <a:custGeom>
                            <a:avLst/>
                            <a:gdLst>
                              <a:gd name="T0" fmla="*/ 360 w 10"/>
                              <a:gd name="T1" fmla="*/ 0 h 8"/>
                              <a:gd name="T2" fmla="*/ 360 w 10"/>
                              <a:gd name="T3" fmla="*/ 180 h 8"/>
                              <a:gd name="T4" fmla="*/ 360 w 10"/>
                              <a:gd name="T5" fmla="*/ 216 h 8"/>
                              <a:gd name="T6" fmla="*/ 288 w 10"/>
                              <a:gd name="T7" fmla="*/ 252 h 8"/>
                              <a:gd name="T8" fmla="*/ 144 w 10"/>
                              <a:gd name="T9" fmla="*/ 288 h 8"/>
                              <a:gd name="T10" fmla="*/ 108 w 10"/>
                              <a:gd name="T11" fmla="*/ 252 h 8"/>
                              <a:gd name="T12" fmla="*/ 72 w 10"/>
                              <a:gd name="T13" fmla="*/ 252 h 8"/>
                              <a:gd name="T14" fmla="*/ 0 w 10"/>
                              <a:gd name="T15" fmla="*/ 180 h 8"/>
                              <a:gd name="T16" fmla="*/ 0 w 10"/>
                              <a:gd name="T17" fmla="*/ 36 h 8"/>
                              <a:gd name="T18" fmla="*/ 360 w 10"/>
                              <a:gd name="T19" fmla="*/ 0 h 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w 10"/>
                              <a:gd name="T31" fmla="*/ 0 h 8"/>
                              <a:gd name="T32" fmla="*/ 10 w 10"/>
                              <a:gd name="T33" fmla="*/ 8 h 8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T30" t="T31" r="T32" b="T33"/>
                            <a:pathLst>
                              <a:path w="10" h="8">
                                <a:moveTo>
                                  <a:pt x="10" y="0"/>
                                </a:moveTo>
                                <a:lnTo>
                                  <a:pt x="10" y="5"/>
                                </a:lnTo>
                                <a:lnTo>
                                  <a:pt x="10" y="6"/>
                                </a:lnTo>
                                <a:lnTo>
                                  <a:pt x="8" y="7"/>
                                </a:lnTo>
                                <a:lnTo>
                                  <a:pt x="4" y="8"/>
                                </a:lnTo>
                                <a:lnTo>
                                  <a:pt x="3" y="7"/>
                                </a:lnTo>
                                <a:lnTo>
                                  <a:pt x="2" y="7"/>
                                </a:lnTo>
                                <a:lnTo>
                                  <a:pt x="0" y="5"/>
                                </a:lnTo>
                                <a:lnTo>
                                  <a:pt x="0" y="1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0440353" name="Freeform 86">
                          <a:extLst>
                            <a:ext uri="{FF2B5EF4-FFF2-40B4-BE49-F238E27FC236}">
                              <a16:creationId xmlns:a16="http://schemas.microsoft.com/office/drawing/2014/main" id="{25C9539C-5DD0-21EF-C4E3-9D34C526D34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57" y="1350"/>
                            <a:ext cx="425" cy="173"/>
                          </a:xfrm>
                          <a:custGeom>
                            <a:avLst/>
                            <a:gdLst>
                              <a:gd name="T0" fmla="*/ 0 w 71"/>
                              <a:gd name="T1" fmla="*/ 925 h 29"/>
                              <a:gd name="T2" fmla="*/ 215 w 71"/>
                              <a:gd name="T3" fmla="*/ 1032 h 29"/>
                              <a:gd name="T4" fmla="*/ 539 w 71"/>
                              <a:gd name="T5" fmla="*/ 1032 h 29"/>
                              <a:gd name="T6" fmla="*/ 2113 w 71"/>
                              <a:gd name="T7" fmla="*/ 358 h 29"/>
                              <a:gd name="T8" fmla="*/ 2544 w 71"/>
                              <a:gd name="T9" fmla="*/ 215 h 29"/>
                              <a:gd name="T10" fmla="*/ 2508 w 71"/>
                              <a:gd name="T11" fmla="*/ 143 h 29"/>
                              <a:gd name="T12" fmla="*/ 2113 w 71"/>
                              <a:gd name="T13" fmla="*/ 0 h 29"/>
                              <a:gd name="T14" fmla="*/ 1718 w 71"/>
                              <a:gd name="T15" fmla="*/ 143 h 29"/>
                              <a:gd name="T16" fmla="*/ 215 w 71"/>
                              <a:gd name="T17" fmla="*/ 781 h 29"/>
                              <a:gd name="T18" fmla="*/ 180 w 71"/>
                              <a:gd name="T19" fmla="*/ 781 h 29"/>
                              <a:gd name="T20" fmla="*/ 0 w 71"/>
                              <a:gd name="T21" fmla="*/ 925 h 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71"/>
                              <a:gd name="T34" fmla="*/ 0 h 29"/>
                              <a:gd name="T35" fmla="*/ 71 w 71"/>
                              <a:gd name="T36" fmla="*/ 29 h 29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71" h="29">
                                <a:moveTo>
                                  <a:pt x="0" y="26"/>
                                </a:moveTo>
                                <a:lnTo>
                                  <a:pt x="6" y="29"/>
                                </a:lnTo>
                                <a:lnTo>
                                  <a:pt x="15" y="29"/>
                                </a:lnTo>
                                <a:lnTo>
                                  <a:pt x="59" y="10"/>
                                </a:lnTo>
                                <a:lnTo>
                                  <a:pt x="71" y="6"/>
                                </a:lnTo>
                                <a:lnTo>
                                  <a:pt x="70" y="4"/>
                                </a:lnTo>
                                <a:lnTo>
                                  <a:pt x="59" y="0"/>
                                </a:lnTo>
                                <a:lnTo>
                                  <a:pt x="48" y="4"/>
                                </a:lnTo>
                                <a:lnTo>
                                  <a:pt x="6" y="22"/>
                                </a:lnTo>
                                <a:lnTo>
                                  <a:pt x="5" y="22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36858363" name="Freeform 87">
                          <a:extLst>
                            <a:ext uri="{FF2B5EF4-FFF2-40B4-BE49-F238E27FC236}">
                              <a16:creationId xmlns:a16="http://schemas.microsoft.com/office/drawing/2014/main" id="{D9B2C356-09F8-291D-D360-36967A08AA8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57" y="1350"/>
                            <a:ext cx="425" cy="173"/>
                          </a:xfrm>
                          <a:custGeom>
                            <a:avLst/>
                            <a:gdLst>
                              <a:gd name="T0" fmla="*/ 0 w 71"/>
                              <a:gd name="T1" fmla="*/ 925 h 29"/>
                              <a:gd name="T2" fmla="*/ 215 w 71"/>
                              <a:gd name="T3" fmla="*/ 1032 h 29"/>
                              <a:gd name="T4" fmla="*/ 539 w 71"/>
                              <a:gd name="T5" fmla="*/ 1032 h 29"/>
                              <a:gd name="T6" fmla="*/ 2113 w 71"/>
                              <a:gd name="T7" fmla="*/ 358 h 29"/>
                              <a:gd name="T8" fmla="*/ 2544 w 71"/>
                              <a:gd name="T9" fmla="*/ 215 h 29"/>
                              <a:gd name="T10" fmla="*/ 2508 w 71"/>
                              <a:gd name="T11" fmla="*/ 143 h 29"/>
                              <a:gd name="T12" fmla="*/ 2113 w 71"/>
                              <a:gd name="T13" fmla="*/ 0 h 29"/>
                              <a:gd name="T14" fmla="*/ 1718 w 71"/>
                              <a:gd name="T15" fmla="*/ 143 h 29"/>
                              <a:gd name="T16" fmla="*/ 215 w 71"/>
                              <a:gd name="T17" fmla="*/ 781 h 29"/>
                              <a:gd name="T18" fmla="*/ 180 w 71"/>
                              <a:gd name="T19" fmla="*/ 781 h 29"/>
                              <a:gd name="T20" fmla="*/ 0 w 71"/>
                              <a:gd name="T21" fmla="*/ 925 h 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71"/>
                              <a:gd name="T34" fmla="*/ 0 h 29"/>
                              <a:gd name="T35" fmla="*/ 71 w 71"/>
                              <a:gd name="T36" fmla="*/ 29 h 29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71" h="29">
                                <a:moveTo>
                                  <a:pt x="0" y="26"/>
                                </a:moveTo>
                                <a:lnTo>
                                  <a:pt x="6" y="29"/>
                                </a:lnTo>
                                <a:lnTo>
                                  <a:pt x="15" y="29"/>
                                </a:lnTo>
                                <a:lnTo>
                                  <a:pt x="59" y="10"/>
                                </a:lnTo>
                                <a:lnTo>
                                  <a:pt x="71" y="6"/>
                                </a:lnTo>
                                <a:lnTo>
                                  <a:pt x="70" y="4"/>
                                </a:lnTo>
                                <a:lnTo>
                                  <a:pt x="59" y="0"/>
                                </a:lnTo>
                                <a:lnTo>
                                  <a:pt x="48" y="4"/>
                                </a:lnTo>
                                <a:lnTo>
                                  <a:pt x="6" y="22"/>
                                </a:lnTo>
                                <a:lnTo>
                                  <a:pt x="5" y="22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8956178" name="Freeform 88">
                          <a:extLst>
                            <a:ext uri="{FF2B5EF4-FFF2-40B4-BE49-F238E27FC236}">
                              <a16:creationId xmlns:a16="http://schemas.microsoft.com/office/drawing/2014/main" id="{F9B6E6C3-9659-D2CA-58EA-5837B6333CB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0" y="1314"/>
                            <a:ext cx="66" cy="66"/>
                          </a:xfrm>
                          <a:custGeom>
                            <a:avLst/>
                            <a:gdLst>
                              <a:gd name="T0" fmla="*/ 0 w 11"/>
                              <a:gd name="T1" fmla="*/ 288 h 11"/>
                              <a:gd name="T2" fmla="*/ 36 w 11"/>
                              <a:gd name="T3" fmla="*/ 360 h 11"/>
                              <a:gd name="T4" fmla="*/ 108 w 11"/>
                              <a:gd name="T5" fmla="*/ 396 h 11"/>
                              <a:gd name="T6" fmla="*/ 180 w 11"/>
                              <a:gd name="T7" fmla="*/ 396 h 11"/>
                              <a:gd name="T8" fmla="*/ 324 w 11"/>
                              <a:gd name="T9" fmla="*/ 396 h 11"/>
                              <a:gd name="T10" fmla="*/ 396 w 11"/>
                              <a:gd name="T11" fmla="*/ 360 h 11"/>
                              <a:gd name="T12" fmla="*/ 396 w 11"/>
                              <a:gd name="T13" fmla="*/ 288 h 11"/>
                              <a:gd name="T14" fmla="*/ 396 w 11"/>
                              <a:gd name="T15" fmla="*/ 72 h 11"/>
                              <a:gd name="T16" fmla="*/ 360 w 11"/>
                              <a:gd name="T17" fmla="*/ 36 h 11"/>
                              <a:gd name="T18" fmla="*/ 324 w 11"/>
                              <a:gd name="T19" fmla="*/ 0 h 11"/>
                              <a:gd name="T20" fmla="*/ 216 w 11"/>
                              <a:gd name="T21" fmla="*/ 0 h 11"/>
                              <a:gd name="T22" fmla="*/ 72 w 11"/>
                              <a:gd name="T23" fmla="*/ 0 h 11"/>
                              <a:gd name="T24" fmla="*/ 0 w 11"/>
                              <a:gd name="T25" fmla="*/ 72 h 11"/>
                              <a:gd name="T26" fmla="*/ 0 w 11"/>
                              <a:gd name="T27" fmla="*/ 288 h 11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w 11"/>
                              <a:gd name="T43" fmla="*/ 0 h 11"/>
                              <a:gd name="T44" fmla="*/ 11 w 11"/>
                              <a:gd name="T45" fmla="*/ 11 h 11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T42" t="T43" r="T44" b="T45"/>
                            <a:pathLst>
                              <a:path w="11" h="11">
                                <a:moveTo>
                                  <a:pt x="0" y="8"/>
                                </a:moveTo>
                                <a:lnTo>
                                  <a:pt x="1" y="10"/>
                                </a:lnTo>
                                <a:lnTo>
                                  <a:pt x="3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11" y="10"/>
                                </a:lnTo>
                                <a:lnTo>
                                  <a:pt x="11" y="8"/>
                                </a:lnTo>
                                <a:lnTo>
                                  <a:pt x="11" y="2"/>
                                </a:lnTo>
                                <a:lnTo>
                                  <a:pt x="10" y="1"/>
                                </a:lnTo>
                                <a:lnTo>
                                  <a:pt x="9" y="0"/>
                                </a:lnTo>
                                <a:lnTo>
                                  <a:pt x="6" y="0"/>
                                </a:ln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40319676" name="Freeform 89">
                          <a:extLst>
                            <a:ext uri="{FF2B5EF4-FFF2-40B4-BE49-F238E27FC236}">
                              <a16:creationId xmlns:a16="http://schemas.microsoft.com/office/drawing/2014/main" id="{34164A41-3801-358A-BCCB-0CB617CBCBC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0" y="1314"/>
                            <a:ext cx="66" cy="66"/>
                          </a:xfrm>
                          <a:custGeom>
                            <a:avLst/>
                            <a:gdLst>
                              <a:gd name="T0" fmla="*/ 0 w 11"/>
                              <a:gd name="T1" fmla="*/ 288 h 11"/>
                              <a:gd name="T2" fmla="*/ 36 w 11"/>
                              <a:gd name="T3" fmla="*/ 360 h 11"/>
                              <a:gd name="T4" fmla="*/ 108 w 11"/>
                              <a:gd name="T5" fmla="*/ 396 h 11"/>
                              <a:gd name="T6" fmla="*/ 180 w 11"/>
                              <a:gd name="T7" fmla="*/ 396 h 11"/>
                              <a:gd name="T8" fmla="*/ 324 w 11"/>
                              <a:gd name="T9" fmla="*/ 396 h 11"/>
                              <a:gd name="T10" fmla="*/ 396 w 11"/>
                              <a:gd name="T11" fmla="*/ 360 h 11"/>
                              <a:gd name="T12" fmla="*/ 396 w 11"/>
                              <a:gd name="T13" fmla="*/ 288 h 11"/>
                              <a:gd name="T14" fmla="*/ 396 w 11"/>
                              <a:gd name="T15" fmla="*/ 72 h 11"/>
                              <a:gd name="T16" fmla="*/ 360 w 11"/>
                              <a:gd name="T17" fmla="*/ 36 h 11"/>
                              <a:gd name="T18" fmla="*/ 324 w 11"/>
                              <a:gd name="T19" fmla="*/ 0 h 11"/>
                              <a:gd name="T20" fmla="*/ 216 w 11"/>
                              <a:gd name="T21" fmla="*/ 0 h 11"/>
                              <a:gd name="T22" fmla="*/ 72 w 11"/>
                              <a:gd name="T23" fmla="*/ 0 h 11"/>
                              <a:gd name="T24" fmla="*/ 0 w 11"/>
                              <a:gd name="T25" fmla="*/ 72 h 11"/>
                              <a:gd name="T26" fmla="*/ 0 w 11"/>
                              <a:gd name="T27" fmla="*/ 288 h 11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w 11"/>
                              <a:gd name="T43" fmla="*/ 0 h 11"/>
                              <a:gd name="T44" fmla="*/ 11 w 11"/>
                              <a:gd name="T45" fmla="*/ 11 h 11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T42" t="T43" r="T44" b="T45"/>
                            <a:pathLst>
                              <a:path w="11" h="11">
                                <a:moveTo>
                                  <a:pt x="0" y="8"/>
                                </a:moveTo>
                                <a:lnTo>
                                  <a:pt x="1" y="10"/>
                                </a:lnTo>
                                <a:lnTo>
                                  <a:pt x="3" y="11"/>
                                </a:lnTo>
                                <a:lnTo>
                                  <a:pt x="5" y="11"/>
                                </a:lnTo>
                                <a:lnTo>
                                  <a:pt x="9" y="11"/>
                                </a:lnTo>
                                <a:lnTo>
                                  <a:pt x="11" y="10"/>
                                </a:lnTo>
                                <a:lnTo>
                                  <a:pt x="11" y="8"/>
                                </a:lnTo>
                                <a:lnTo>
                                  <a:pt x="11" y="2"/>
                                </a:lnTo>
                                <a:lnTo>
                                  <a:pt x="10" y="1"/>
                                </a:lnTo>
                                <a:lnTo>
                                  <a:pt x="9" y="0"/>
                                </a:lnTo>
                                <a:lnTo>
                                  <a:pt x="6" y="0"/>
                                </a:ln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8875653" name="Line 90">
                          <a:extLst>
                            <a:ext uri="{FF2B5EF4-FFF2-40B4-BE49-F238E27FC236}">
                              <a16:creationId xmlns:a16="http://schemas.microsoft.com/office/drawing/2014/main" id="{A3AF2E59-BC8C-773F-C401-E2524DADEA0F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>
                            <a:off x="544" y="1374"/>
                            <a:ext cx="54" cy="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110221" name="Freeform 91">
                          <a:extLst>
                            <a:ext uri="{FF2B5EF4-FFF2-40B4-BE49-F238E27FC236}">
                              <a16:creationId xmlns:a16="http://schemas.microsoft.com/office/drawing/2014/main" id="{1175EF2E-77EE-97F2-58BA-61F70E2AB84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82" y="400"/>
                            <a:ext cx="185" cy="699"/>
                          </a:xfrm>
                          <a:custGeom>
                            <a:avLst/>
                            <a:gdLst>
                              <a:gd name="T0" fmla="*/ 0 w 31"/>
                              <a:gd name="T1" fmla="*/ 4033 h 117"/>
                              <a:gd name="T2" fmla="*/ 430 w 31"/>
                              <a:gd name="T3" fmla="*/ 4176 h 117"/>
                              <a:gd name="T4" fmla="*/ 567 w 31"/>
                              <a:gd name="T5" fmla="*/ 3997 h 117"/>
                              <a:gd name="T6" fmla="*/ 853 w 31"/>
                              <a:gd name="T7" fmla="*/ 4069 h 117"/>
                              <a:gd name="T8" fmla="*/ 1104 w 31"/>
                              <a:gd name="T9" fmla="*/ 3961 h 117"/>
                              <a:gd name="T10" fmla="*/ 1104 w 31"/>
                              <a:gd name="T11" fmla="*/ 72 h 117"/>
                              <a:gd name="T12" fmla="*/ 0 w 31"/>
                              <a:gd name="T13" fmla="*/ 0 h 117"/>
                              <a:gd name="T14" fmla="*/ 0 w 31"/>
                              <a:gd name="T15" fmla="*/ 4033 h 11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w 31"/>
                              <a:gd name="T25" fmla="*/ 0 h 117"/>
                              <a:gd name="T26" fmla="*/ 31 w 31"/>
                              <a:gd name="T27" fmla="*/ 117 h 117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31" h="117">
                                <a:moveTo>
                                  <a:pt x="0" y="113"/>
                                </a:moveTo>
                                <a:lnTo>
                                  <a:pt x="12" y="117"/>
                                </a:lnTo>
                                <a:lnTo>
                                  <a:pt x="16" y="112"/>
                                </a:lnTo>
                                <a:lnTo>
                                  <a:pt x="24" y="114"/>
                                </a:lnTo>
                                <a:lnTo>
                                  <a:pt x="31" y="111"/>
                                </a:lnTo>
                                <a:lnTo>
                                  <a:pt x="31" y="2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61462561" name="Freeform 92">
                          <a:extLst>
                            <a:ext uri="{FF2B5EF4-FFF2-40B4-BE49-F238E27FC236}">
                              <a16:creationId xmlns:a16="http://schemas.microsoft.com/office/drawing/2014/main" id="{7F6E0B37-6BB2-4F82-D131-D07FD8EDD19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82" y="400"/>
                            <a:ext cx="185" cy="699"/>
                          </a:xfrm>
                          <a:custGeom>
                            <a:avLst/>
                            <a:gdLst>
                              <a:gd name="T0" fmla="*/ 0 w 31"/>
                              <a:gd name="T1" fmla="*/ 4033 h 117"/>
                              <a:gd name="T2" fmla="*/ 430 w 31"/>
                              <a:gd name="T3" fmla="*/ 4176 h 117"/>
                              <a:gd name="T4" fmla="*/ 567 w 31"/>
                              <a:gd name="T5" fmla="*/ 3997 h 117"/>
                              <a:gd name="T6" fmla="*/ 853 w 31"/>
                              <a:gd name="T7" fmla="*/ 4069 h 117"/>
                              <a:gd name="T8" fmla="*/ 1104 w 31"/>
                              <a:gd name="T9" fmla="*/ 3961 h 117"/>
                              <a:gd name="T10" fmla="*/ 1104 w 31"/>
                              <a:gd name="T11" fmla="*/ 72 h 117"/>
                              <a:gd name="T12" fmla="*/ 0 w 31"/>
                              <a:gd name="T13" fmla="*/ 0 h 117"/>
                              <a:gd name="T14" fmla="*/ 0 w 31"/>
                              <a:gd name="T15" fmla="*/ 4033 h 11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w 31"/>
                              <a:gd name="T25" fmla="*/ 0 h 117"/>
                              <a:gd name="T26" fmla="*/ 31 w 31"/>
                              <a:gd name="T27" fmla="*/ 117 h 117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31" h="117">
                                <a:moveTo>
                                  <a:pt x="0" y="113"/>
                                </a:moveTo>
                                <a:lnTo>
                                  <a:pt x="12" y="117"/>
                                </a:lnTo>
                                <a:lnTo>
                                  <a:pt x="16" y="112"/>
                                </a:lnTo>
                                <a:lnTo>
                                  <a:pt x="24" y="114"/>
                                </a:lnTo>
                                <a:lnTo>
                                  <a:pt x="31" y="111"/>
                                </a:lnTo>
                                <a:lnTo>
                                  <a:pt x="31" y="2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3296541" name="Freeform 93">
                          <a:extLst>
                            <a:ext uri="{FF2B5EF4-FFF2-40B4-BE49-F238E27FC236}">
                              <a16:creationId xmlns:a16="http://schemas.microsoft.com/office/drawing/2014/main" id="{4D5C3859-CD9F-4070-1BE9-B8E2D73B325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47" y="400"/>
                            <a:ext cx="60" cy="699"/>
                          </a:xfrm>
                          <a:custGeom>
                            <a:avLst/>
                            <a:gdLst>
                              <a:gd name="T0" fmla="*/ 0 w 10"/>
                              <a:gd name="T1" fmla="*/ 4176 h 117"/>
                              <a:gd name="T2" fmla="*/ 0 w 10"/>
                              <a:gd name="T3" fmla="*/ 0 h 117"/>
                              <a:gd name="T4" fmla="*/ 360 w 10"/>
                              <a:gd name="T5" fmla="*/ 0 h 117"/>
                              <a:gd name="T6" fmla="*/ 360 w 10"/>
                              <a:gd name="T7" fmla="*/ 4033 h 117"/>
                              <a:gd name="T8" fmla="*/ 0 w 10"/>
                              <a:gd name="T9" fmla="*/ 4176 h 117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0"/>
                              <a:gd name="T16" fmla="*/ 0 h 117"/>
                              <a:gd name="T17" fmla="*/ 10 w 10"/>
                              <a:gd name="T18" fmla="*/ 117 h 117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0" h="117">
                                <a:moveTo>
                                  <a:pt x="0" y="117"/>
                                </a:move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13"/>
                                </a:lnTo>
                                <a:lnTo>
                                  <a:pt x="0" y="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30317141" name="Freeform 94">
                          <a:extLst>
                            <a:ext uri="{FF2B5EF4-FFF2-40B4-BE49-F238E27FC236}">
                              <a16:creationId xmlns:a16="http://schemas.microsoft.com/office/drawing/2014/main" id="{25CD870C-8328-14C6-C9DE-51308F03D8B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47" y="400"/>
                            <a:ext cx="60" cy="699"/>
                          </a:xfrm>
                          <a:custGeom>
                            <a:avLst/>
                            <a:gdLst>
                              <a:gd name="T0" fmla="*/ 0 w 10"/>
                              <a:gd name="T1" fmla="*/ 4176 h 117"/>
                              <a:gd name="T2" fmla="*/ 0 w 10"/>
                              <a:gd name="T3" fmla="*/ 0 h 117"/>
                              <a:gd name="T4" fmla="*/ 360 w 10"/>
                              <a:gd name="T5" fmla="*/ 0 h 117"/>
                              <a:gd name="T6" fmla="*/ 360 w 10"/>
                              <a:gd name="T7" fmla="*/ 4033 h 117"/>
                              <a:gd name="T8" fmla="*/ 0 w 10"/>
                              <a:gd name="T9" fmla="*/ 4176 h 117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0"/>
                              <a:gd name="T16" fmla="*/ 0 h 117"/>
                              <a:gd name="T17" fmla="*/ 10 w 10"/>
                              <a:gd name="T18" fmla="*/ 117 h 117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0" h="117">
                                <a:moveTo>
                                  <a:pt x="0" y="117"/>
                                </a:move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13"/>
                                </a:lnTo>
                                <a:lnTo>
                                  <a:pt x="0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1830641" name="Freeform 95">
                          <a:extLst>
                            <a:ext uri="{FF2B5EF4-FFF2-40B4-BE49-F238E27FC236}">
                              <a16:creationId xmlns:a16="http://schemas.microsoft.com/office/drawing/2014/main" id="{0D124244-1800-04D6-4548-AA2AE1B3D11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10" y="418"/>
                            <a:ext cx="90" cy="735"/>
                          </a:xfrm>
                          <a:custGeom>
                            <a:avLst/>
                            <a:gdLst>
                              <a:gd name="T0" fmla="*/ 0 w 15"/>
                              <a:gd name="T1" fmla="*/ 4392 h 123"/>
                              <a:gd name="T2" fmla="*/ 540 w 15"/>
                              <a:gd name="T3" fmla="*/ 4177 h 123"/>
                              <a:gd name="T4" fmla="*/ 540 w 15"/>
                              <a:gd name="T5" fmla="*/ 0 h 123"/>
                              <a:gd name="T6" fmla="*/ 0 w 15"/>
                              <a:gd name="T7" fmla="*/ 108 h 123"/>
                              <a:gd name="T8" fmla="*/ 0 w 15"/>
                              <a:gd name="T9" fmla="*/ 4392 h 12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5"/>
                              <a:gd name="T16" fmla="*/ 0 h 123"/>
                              <a:gd name="T17" fmla="*/ 15 w 15"/>
                              <a:gd name="T18" fmla="*/ 123 h 123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5" h="123">
                                <a:moveTo>
                                  <a:pt x="0" y="123"/>
                                </a:moveTo>
                                <a:lnTo>
                                  <a:pt x="15" y="117"/>
                                </a:lnTo>
                                <a:lnTo>
                                  <a:pt x="15" y="0"/>
                                </a:lnTo>
                                <a:lnTo>
                                  <a:pt x="0" y="3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00635750" name="Freeform 96">
                          <a:extLst>
                            <a:ext uri="{FF2B5EF4-FFF2-40B4-BE49-F238E27FC236}">
                              <a16:creationId xmlns:a16="http://schemas.microsoft.com/office/drawing/2014/main" id="{300E45F5-2219-13B3-B136-EFF71B0833A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10" y="418"/>
                            <a:ext cx="90" cy="735"/>
                          </a:xfrm>
                          <a:custGeom>
                            <a:avLst/>
                            <a:gdLst>
                              <a:gd name="T0" fmla="*/ 0 w 15"/>
                              <a:gd name="T1" fmla="*/ 4392 h 123"/>
                              <a:gd name="T2" fmla="*/ 540 w 15"/>
                              <a:gd name="T3" fmla="*/ 4177 h 123"/>
                              <a:gd name="T4" fmla="*/ 540 w 15"/>
                              <a:gd name="T5" fmla="*/ 0 h 123"/>
                              <a:gd name="T6" fmla="*/ 0 w 15"/>
                              <a:gd name="T7" fmla="*/ 108 h 123"/>
                              <a:gd name="T8" fmla="*/ 0 w 15"/>
                              <a:gd name="T9" fmla="*/ 4392 h 12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5"/>
                              <a:gd name="T16" fmla="*/ 0 h 123"/>
                              <a:gd name="T17" fmla="*/ 15 w 15"/>
                              <a:gd name="T18" fmla="*/ 123 h 123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5" h="123">
                                <a:moveTo>
                                  <a:pt x="0" y="123"/>
                                </a:moveTo>
                                <a:lnTo>
                                  <a:pt x="15" y="117"/>
                                </a:lnTo>
                                <a:lnTo>
                                  <a:pt x="15" y="0"/>
                                </a:lnTo>
                                <a:lnTo>
                                  <a:pt x="0" y="3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8744560" name="Freeform 97">
                          <a:extLst>
                            <a:ext uri="{FF2B5EF4-FFF2-40B4-BE49-F238E27FC236}">
                              <a16:creationId xmlns:a16="http://schemas.microsoft.com/office/drawing/2014/main" id="{E348B9F0-0B05-AAF0-E1AA-98313D7C773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44" y="370"/>
                            <a:ext cx="377" cy="102"/>
                          </a:xfrm>
                          <a:custGeom>
                            <a:avLst/>
                            <a:gdLst>
                              <a:gd name="T0" fmla="*/ 395 w 63"/>
                              <a:gd name="T1" fmla="*/ 576 h 17"/>
                              <a:gd name="T2" fmla="*/ 934 w 63"/>
                              <a:gd name="T3" fmla="*/ 432 h 17"/>
                              <a:gd name="T4" fmla="*/ 1215 w 63"/>
                              <a:gd name="T5" fmla="*/ 468 h 17"/>
                              <a:gd name="T6" fmla="*/ 1574 w 63"/>
                              <a:gd name="T7" fmla="*/ 396 h 17"/>
                              <a:gd name="T8" fmla="*/ 1717 w 63"/>
                              <a:gd name="T9" fmla="*/ 432 h 17"/>
                              <a:gd name="T10" fmla="*/ 2256 w 63"/>
                              <a:gd name="T11" fmla="*/ 324 h 17"/>
                              <a:gd name="T12" fmla="*/ 2256 w 63"/>
                              <a:gd name="T13" fmla="*/ 144 h 17"/>
                              <a:gd name="T14" fmla="*/ 1682 w 63"/>
                              <a:gd name="T15" fmla="*/ 36 h 17"/>
                              <a:gd name="T16" fmla="*/ 1430 w 63"/>
                              <a:gd name="T17" fmla="*/ 36 h 17"/>
                              <a:gd name="T18" fmla="*/ 718 w 63"/>
                              <a:gd name="T19" fmla="*/ 0 h 17"/>
                              <a:gd name="T20" fmla="*/ 395 w 63"/>
                              <a:gd name="T21" fmla="*/ 36 h 17"/>
                              <a:gd name="T22" fmla="*/ 395 w 63"/>
                              <a:gd name="T23" fmla="*/ 108 h 17"/>
                              <a:gd name="T24" fmla="*/ 0 w 63"/>
                              <a:gd name="T25" fmla="*/ 180 h 17"/>
                              <a:gd name="T26" fmla="*/ 0 w 63"/>
                              <a:gd name="T27" fmla="*/ 432 h 17"/>
                              <a:gd name="T28" fmla="*/ 251 w 63"/>
                              <a:gd name="T29" fmla="*/ 612 h 17"/>
                              <a:gd name="T30" fmla="*/ 395 w 63"/>
                              <a:gd name="T31" fmla="*/ 576 h 17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63"/>
                              <a:gd name="T49" fmla="*/ 0 h 17"/>
                              <a:gd name="T50" fmla="*/ 63 w 63"/>
                              <a:gd name="T51" fmla="*/ 17 h 17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63" h="17">
                                <a:moveTo>
                                  <a:pt x="11" y="16"/>
                                </a:moveTo>
                                <a:lnTo>
                                  <a:pt x="26" y="12"/>
                                </a:lnTo>
                                <a:lnTo>
                                  <a:pt x="34" y="13"/>
                                </a:lnTo>
                                <a:lnTo>
                                  <a:pt x="44" y="11"/>
                                </a:lnTo>
                                <a:lnTo>
                                  <a:pt x="48" y="12"/>
                                </a:lnTo>
                                <a:lnTo>
                                  <a:pt x="63" y="9"/>
                                </a:lnTo>
                                <a:lnTo>
                                  <a:pt x="63" y="4"/>
                                </a:lnTo>
                                <a:lnTo>
                                  <a:pt x="47" y="1"/>
                                </a:lnTo>
                                <a:lnTo>
                                  <a:pt x="40" y="1"/>
                                </a:lnTo>
                                <a:lnTo>
                                  <a:pt x="20" y="0"/>
                                </a:lnTo>
                                <a:lnTo>
                                  <a:pt x="11" y="1"/>
                                </a:lnTo>
                                <a:lnTo>
                                  <a:pt x="1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7" y="17"/>
                                </a:lnTo>
                                <a:lnTo>
                                  <a:pt x="1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72207445" name="Freeform 98">
                          <a:extLst>
                            <a:ext uri="{FF2B5EF4-FFF2-40B4-BE49-F238E27FC236}">
                              <a16:creationId xmlns:a16="http://schemas.microsoft.com/office/drawing/2014/main" id="{D862BEAD-3B93-BD21-DEB7-A7DB2EE063C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44" y="370"/>
                            <a:ext cx="377" cy="102"/>
                          </a:xfrm>
                          <a:custGeom>
                            <a:avLst/>
                            <a:gdLst>
                              <a:gd name="T0" fmla="*/ 395 w 63"/>
                              <a:gd name="T1" fmla="*/ 576 h 17"/>
                              <a:gd name="T2" fmla="*/ 934 w 63"/>
                              <a:gd name="T3" fmla="*/ 432 h 17"/>
                              <a:gd name="T4" fmla="*/ 1215 w 63"/>
                              <a:gd name="T5" fmla="*/ 468 h 17"/>
                              <a:gd name="T6" fmla="*/ 1574 w 63"/>
                              <a:gd name="T7" fmla="*/ 396 h 17"/>
                              <a:gd name="T8" fmla="*/ 1717 w 63"/>
                              <a:gd name="T9" fmla="*/ 432 h 17"/>
                              <a:gd name="T10" fmla="*/ 2256 w 63"/>
                              <a:gd name="T11" fmla="*/ 324 h 17"/>
                              <a:gd name="T12" fmla="*/ 2256 w 63"/>
                              <a:gd name="T13" fmla="*/ 144 h 17"/>
                              <a:gd name="T14" fmla="*/ 1682 w 63"/>
                              <a:gd name="T15" fmla="*/ 36 h 17"/>
                              <a:gd name="T16" fmla="*/ 1430 w 63"/>
                              <a:gd name="T17" fmla="*/ 36 h 17"/>
                              <a:gd name="T18" fmla="*/ 718 w 63"/>
                              <a:gd name="T19" fmla="*/ 0 h 17"/>
                              <a:gd name="T20" fmla="*/ 395 w 63"/>
                              <a:gd name="T21" fmla="*/ 36 h 17"/>
                              <a:gd name="T22" fmla="*/ 395 w 63"/>
                              <a:gd name="T23" fmla="*/ 108 h 17"/>
                              <a:gd name="T24" fmla="*/ 0 w 63"/>
                              <a:gd name="T25" fmla="*/ 180 h 17"/>
                              <a:gd name="T26" fmla="*/ 0 w 63"/>
                              <a:gd name="T27" fmla="*/ 432 h 17"/>
                              <a:gd name="T28" fmla="*/ 251 w 63"/>
                              <a:gd name="T29" fmla="*/ 612 h 17"/>
                              <a:gd name="T30" fmla="*/ 395 w 63"/>
                              <a:gd name="T31" fmla="*/ 576 h 17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63"/>
                              <a:gd name="T49" fmla="*/ 0 h 17"/>
                              <a:gd name="T50" fmla="*/ 63 w 63"/>
                              <a:gd name="T51" fmla="*/ 17 h 17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63" h="17">
                                <a:moveTo>
                                  <a:pt x="11" y="16"/>
                                </a:moveTo>
                                <a:lnTo>
                                  <a:pt x="26" y="12"/>
                                </a:lnTo>
                                <a:lnTo>
                                  <a:pt x="34" y="13"/>
                                </a:lnTo>
                                <a:lnTo>
                                  <a:pt x="44" y="11"/>
                                </a:lnTo>
                                <a:lnTo>
                                  <a:pt x="48" y="12"/>
                                </a:lnTo>
                                <a:lnTo>
                                  <a:pt x="63" y="9"/>
                                </a:lnTo>
                                <a:lnTo>
                                  <a:pt x="63" y="4"/>
                                </a:lnTo>
                                <a:lnTo>
                                  <a:pt x="47" y="1"/>
                                </a:lnTo>
                                <a:lnTo>
                                  <a:pt x="40" y="1"/>
                                </a:lnTo>
                                <a:lnTo>
                                  <a:pt x="20" y="0"/>
                                </a:lnTo>
                                <a:lnTo>
                                  <a:pt x="11" y="1"/>
                                </a:lnTo>
                                <a:lnTo>
                                  <a:pt x="1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7" y="17"/>
                                </a:lnTo>
                                <a:lnTo>
                                  <a:pt x="11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7858479" name="Freeform 99">
                          <a:extLst>
                            <a:ext uri="{FF2B5EF4-FFF2-40B4-BE49-F238E27FC236}">
                              <a16:creationId xmlns:a16="http://schemas.microsoft.com/office/drawing/2014/main" id="{91AC500A-0BD5-4BEF-50D4-31D80ABFDEC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83" y="1272"/>
                            <a:ext cx="143" cy="257"/>
                          </a:xfrm>
                          <a:custGeom>
                            <a:avLst/>
                            <a:gdLst>
                              <a:gd name="T0" fmla="*/ 852 w 24"/>
                              <a:gd name="T1" fmla="*/ 143 h 43"/>
                              <a:gd name="T2" fmla="*/ 852 w 24"/>
                              <a:gd name="T3" fmla="*/ 1177 h 43"/>
                              <a:gd name="T4" fmla="*/ 816 w 24"/>
                              <a:gd name="T5" fmla="*/ 1393 h 43"/>
                              <a:gd name="T6" fmla="*/ 709 w 24"/>
                              <a:gd name="T7" fmla="*/ 1500 h 43"/>
                              <a:gd name="T8" fmla="*/ 459 w 24"/>
                              <a:gd name="T9" fmla="*/ 1536 h 43"/>
                              <a:gd name="T10" fmla="*/ 215 w 24"/>
                              <a:gd name="T11" fmla="*/ 1500 h 43"/>
                              <a:gd name="T12" fmla="*/ 143 w 24"/>
                              <a:gd name="T13" fmla="*/ 1464 h 43"/>
                              <a:gd name="T14" fmla="*/ 72 w 24"/>
                              <a:gd name="T15" fmla="*/ 1428 h 43"/>
                              <a:gd name="T16" fmla="*/ 0 w 24"/>
                              <a:gd name="T17" fmla="*/ 1213 h 43"/>
                              <a:gd name="T18" fmla="*/ 0 w 24"/>
                              <a:gd name="T19" fmla="*/ 0 h 43"/>
                              <a:gd name="T20" fmla="*/ 852 w 24"/>
                              <a:gd name="T21" fmla="*/ 143 h 43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24"/>
                              <a:gd name="T34" fmla="*/ 0 h 43"/>
                              <a:gd name="T35" fmla="*/ 24 w 24"/>
                              <a:gd name="T36" fmla="*/ 43 h 43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24" h="43">
                                <a:moveTo>
                                  <a:pt x="24" y="4"/>
                                </a:moveTo>
                                <a:lnTo>
                                  <a:pt x="24" y="33"/>
                                </a:lnTo>
                                <a:lnTo>
                                  <a:pt x="23" y="39"/>
                                </a:lnTo>
                                <a:lnTo>
                                  <a:pt x="20" y="42"/>
                                </a:lnTo>
                                <a:lnTo>
                                  <a:pt x="13" y="43"/>
                                </a:lnTo>
                                <a:lnTo>
                                  <a:pt x="6" y="42"/>
                                </a:lnTo>
                                <a:lnTo>
                                  <a:pt x="4" y="41"/>
                                </a:lnTo>
                                <a:lnTo>
                                  <a:pt x="2" y="40"/>
                                </a:lnTo>
                                <a:lnTo>
                                  <a:pt x="0" y="34"/>
                                </a:lnTo>
                                <a:lnTo>
                                  <a:pt x="0" y="0"/>
                                </a:lnTo>
                                <a:lnTo>
                                  <a:pt x="2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67835435" name="Freeform 100">
                          <a:extLst>
                            <a:ext uri="{FF2B5EF4-FFF2-40B4-BE49-F238E27FC236}">
                              <a16:creationId xmlns:a16="http://schemas.microsoft.com/office/drawing/2014/main" id="{C6DE663E-9F3E-4892-9E7F-60FEFE91E97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83" y="1272"/>
                            <a:ext cx="143" cy="257"/>
                          </a:xfrm>
                          <a:custGeom>
                            <a:avLst/>
                            <a:gdLst>
                              <a:gd name="T0" fmla="*/ 852 w 24"/>
                              <a:gd name="T1" fmla="*/ 143 h 43"/>
                              <a:gd name="T2" fmla="*/ 852 w 24"/>
                              <a:gd name="T3" fmla="*/ 1177 h 43"/>
                              <a:gd name="T4" fmla="*/ 816 w 24"/>
                              <a:gd name="T5" fmla="*/ 1393 h 43"/>
                              <a:gd name="T6" fmla="*/ 709 w 24"/>
                              <a:gd name="T7" fmla="*/ 1500 h 43"/>
                              <a:gd name="T8" fmla="*/ 459 w 24"/>
                              <a:gd name="T9" fmla="*/ 1536 h 43"/>
                              <a:gd name="T10" fmla="*/ 215 w 24"/>
                              <a:gd name="T11" fmla="*/ 1500 h 43"/>
                              <a:gd name="T12" fmla="*/ 143 w 24"/>
                              <a:gd name="T13" fmla="*/ 1464 h 43"/>
                              <a:gd name="T14" fmla="*/ 72 w 24"/>
                              <a:gd name="T15" fmla="*/ 1428 h 43"/>
                              <a:gd name="T16" fmla="*/ 0 w 24"/>
                              <a:gd name="T17" fmla="*/ 1213 h 43"/>
                              <a:gd name="T18" fmla="*/ 0 w 24"/>
                              <a:gd name="T19" fmla="*/ 0 h 43"/>
                              <a:gd name="T20" fmla="*/ 852 w 24"/>
                              <a:gd name="T21" fmla="*/ 143 h 43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24"/>
                              <a:gd name="T34" fmla="*/ 0 h 43"/>
                              <a:gd name="T35" fmla="*/ 24 w 24"/>
                              <a:gd name="T36" fmla="*/ 43 h 43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24" h="43">
                                <a:moveTo>
                                  <a:pt x="24" y="4"/>
                                </a:moveTo>
                                <a:lnTo>
                                  <a:pt x="24" y="33"/>
                                </a:lnTo>
                                <a:lnTo>
                                  <a:pt x="23" y="39"/>
                                </a:lnTo>
                                <a:lnTo>
                                  <a:pt x="20" y="42"/>
                                </a:lnTo>
                                <a:lnTo>
                                  <a:pt x="13" y="43"/>
                                </a:lnTo>
                                <a:lnTo>
                                  <a:pt x="6" y="42"/>
                                </a:lnTo>
                                <a:lnTo>
                                  <a:pt x="4" y="41"/>
                                </a:lnTo>
                                <a:lnTo>
                                  <a:pt x="2" y="40"/>
                                </a:lnTo>
                                <a:lnTo>
                                  <a:pt x="0" y="34"/>
                                </a:lnTo>
                                <a:lnTo>
                                  <a:pt x="0" y="0"/>
                                </a:lnTo>
                                <a:lnTo>
                                  <a:pt x="24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615776" name="Freeform 101">
                          <a:extLst>
                            <a:ext uri="{FF2B5EF4-FFF2-40B4-BE49-F238E27FC236}">
                              <a16:creationId xmlns:a16="http://schemas.microsoft.com/office/drawing/2014/main" id="{165B327C-F571-DF9D-7337-71EBDB7FE1B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" y="1201"/>
                            <a:ext cx="436" cy="322"/>
                          </a:xfrm>
                          <a:custGeom>
                            <a:avLst/>
                            <a:gdLst>
                              <a:gd name="T0" fmla="*/ 1535 w 73"/>
                              <a:gd name="T1" fmla="*/ 745 h 54"/>
                              <a:gd name="T2" fmla="*/ 890 w 73"/>
                              <a:gd name="T3" fmla="*/ 1777 h 54"/>
                              <a:gd name="T4" fmla="*/ 818 w 73"/>
                              <a:gd name="T5" fmla="*/ 1849 h 54"/>
                              <a:gd name="T6" fmla="*/ 711 w 73"/>
                              <a:gd name="T7" fmla="*/ 1920 h 54"/>
                              <a:gd name="T8" fmla="*/ 430 w 73"/>
                              <a:gd name="T9" fmla="*/ 1920 h 54"/>
                              <a:gd name="T10" fmla="*/ 108 w 73"/>
                              <a:gd name="T11" fmla="*/ 1741 h 54"/>
                              <a:gd name="T12" fmla="*/ 0 w 73"/>
                              <a:gd name="T13" fmla="*/ 1562 h 54"/>
                              <a:gd name="T14" fmla="*/ 36 w 73"/>
                              <a:gd name="T15" fmla="*/ 1455 h 54"/>
                              <a:gd name="T16" fmla="*/ 72 w 73"/>
                              <a:gd name="T17" fmla="*/ 1389 h 54"/>
                              <a:gd name="T18" fmla="*/ 962 w 73"/>
                              <a:gd name="T19" fmla="*/ 0 h 54"/>
                              <a:gd name="T20" fmla="*/ 2604 w 73"/>
                              <a:gd name="T21" fmla="*/ 394 h 54"/>
                              <a:gd name="T22" fmla="*/ 1535 w 73"/>
                              <a:gd name="T23" fmla="*/ 745 h 54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73"/>
                              <a:gd name="T37" fmla="*/ 0 h 54"/>
                              <a:gd name="T38" fmla="*/ 73 w 73"/>
                              <a:gd name="T39" fmla="*/ 54 h 54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73" h="54">
                                <a:moveTo>
                                  <a:pt x="43" y="21"/>
                                </a:moveTo>
                                <a:lnTo>
                                  <a:pt x="25" y="50"/>
                                </a:lnTo>
                                <a:lnTo>
                                  <a:pt x="23" y="52"/>
                                </a:lnTo>
                                <a:lnTo>
                                  <a:pt x="20" y="54"/>
                                </a:lnTo>
                                <a:lnTo>
                                  <a:pt x="12" y="54"/>
                                </a:lnTo>
                                <a:lnTo>
                                  <a:pt x="3" y="49"/>
                                </a:lnTo>
                                <a:lnTo>
                                  <a:pt x="0" y="44"/>
                                </a:lnTo>
                                <a:lnTo>
                                  <a:pt x="1" y="41"/>
                                </a:lnTo>
                                <a:lnTo>
                                  <a:pt x="2" y="39"/>
                                </a:lnTo>
                                <a:lnTo>
                                  <a:pt x="27" y="0"/>
                                </a:lnTo>
                                <a:lnTo>
                                  <a:pt x="73" y="11"/>
                                </a:lnTo>
                                <a:lnTo>
                                  <a:pt x="43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3779219" name="Freeform 102">
                          <a:extLst>
                            <a:ext uri="{FF2B5EF4-FFF2-40B4-BE49-F238E27FC236}">
                              <a16:creationId xmlns:a16="http://schemas.microsoft.com/office/drawing/2014/main" id="{4892F053-BF22-657F-235F-3FDF47C5A1A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" y="1201"/>
                            <a:ext cx="436" cy="322"/>
                          </a:xfrm>
                          <a:custGeom>
                            <a:avLst/>
                            <a:gdLst>
                              <a:gd name="T0" fmla="*/ 1535 w 73"/>
                              <a:gd name="T1" fmla="*/ 745 h 54"/>
                              <a:gd name="T2" fmla="*/ 890 w 73"/>
                              <a:gd name="T3" fmla="*/ 1777 h 54"/>
                              <a:gd name="T4" fmla="*/ 818 w 73"/>
                              <a:gd name="T5" fmla="*/ 1849 h 54"/>
                              <a:gd name="T6" fmla="*/ 711 w 73"/>
                              <a:gd name="T7" fmla="*/ 1920 h 54"/>
                              <a:gd name="T8" fmla="*/ 430 w 73"/>
                              <a:gd name="T9" fmla="*/ 1920 h 54"/>
                              <a:gd name="T10" fmla="*/ 108 w 73"/>
                              <a:gd name="T11" fmla="*/ 1741 h 54"/>
                              <a:gd name="T12" fmla="*/ 0 w 73"/>
                              <a:gd name="T13" fmla="*/ 1562 h 54"/>
                              <a:gd name="T14" fmla="*/ 36 w 73"/>
                              <a:gd name="T15" fmla="*/ 1455 h 54"/>
                              <a:gd name="T16" fmla="*/ 72 w 73"/>
                              <a:gd name="T17" fmla="*/ 1389 h 54"/>
                              <a:gd name="T18" fmla="*/ 962 w 73"/>
                              <a:gd name="T19" fmla="*/ 0 h 54"/>
                              <a:gd name="T20" fmla="*/ 2604 w 73"/>
                              <a:gd name="T21" fmla="*/ 394 h 54"/>
                              <a:gd name="T22" fmla="*/ 1535 w 73"/>
                              <a:gd name="T23" fmla="*/ 745 h 54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w 73"/>
                              <a:gd name="T37" fmla="*/ 0 h 54"/>
                              <a:gd name="T38" fmla="*/ 73 w 73"/>
                              <a:gd name="T39" fmla="*/ 54 h 54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T36" t="T37" r="T38" b="T39"/>
                            <a:pathLst>
                              <a:path w="73" h="54">
                                <a:moveTo>
                                  <a:pt x="43" y="21"/>
                                </a:moveTo>
                                <a:lnTo>
                                  <a:pt x="25" y="50"/>
                                </a:lnTo>
                                <a:lnTo>
                                  <a:pt x="23" y="52"/>
                                </a:lnTo>
                                <a:lnTo>
                                  <a:pt x="20" y="54"/>
                                </a:lnTo>
                                <a:lnTo>
                                  <a:pt x="12" y="54"/>
                                </a:lnTo>
                                <a:lnTo>
                                  <a:pt x="3" y="49"/>
                                </a:lnTo>
                                <a:lnTo>
                                  <a:pt x="0" y="44"/>
                                </a:lnTo>
                                <a:lnTo>
                                  <a:pt x="1" y="41"/>
                                </a:lnTo>
                                <a:lnTo>
                                  <a:pt x="2" y="39"/>
                                </a:lnTo>
                                <a:lnTo>
                                  <a:pt x="27" y="0"/>
                                </a:lnTo>
                                <a:lnTo>
                                  <a:pt x="73" y="11"/>
                                </a:lnTo>
                                <a:lnTo>
                                  <a:pt x="43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9988491" name="Freeform 103">
                          <a:extLst>
                            <a:ext uri="{FF2B5EF4-FFF2-40B4-BE49-F238E27FC236}">
                              <a16:creationId xmlns:a16="http://schemas.microsoft.com/office/drawing/2014/main" id="{07881E06-634F-0E4F-C96E-BD8F862ABE7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32" y="1344"/>
                            <a:ext cx="161" cy="126"/>
                          </a:xfrm>
                          <a:custGeom>
                            <a:avLst/>
                            <a:gdLst>
                              <a:gd name="T0" fmla="*/ 853 w 27"/>
                              <a:gd name="T1" fmla="*/ 720 h 21"/>
                              <a:gd name="T2" fmla="*/ 781 w 27"/>
                              <a:gd name="T3" fmla="*/ 756 h 21"/>
                              <a:gd name="T4" fmla="*/ 0 w 27"/>
                              <a:gd name="T5" fmla="*/ 288 h 21"/>
                              <a:gd name="T6" fmla="*/ 0 w 27"/>
                              <a:gd name="T7" fmla="*/ 252 h 21"/>
                              <a:gd name="T8" fmla="*/ 143 w 27"/>
                              <a:gd name="T9" fmla="*/ 0 h 21"/>
                              <a:gd name="T10" fmla="*/ 960 w 27"/>
                              <a:gd name="T11" fmla="*/ 504 h 21"/>
                              <a:gd name="T12" fmla="*/ 853 w 27"/>
                              <a:gd name="T13" fmla="*/ 720 h 2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27"/>
                              <a:gd name="T22" fmla="*/ 0 h 21"/>
                              <a:gd name="T23" fmla="*/ 27 w 27"/>
                              <a:gd name="T24" fmla="*/ 21 h 21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27" h="21">
                                <a:moveTo>
                                  <a:pt x="24" y="20"/>
                                </a:moveTo>
                                <a:lnTo>
                                  <a:pt x="22" y="21"/>
                                </a:lnTo>
                                <a:lnTo>
                                  <a:pt x="0" y="8"/>
                                </a:lnTo>
                                <a:lnTo>
                                  <a:pt x="0" y="7"/>
                                </a:lnTo>
                                <a:lnTo>
                                  <a:pt x="4" y="0"/>
                                </a:lnTo>
                                <a:lnTo>
                                  <a:pt x="27" y="14"/>
                                </a:lnTo>
                                <a:lnTo>
                                  <a:pt x="24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23618036" name="Freeform 104">
                          <a:extLst>
                            <a:ext uri="{FF2B5EF4-FFF2-40B4-BE49-F238E27FC236}">
                              <a16:creationId xmlns:a16="http://schemas.microsoft.com/office/drawing/2014/main" id="{03E8FA3A-6F0E-883F-C6D6-0BF9351682C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32" y="1344"/>
                            <a:ext cx="161" cy="126"/>
                          </a:xfrm>
                          <a:custGeom>
                            <a:avLst/>
                            <a:gdLst>
                              <a:gd name="T0" fmla="*/ 853 w 27"/>
                              <a:gd name="T1" fmla="*/ 720 h 21"/>
                              <a:gd name="T2" fmla="*/ 781 w 27"/>
                              <a:gd name="T3" fmla="*/ 756 h 21"/>
                              <a:gd name="T4" fmla="*/ 0 w 27"/>
                              <a:gd name="T5" fmla="*/ 288 h 21"/>
                              <a:gd name="T6" fmla="*/ 0 w 27"/>
                              <a:gd name="T7" fmla="*/ 252 h 21"/>
                              <a:gd name="T8" fmla="*/ 143 w 27"/>
                              <a:gd name="T9" fmla="*/ 0 h 21"/>
                              <a:gd name="T10" fmla="*/ 960 w 27"/>
                              <a:gd name="T11" fmla="*/ 504 h 21"/>
                              <a:gd name="T12" fmla="*/ 853 w 27"/>
                              <a:gd name="T13" fmla="*/ 720 h 2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27"/>
                              <a:gd name="T22" fmla="*/ 0 h 21"/>
                              <a:gd name="T23" fmla="*/ 27 w 27"/>
                              <a:gd name="T24" fmla="*/ 21 h 21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27" h="21">
                                <a:moveTo>
                                  <a:pt x="24" y="20"/>
                                </a:moveTo>
                                <a:lnTo>
                                  <a:pt x="22" y="21"/>
                                </a:lnTo>
                                <a:lnTo>
                                  <a:pt x="0" y="8"/>
                                </a:lnTo>
                                <a:lnTo>
                                  <a:pt x="0" y="7"/>
                                </a:lnTo>
                                <a:lnTo>
                                  <a:pt x="4" y="0"/>
                                </a:lnTo>
                                <a:lnTo>
                                  <a:pt x="27" y="14"/>
                                </a:lnTo>
                                <a:lnTo>
                                  <a:pt x="24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364959" name="Freeform 105">
                          <a:extLst>
                            <a:ext uri="{FF2B5EF4-FFF2-40B4-BE49-F238E27FC236}">
                              <a16:creationId xmlns:a16="http://schemas.microsoft.com/office/drawing/2014/main" id="{850E2171-14E7-DFB1-CD87-0DB23F95482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1404"/>
                            <a:ext cx="161" cy="72"/>
                          </a:xfrm>
                          <a:custGeom>
                            <a:avLst/>
                            <a:gdLst>
                              <a:gd name="T0" fmla="*/ 36 w 27"/>
                              <a:gd name="T1" fmla="*/ 36 h 12"/>
                              <a:gd name="T2" fmla="*/ 72 w 27"/>
                              <a:gd name="T3" fmla="*/ 108 h 12"/>
                              <a:gd name="T4" fmla="*/ 107 w 27"/>
                              <a:gd name="T5" fmla="*/ 144 h 12"/>
                              <a:gd name="T6" fmla="*/ 286 w 27"/>
                              <a:gd name="T7" fmla="*/ 216 h 12"/>
                              <a:gd name="T8" fmla="*/ 465 w 27"/>
                              <a:gd name="T9" fmla="*/ 216 h 12"/>
                              <a:gd name="T10" fmla="*/ 674 w 27"/>
                              <a:gd name="T11" fmla="*/ 180 h 12"/>
                              <a:gd name="T12" fmla="*/ 888 w 27"/>
                              <a:gd name="T13" fmla="*/ 108 h 12"/>
                              <a:gd name="T14" fmla="*/ 888 w 27"/>
                              <a:gd name="T15" fmla="*/ 0 h 12"/>
                              <a:gd name="T16" fmla="*/ 960 w 27"/>
                              <a:gd name="T17" fmla="*/ 72 h 12"/>
                              <a:gd name="T18" fmla="*/ 960 w 27"/>
                              <a:gd name="T19" fmla="*/ 288 h 12"/>
                              <a:gd name="T20" fmla="*/ 888 w 27"/>
                              <a:gd name="T21" fmla="*/ 360 h 12"/>
                              <a:gd name="T22" fmla="*/ 817 w 27"/>
                              <a:gd name="T23" fmla="*/ 396 h 12"/>
                              <a:gd name="T24" fmla="*/ 566 w 27"/>
                              <a:gd name="T25" fmla="*/ 432 h 12"/>
                              <a:gd name="T26" fmla="*/ 358 w 27"/>
                              <a:gd name="T27" fmla="*/ 432 h 12"/>
                              <a:gd name="T28" fmla="*/ 215 w 27"/>
                              <a:gd name="T29" fmla="*/ 396 h 12"/>
                              <a:gd name="T30" fmla="*/ 36 w 27"/>
                              <a:gd name="T31" fmla="*/ 360 h 12"/>
                              <a:gd name="T32" fmla="*/ 0 w 27"/>
                              <a:gd name="T33" fmla="*/ 288 h 12"/>
                              <a:gd name="T34" fmla="*/ 0 w 27"/>
                              <a:gd name="T35" fmla="*/ 72 h 12"/>
                              <a:gd name="T36" fmla="*/ 36 w 27"/>
                              <a:gd name="T37" fmla="*/ 36 h 12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27"/>
                              <a:gd name="T58" fmla="*/ 0 h 12"/>
                              <a:gd name="T59" fmla="*/ 27 w 27"/>
                              <a:gd name="T60" fmla="*/ 12 h 12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27" h="12">
                                <a:moveTo>
                                  <a:pt x="1" y="1"/>
                                </a:moveTo>
                                <a:lnTo>
                                  <a:pt x="2" y="3"/>
                                </a:lnTo>
                                <a:lnTo>
                                  <a:pt x="3" y="4"/>
                                </a:lnTo>
                                <a:lnTo>
                                  <a:pt x="8" y="6"/>
                                </a:lnTo>
                                <a:lnTo>
                                  <a:pt x="13" y="6"/>
                                </a:lnTo>
                                <a:lnTo>
                                  <a:pt x="19" y="5"/>
                                </a:lnTo>
                                <a:lnTo>
                                  <a:pt x="25" y="3"/>
                                </a:lnTo>
                                <a:lnTo>
                                  <a:pt x="25" y="0"/>
                                </a:lnTo>
                                <a:lnTo>
                                  <a:pt x="27" y="2"/>
                                </a:lnTo>
                                <a:lnTo>
                                  <a:pt x="27" y="8"/>
                                </a:lnTo>
                                <a:lnTo>
                                  <a:pt x="25" y="10"/>
                                </a:lnTo>
                                <a:lnTo>
                                  <a:pt x="23" y="11"/>
                                </a:lnTo>
                                <a:lnTo>
                                  <a:pt x="16" y="12"/>
                                </a:lnTo>
                                <a:lnTo>
                                  <a:pt x="10" y="12"/>
                                </a:lnTo>
                                <a:lnTo>
                                  <a:pt x="6" y="11"/>
                                </a:lnTo>
                                <a:lnTo>
                                  <a:pt x="1" y="10"/>
                                </a:lnTo>
                                <a:lnTo>
                                  <a:pt x="0" y="8"/>
                                </a:lnTo>
                                <a:lnTo>
                                  <a:pt x="0" y="2"/>
                                </a:ln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0442227" name="Freeform 106">
                          <a:extLst>
                            <a:ext uri="{FF2B5EF4-FFF2-40B4-BE49-F238E27FC236}">
                              <a16:creationId xmlns:a16="http://schemas.microsoft.com/office/drawing/2014/main" id="{940A9A0D-D589-473B-B393-7613C5D331E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1404"/>
                            <a:ext cx="161" cy="72"/>
                          </a:xfrm>
                          <a:custGeom>
                            <a:avLst/>
                            <a:gdLst>
                              <a:gd name="T0" fmla="*/ 36 w 27"/>
                              <a:gd name="T1" fmla="*/ 36 h 12"/>
                              <a:gd name="T2" fmla="*/ 72 w 27"/>
                              <a:gd name="T3" fmla="*/ 108 h 12"/>
                              <a:gd name="T4" fmla="*/ 107 w 27"/>
                              <a:gd name="T5" fmla="*/ 144 h 12"/>
                              <a:gd name="T6" fmla="*/ 286 w 27"/>
                              <a:gd name="T7" fmla="*/ 216 h 12"/>
                              <a:gd name="T8" fmla="*/ 465 w 27"/>
                              <a:gd name="T9" fmla="*/ 216 h 12"/>
                              <a:gd name="T10" fmla="*/ 674 w 27"/>
                              <a:gd name="T11" fmla="*/ 180 h 12"/>
                              <a:gd name="T12" fmla="*/ 888 w 27"/>
                              <a:gd name="T13" fmla="*/ 108 h 12"/>
                              <a:gd name="T14" fmla="*/ 888 w 27"/>
                              <a:gd name="T15" fmla="*/ 0 h 12"/>
                              <a:gd name="T16" fmla="*/ 960 w 27"/>
                              <a:gd name="T17" fmla="*/ 72 h 12"/>
                              <a:gd name="T18" fmla="*/ 960 w 27"/>
                              <a:gd name="T19" fmla="*/ 288 h 12"/>
                              <a:gd name="T20" fmla="*/ 888 w 27"/>
                              <a:gd name="T21" fmla="*/ 360 h 12"/>
                              <a:gd name="T22" fmla="*/ 817 w 27"/>
                              <a:gd name="T23" fmla="*/ 396 h 12"/>
                              <a:gd name="T24" fmla="*/ 566 w 27"/>
                              <a:gd name="T25" fmla="*/ 432 h 12"/>
                              <a:gd name="T26" fmla="*/ 358 w 27"/>
                              <a:gd name="T27" fmla="*/ 432 h 12"/>
                              <a:gd name="T28" fmla="*/ 215 w 27"/>
                              <a:gd name="T29" fmla="*/ 396 h 12"/>
                              <a:gd name="T30" fmla="*/ 36 w 27"/>
                              <a:gd name="T31" fmla="*/ 360 h 12"/>
                              <a:gd name="T32" fmla="*/ 0 w 27"/>
                              <a:gd name="T33" fmla="*/ 288 h 12"/>
                              <a:gd name="T34" fmla="*/ 0 w 27"/>
                              <a:gd name="T35" fmla="*/ 72 h 12"/>
                              <a:gd name="T36" fmla="*/ 36 w 27"/>
                              <a:gd name="T37" fmla="*/ 36 h 12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27"/>
                              <a:gd name="T58" fmla="*/ 0 h 12"/>
                              <a:gd name="T59" fmla="*/ 27 w 27"/>
                              <a:gd name="T60" fmla="*/ 12 h 12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27" h="12">
                                <a:moveTo>
                                  <a:pt x="1" y="1"/>
                                </a:moveTo>
                                <a:lnTo>
                                  <a:pt x="2" y="3"/>
                                </a:lnTo>
                                <a:lnTo>
                                  <a:pt x="3" y="4"/>
                                </a:lnTo>
                                <a:lnTo>
                                  <a:pt x="8" y="6"/>
                                </a:lnTo>
                                <a:lnTo>
                                  <a:pt x="13" y="6"/>
                                </a:lnTo>
                                <a:lnTo>
                                  <a:pt x="19" y="5"/>
                                </a:lnTo>
                                <a:lnTo>
                                  <a:pt x="25" y="3"/>
                                </a:lnTo>
                                <a:lnTo>
                                  <a:pt x="25" y="0"/>
                                </a:lnTo>
                                <a:lnTo>
                                  <a:pt x="27" y="2"/>
                                </a:lnTo>
                                <a:lnTo>
                                  <a:pt x="27" y="8"/>
                                </a:lnTo>
                                <a:lnTo>
                                  <a:pt x="25" y="10"/>
                                </a:lnTo>
                                <a:lnTo>
                                  <a:pt x="23" y="11"/>
                                </a:lnTo>
                                <a:lnTo>
                                  <a:pt x="16" y="12"/>
                                </a:lnTo>
                                <a:lnTo>
                                  <a:pt x="10" y="12"/>
                                </a:lnTo>
                                <a:lnTo>
                                  <a:pt x="6" y="11"/>
                                </a:lnTo>
                                <a:lnTo>
                                  <a:pt x="1" y="10"/>
                                </a:lnTo>
                                <a:lnTo>
                                  <a:pt x="0" y="8"/>
                                </a:lnTo>
                                <a:lnTo>
                                  <a:pt x="0" y="2"/>
                                </a:ln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041594" name="Freeform 107">
                          <a:extLst>
                            <a:ext uri="{FF2B5EF4-FFF2-40B4-BE49-F238E27FC236}">
                              <a16:creationId xmlns:a16="http://schemas.microsoft.com/office/drawing/2014/main" id="{40FC5975-6A27-FD9F-6B86-232B28B9F7E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0" y="1219"/>
                            <a:ext cx="322" cy="143"/>
                          </a:xfrm>
                          <a:custGeom>
                            <a:avLst/>
                            <a:gdLst>
                              <a:gd name="T0" fmla="*/ 1920 w 54"/>
                              <a:gd name="T1" fmla="*/ 745 h 24"/>
                              <a:gd name="T2" fmla="*/ 1813 w 54"/>
                              <a:gd name="T3" fmla="*/ 816 h 24"/>
                              <a:gd name="T4" fmla="*/ 1527 w 54"/>
                              <a:gd name="T5" fmla="*/ 852 h 24"/>
                              <a:gd name="T6" fmla="*/ 1246 w 54"/>
                              <a:gd name="T7" fmla="*/ 816 h 24"/>
                              <a:gd name="T8" fmla="*/ 1139 w 54"/>
                              <a:gd name="T9" fmla="*/ 781 h 24"/>
                              <a:gd name="T10" fmla="*/ 960 w 54"/>
                              <a:gd name="T11" fmla="*/ 673 h 24"/>
                              <a:gd name="T12" fmla="*/ 853 w 54"/>
                              <a:gd name="T13" fmla="*/ 781 h 24"/>
                              <a:gd name="T14" fmla="*/ 745 w 54"/>
                              <a:gd name="T15" fmla="*/ 781 h 24"/>
                              <a:gd name="T16" fmla="*/ 0 w 54"/>
                              <a:gd name="T17" fmla="*/ 322 h 24"/>
                              <a:gd name="T18" fmla="*/ 0 w 54"/>
                              <a:gd name="T19" fmla="*/ 286 h 24"/>
                              <a:gd name="T20" fmla="*/ 72 w 54"/>
                              <a:gd name="T21" fmla="*/ 36 h 24"/>
                              <a:gd name="T22" fmla="*/ 250 w 54"/>
                              <a:gd name="T23" fmla="*/ 0 h 24"/>
                              <a:gd name="T24" fmla="*/ 1067 w 54"/>
                              <a:gd name="T25" fmla="*/ 459 h 24"/>
                              <a:gd name="T26" fmla="*/ 1067 w 54"/>
                              <a:gd name="T27" fmla="*/ 530 h 24"/>
                              <a:gd name="T28" fmla="*/ 1246 w 54"/>
                              <a:gd name="T29" fmla="*/ 602 h 24"/>
                              <a:gd name="T30" fmla="*/ 1491 w 54"/>
                              <a:gd name="T31" fmla="*/ 673 h 24"/>
                              <a:gd name="T32" fmla="*/ 1777 w 54"/>
                              <a:gd name="T33" fmla="*/ 602 h 24"/>
                              <a:gd name="T34" fmla="*/ 1920 w 54"/>
                              <a:gd name="T35" fmla="*/ 530 h 24"/>
                              <a:gd name="T36" fmla="*/ 1920 w 54"/>
                              <a:gd name="T37" fmla="*/ 745 h 2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54"/>
                              <a:gd name="T58" fmla="*/ 0 h 24"/>
                              <a:gd name="T59" fmla="*/ 54 w 54"/>
                              <a:gd name="T60" fmla="*/ 24 h 24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54" h="24">
                                <a:moveTo>
                                  <a:pt x="54" y="21"/>
                                </a:moveTo>
                                <a:lnTo>
                                  <a:pt x="51" y="23"/>
                                </a:lnTo>
                                <a:lnTo>
                                  <a:pt x="43" y="24"/>
                                </a:lnTo>
                                <a:lnTo>
                                  <a:pt x="35" y="23"/>
                                </a:lnTo>
                                <a:lnTo>
                                  <a:pt x="32" y="22"/>
                                </a:lnTo>
                                <a:lnTo>
                                  <a:pt x="27" y="19"/>
                                </a:lnTo>
                                <a:lnTo>
                                  <a:pt x="24" y="22"/>
                                </a:lnTo>
                                <a:lnTo>
                                  <a:pt x="21" y="22"/>
                                </a:lnTo>
                                <a:lnTo>
                                  <a:pt x="0" y="9"/>
                                </a:lnTo>
                                <a:lnTo>
                                  <a:pt x="0" y="8"/>
                                </a:lnTo>
                                <a:lnTo>
                                  <a:pt x="2" y="1"/>
                                </a:lnTo>
                                <a:lnTo>
                                  <a:pt x="7" y="0"/>
                                </a:lnTo>
                                <a:lnTo>
                                  <a:pt x="30" y="13"/>
                                </a:lnTo>
                                <a:lnTo>
                                  <a:pt x="30" y="15"/>
                                </a:lnTo>
                                <a:lnTo>
                                  <a:pt x="35" y="17"/>
                                </a:lnTo>
                                <a:lnTo>
                                  <a:pt x="42" y="19"/>
                                </a:lnTo>
                                <a:lnTo>
                                  <a:pt x="50" y="17"/>
                                </a:lnTo>
                                <a:lnTo>
                                  <a:pt x="54" y="15"/>
                                </a:lnTo>
                                <a:lnTo>
                                  <a:pt x="54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41562895" name="Freeform 108">
                          <a:extLst>
                            <a:ext uri="{FF2B5EF4-FFF2-40B4-BE49-F238E27FC236}">
                              <a16:creationId xmlns:a16="http://schemas.microsoft.com/office/drawing/2014/main" id="{03258CBD-2507-1D08-76DD-2F853A904FF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0" y="1219"/>
                            <a:ext cx="322" cy="143"/>
                          </a:xfrm>
                          <a:custGeom>
                            <a:avLst/>
                            <a:gdLst>
                              <a:gd name="T0" fmla="*/ 1920 w 54"/>
                              <a:gd name="T1" fmla="*/ 745 h 24"/>
                              <a:gd name="T2" fmla="*/ 1813 w 54"/>
                              <a:gd name="T3" fmla="*/ 816 h 24"/>
                              <a:gd name="T4" fmla="*/ 1527 w 54"/>
                              <a:gd name="T5" fmla="*/ 852 h 24"/>
                              <a:gd name="T6" fmla="*/ 1246 w 54"/>
                              <a:gd name="T7" fmla="*/ 816 h 24"/>
                              <a:gd name="T8" fmla="*/ 1139 w 54"/>
                              <a:gd name="T9" fmla="*/ 781 h 24"/>
                              <a:gd name="T10" fmla="*/ 960 w 54"/>
                              <a:gd name="T11" fmla="*/ 673 h 24"/>
                              <a:gd name="T12" fmla="*/ 853 w 54"/>
                              <a:gd name="T13" fmla="*/ 781 h 24"/>
                              <a:gd name="T14" fmla="*/ 745 w 54"/>
                              <a:gd name="T15" fmla="*/ 781 h 24"/>
                              <a:gd name="T16" fmla="*/ 0 w 54"/>
                              <a:gd name="T17" fmla="*/ 322 h 24"/>
                              <a:gd name="T18" fmla="*/ 0 w 54"/>
                              <a:gd name="T19" fmla="*/ 286 h 24"/>
                              <a:gd name="T20" fmla="*/ 72 w 54"/>
                              <a:gd name="T21" fmla="*/ 36 h 24"/>
                              <a:gd name="T22" fmla="*/ 250 w 54"/>
                              <a:gd name="T23" fmla="*/ 0 h 24"/>
                              <a:gd name="T24" fmla="*/ 1067 w 54"/>
                              <a:gd name="T25" fmla="*/ 459 h 24"/>
                              <a:gd name="T26" fmla="*/ 1067 w 54"/>
                              <a:gd name="T27" fmla="*/ 530 h 24"/>
                              <a:gd name="T28" fmla="*/ 1246 w 54"/>
                              <a:gd name="T29" fmla="*/ 602 h 24"/>
                              <a:gd name="T30" fmla="*/ 1491 w 54"/>
                              <a:gd name="T31" fmla="*/ 673 h 24"/>
                              <a:gd name="T32" fmla="*/ 1777 w 54"/>
                              <a:gd name="T33" fmla="*/ 602 h 24"/>
                              <a:gd name="T34" fmla="*/ 1920 w 54"/>
                              <a:gd name="T35" fmla="*/ 530 h 24"/>
                              <a:gd name="T36" fmla="*/ 1920 w 54"/>
                              <a:gd name="T37" fmla="*/ 745 h 2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54"/>
                              <a:gd name="T58" fmla="*/ 0 h 24"/>
                              <a:gd name="T59" fmla="*/ 54 w 54"/>
                              <a:gd name="T60" fmla="*/ 24 h 24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54" h="24">
                                <a:moveTo>
                                  <a:pt x="54" y="21"/>
                                </a:moveTo>
                                <a:lnTo>
                                  <a:pt x="51" y="23"/>
                                </a:lnTo>
                                <a:lnTo>
                                  <a:pt x="43" y="24"/>
                                </a:lnTo>
                                <a:lnTo>
                                  <a:pt x="35" y="23"/>
                                </a:lnTo>
                                <a:lnTo>
                                  <a:pt x="32" y="22"/>
                                </a:lnTo>
                                <a:lnTo>
                                  <a:pt x="27" y="19"/>
                                </a:lnTo>
                                <a:lnTo>
                                  <a:pt x="24" y="22"/>
                                </a:lnTo>
                                <a:lnTo>
                                  <a:pt x="21" y="22"/>
                                </a:lnTo>
                                <a:lnTo>
                                  <a:pt x="0" y="9"/>
                                </a:lnTo>
                                <a:lnTo>
                                  <a:pt x="0" y="8"/>
                                </a:lnTo>
                                <a:lnTo>
                                  <a:pt x="2" y="1"/>
                                </a:lnTo>
                                <a:lnTo>
                                  <a:pt x="7" y="0"/>
                                </a:lnTo>
                                <a:lnTo>
                                  <a:pt x="30" y="13"/>
                                </a:lnTo>
                                <a:lnTo>
                                  <a:pt x="30" y="15"/>
                                </a:lnTo>
                                <a:lnTo>
                                  <a:pt x="35" y="17"/>
                                </a:lnTo>
                                <a:lnTo>
                                  <a:pt x="42" y="19"/>
                                </a:lnTo>
                                <a:lnTo>
                                  <a:pt x="50" y="17"/>
                                </a:lnTo>
                                <a:lnTo>
                                  <a:pt x="54" y="15"/>
                                </a:lnTo>
                                <a:lnTo>
                                  <a:pt x="54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021656" name="Freeform 109">
                          <a:extLst>
                            <a:ext uri="{FF2B5EF4-FFF2-40B4-BE49-F238E27FC236}">
                              <a16:creationId xmlns:a16="http://schemas.microsoft.com/office/drawing/2014/main" id="{A300A91D-9D13-3255-FD0F-30C451F9097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6" y="1135"/>
                            <a:ext cx="430" cy="167"/>
                          </a:xfrm>
                          <a:custGeom>
                            <a:avLst/>
                            <a:gdLst>
                              <a:gd name="T0" fmla="*/ 179 w 72"/>
                              <a:gd name="T1" fmla="*/ 0 h 28"/>
                              <a:gd name="T2" fmla="*/ 2496 w 72"/>
                              <a:gd name="T3" fmla="*/ 602 h 28"/>
                              <a:gd name="T4" fmla="*/ 2568 w 72"/>
                              <a:gd name="T5" fmla="*/ 924 h 28"/>
                              <a:gd name="T6" fmla="*/ 2568 w 72"/>
                              <a:gd name="T7" fmla="*/ 924 h 28"/>
                              <a:gd name="T8" fmla="*/ 2532 w 72"/>
                              <a:gd name="T9" fmla="*/ 924 h 28"/>
                              <a:gd name="T10" fmla="*/ 2389 w 72"/>
                              <a:gd name="T11" fmla="*/ 960 h 28"/>
                              <a:gd name="T12" fmla="*/ 2246 w 72"/>
                              <a:gd name="T13" fmla="*/ 960 h 28"/>
                              <a:gd name="T14" fmla="*/ 2066 w 72"/>
                              <a:gd name="T15" fmla="*/ 996 h 28"/>
                              <a:gd name="T16" fmla="*/ 1929 w 72"/>
                              <a:gd name="T17" fmla="*/ 996 h 28"/>
                              <a:gd name="T18" fmla="*/ 1786 w 72"/>
                              <a:gd name="T19" fmla="*/ 960 h 28"/>
                              <a:gd name="T20" fmla="*/ 1642 w 72"/>
                              <a:gd name="T21" fmla="*/ 960 h 28"/>
                              <a:gd name="T22" fmla="*/ 1463 w 72"/>
                              <a:gd name="T23" fmla="*/ 960 h 28"/>
                              <a:gd name="T24" fmla="*/ 1320 w 72"/>
                              <a:gd name="T25" fmla="*/ 924 h 28"/>
                              <a:gd name="T26" fmla="*/ 1177 w 72"/>
                              <a:gd name="T27" fmla="*/ 889 h 28"/>
                              <a:gd name="T28" fmla="*/ 1033 w 72"/>
                              <a:gd name="T29" fmla="*/ 853 h 28"/>
                              <a:gd name="T30" fmla="*/ 890 w 72"/>
                              <a:gd name="T31" fmla="*/ 781 h 28"/>
                              <a:gd name="T32" fmla="*/ 747 w 72"/>
                              <a:gd name="T33" fmla="*/ 710 h 28"/>
                              <a:gd name="T34" fmla="*/ 609 w 72"/>
                              <a:gd name="T35" fmla="*/ 674 h 28"/>
                              <a:gd name="T36" fmla="*/ 502 w 72"/>
                              <a:gd name="T37" fmla="*/ 602 h 28"/>
                              <a:gd name="T38" fmla="*/ 358 w 72"/>
                              <a:gd name="T39" fmla="*/ 501 h 28"/>
                              <a:gd name="T40" fmla="*/ 251 w 72"/>
                              <a:gd name="T41" fmla="*/ 429 h 28"/>
                              <a:gd name="T42" fmla="*/ 108 w 72"/>
                              <a:gd name="T43" fmla="*/ 322 h 28"/>
                              <a:gd name="T44" fmla="*/ 0 w 72"/>
                              <a:gd name="T45" fmla="*/ 251 h 28"/>
                              <a:gd name="T46" fmla="*/ 179 w 72"/>
                              <a:gd name="T47" fmla="*/ 0 h 2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w 72"/>
                              <a:gd name="T73" fmla="*/ 0 h 28"/>
                              <a:gd name="T74" fmla="*/ 72 w 72"/>
                              <a:gd name="T75" fmla="*/ 28 h 28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T72" t="T73" r="T74" b="T75"/>
                            <a:pathLst>
                              <a:path w="72" h="28">
                                <a:moveTo>
                                  <a:pt x="5" y="0"/>
                                </a:moveTo>
                                <a:lnTo>
                                  <a:pt x="70" y="17"/>
                                </a:lnTo>
                                <a:lnTo>
                                  <a:pt x="72" y="26"/>
                                </a:lnTo>
                                <a:lnTo>
                                  <a:pt x="71" y="26"/>
                                </a:lnTo>
                                <a:lnTo>
                                  <a:pt x="67" y="27"/>
                                </a:lnTo>
                                <a:lnTo>
                                  <a:pt x="63" y="27"/>
                                </a:lnTo>
                                <a:lnTo>
                                  <a:pt x="58" y="28"/>
                                </a:lnTo>
                                <a:lnTo>
                                  <a:pt x="54" y="28"/>
                                </a:lnTo>
                                <a:lnTo>
                                  <a:pt x="50" y="27"/>
                                </a:lnTo>
                                <a:lnTo>
                                  <a:pt x="46" y="27"/>
                                </a:lnTo>
                                <a:lnTo>
                                  <a:pt x="41" y="27"/>
                                </a:lnTo>
                                <a:lnTo>
                                  <a:pt x="37" y="26"/>
                                </a:lnTo>
                                <a:lnTo>
                                  <a:pt x="33" y="25"/>
                                </a:lnTo>
                                <a:lnTo>
                                  <a:pt x="29" y="24"/>
                                </a:lnTo>
                                <a:lnTo>
                                  <a:pt x="25" y="22"/>
                                </a:lnTo>
                                <a:lnTo>
                                  <a:pt x="21" y="20"/>
                                </a:lnTo>
                                <a:lnTo>
                                  <a:pt x="17" y="19"/>
                                </a:lnTo>
                                <a:lnTo>
                                  <a:pt x="14" y="17"/>
                                </a:lnTo>
                                <a:lnTo>
                                  <a:pt x="10" y="14"/>
                                </a:lnTo>
                                <a:lnTo>
                                  <a:pt x="7" y="12"/>
                                </a:lnTo>
                                <a:lnTo>
                                  <a:pt x="3" y="9"/>
                                </a:lnTo>
                                <a:lnTo>
                                  <a:pt x="0" y="7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1165034" name="Freeform 110">
                          <a:extLst>
                            <a:ext uri="{FF2B5EF4-FFF2-40B4-BE49-F238E27FC236}">
                              <a16:creationId xmlns:a16="http://schemas.microsoft.com/office/drawing/2014/main" id="{957700FF-DF12-5BBE-250A-40D2771C410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6" y="1135"/>
                            <a:ext cx="430" cy="167"/>
                          </a:xfrm>
                          <a:custGeom>
                            <a:avLst/>
                            <a:gdLst>
                              <a:gd name="T0" fmla="*/ 179 w 72"/>
                              <a:gd name="T1" fmla="*/ 0 h 28"/>
                              <a:gd name="T2" fmla="*/ 2496 w 72"/>
                              <a:gd name="T3" fmla="*/ 602 h 28"/>
                              <a:gd name="T4" fmla="*/ 2568 w 72"/>
                              <a:gd name="T5" fmla="*/ 924 h 28"/>
                              <a:gd name="T6" fmla="*/ 2568 w 72"/>
                              <a:gd name="T7" fmla="*/ 924 h 28"/>
                              <a:gd name="T8" fmla="*/ 2532 w 72"/>
                              <a:gd name="T9" fmla="*/ 924 h 28"/>
                              <a:gd name="T10" fmla="*/ 2389 w 72"/>
                              <a:gd name="T11" fmla="*/ 960 h 28"/>
                              <a:gd name="T12" fmla="*/ 2246 w 72"/>
                              <a:gd name="T13" fmla="*/ 960 h 28"/>
                              <a:gd name="T14" fmla="*/ 2066 w 72"/>
                              <a:gd name="T15" fmla="*/ 996 h 28"/>
                              <a:gd name="T16" fmla="*/ 1929 w 72"/>
                              <a:gd name="T17" fmla="*/ 996 h 28"/>
                              <a:gd name="T18" fmla="*/ 1786 w 72"/>
                              <a:gd name="T19" fmla="*/ 960 h 28"/>
                              <a:gd name="T20" fmla="*/ 1642 w 72"/>
                              <a:gd name="T21" fmla="*/ 960 h 28"/>
                              <a:gd name="T22" fmla="*/ 1463 w 72"/>
                              <a:gd name="T23" fmla="*/ 960 h 28"/>
                              <a:gd name="T24" fmla="*/ 1320 w 72"/>
                              <a:gd name="T25" fmla="*/ 924 h 28"/>
                              <a:gd name="T26" fmla="*/ 1177 w 72"/>
                              <a:gd name="T27" fmla="*/ 889 h 28"/>
                              <a:gd name="T28" fmla="*/ 1033 w 72"/>
                              <a:gd name="T29" fmla="*/ 853 h 28"/>
                              <a:gd name="T30" fmla="*/ 890 w 72"/>
                              <a:gd name="T31" fmla="*/ 781 h 28"/>
                              <a:gd name="T32" fmla="*/ 747 w 72"/>
                              <a:gd name="T33" fmla="*/ 710 h 28"/>
                              <a:gd name="T34" fmla="*/ 609 w 72"/>
                              <a:gd name="T35" fmla="*/ 674 h 28"/>
                              <a:gd name="T36" fmla="*/ 502 w 72"/>
                              <a:gd name="T37" fmla="*/ 602 h 28"/>
                              <a:gd name="T38" fmla="*/ 358 w 72"/>
                              <a:gd name="T39" fmla="*/ 501 h 28"/>
                              <a:gd name="T40" fmla="*/ 251 w 72"/>
                              <a:gd name="T41" fmla="*/ 429 h 28"/>
                              <a:gd name="T42" fmla="*/ 108 w 72"/>
                              <a:gd name="T43" fmla="*/ 322 h 28"/>
                              <a:gd name="T44" fmla="*/ 0 w 72"/>
                              <a:gd name="T45" fmla="*/ 251 h 28"/>
                              <a:gd name="T46" fmla="*/ 179 w 72"/>
                              <a:gd name="T47" fmla="*/ 0 h 2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w 72"/>
                              <a:gd name="T73" fmla="*/ 0 h 28"/>
                              <a:gd name="T74" fmla="*/ 72 w 72"/>
                              <a:gd name="T75" fmla="*/ 28 h 28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T72" t="T73" r="T74" b="T75"/>
                            <a:pathLst>
                              <a:path w="72" h="28">
                                <a:moveTo>
                                  <a:pt x="5" y="0"/>
                                </a:moveTo>
                                <a:lnTo>
                                  <a:pt x="70" y="17"/>
                                </a:lnTo>
                                <a:lnTo>
                                  <a:pt x="72" y="26"/>
                                </a:lnTo>
                                <a:lnTo>
                                  <a:pt x="71" y="26"/>
                                </a:lnTo>
                                <a:lnTo>
                                  <a:pt x="67" y="27"/>
                                </a:lnTo>
                                <a:lnTo>
                                  <a:pt x="63" y="27"/>
                                </a:lnTo>
                                <a:lnTo>
                                  <a:pt x="58" y="28"/>
                                </a:lnTo>
                                <a:lnTo>
                                  <a:pt x="54" y="28"/>
                                </a:lnTo>
                                <a:lnTo>
                                  <a:pt x="50" y="27"/>
                                </a:lnTo>
                                <a:lnTo>
                                  <a:pt x="46" y="27"/>
                                </a:lnTo>
                                <a:lnTo>
                                  <a:pt x="41" y="27"/>
                                </a:lnTo>
                                <a:lnTo>
                                  <a:pt x="37" y="26"/>
                                </a:lnTo>
                                <a:lnTo>
                                  <a:pt x="33" y="25"/>
                                </a:lnTo>
                                <a:lnTo>
                                  <a:pt x="29" y="24"/>
                                </a:lnTo>
                                <a:lnTo>
                                  <a:pt x="25" y="22"/>
                                </a:lnTo>
                                <a:lnTo>
                                  <a:pt x="21" y="20"/>
                                </a:lnTo>
                                <a:lnTo>
                                  <a:pt x="17" y="19"/>
                                </a:lnTo>
                                <a:lnTo>
                                  <a:pt x="14" y="17"/>
                                </a:lnTo>
                                <a:lnTo>
                                  <a:pt x="10" y="14"/>
                                </a:lnTo>
                                <a:lnTo>
                                  <a:pt x="7" y="12"/>
                                </a:lnTo>
                                <a:lnTo>
                                  <a:pt x="3" y="9"/>
                                </a:lnTo>
                                <a:lnTo>
                                  <a:pt x="0" y="7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349875" name="Freeform 111">
                          <a:extLst>
                            <a:ext uri="{FF2B5EF4-FFF2-40B4-BE49-F238E27FC236}">
                              <a16:creationId xmlns:a16="http://schemas.microsoft.com/office/drawing/2014/main" id="{8FBEBAFB-DE98-E983-64E6-7C4DFF71BD9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3" y="1123"/>
                            <a:ext cx="407" cy="143"/>
                          </a:xfrm>
                          <a:custGeom>
                            <a:avLst/>
                            <a:gdLst>
                              <a:gd name="T0" fmla="*/ 144 w 68"/>
                              <a:gd name="T1" fmla="*/ 0 h 24"/>
                              <a:gd name="T2" fmla="*/ 215 w 68"/>
                              <a:gd name="T3" fmla="*/ 0 h 24"/>
                              <a:gd name="T4" fmla="*/ 323 w 68"/>
                              <a:gd name="T5" fmla="*/ 0 h 24"/>
                              <a:gd name="T6" fmla="*/ 575 w 68"/>
                              <a:gd name="T7" fmla="*/ 0 h 24"/>
                              <a:gd name="T8" fmla="*/ 2041 w 68"/>
                              <a:gd name="T9" fmla="*/ 358 h 24"/>
                              <a:gd name="T10" fmla="*/ 2221 w 68"/>
                              <a:gd name="T11" fmla="*/ 393 h 24"/>
                              <a:gd name="T12" fmla="*/ 2400 w 68"/>
                              <a:gd name="T13" fmla="*/ 530 h 24"/>
                              <a:gd name="T14" fmla="*/ 2436 w 68"/>
                              <a:gd name="T15" fmla="*/ 745 h 24"/>
                              <a:gd name="T16" fmla="*/ 2436 w 68"/>
                              <a:gd name="T17" fmla="*/ 745 h 24"/>
                              <a:gd name="T18" fmla="*/ 2364 w 68"/>
                              <a:gd name="T19" fmla="*/ 781 h 24"/>
                              <a:gd name="T20" fmla="*/ 2221 w 68"/>
                              <a:gd name="T21" fmla="*/ 816 h 24"/>
                              <a:gd name="T22" fmla="*/ 2077 w 68"/>
                              <a:gd name="T23" fmla="*/ 816 h 24"/>
                              <a:gd name="T24" fmla="*/ 1933 w 68"/>
                              <a:gd name="T25" fmla="*/ 852 h 24"/>
                              <a:gd name="T26" fmla="*/ 1790 w 68"/>
                              <a:gd name="T27" fmla="*/ 852 h 24"/>
                              <a:gd name="T28" fmla="*/ 1610 w 68"/>
                              <a:gd name="T29" fmla="*/ 816 h 24"/>
                              <a:gd name="T30" fmla="*/ 1395 w 68"/>
                              <a:gd name="T31" fmla="*/ 816 h 24"/>
                              <a:gd name="T32" fmla="*/ 1077 w 68"/>
                              <a:gd name="T33" fmla="*/ 745 h 24"/>
                              <a:gd name="T34" fmla="*/ 898 w 68"/>
                              <a:gd name="T35" fmla="*/ 673 h 24"/>
                              <a:gd name="T36" fmla="*/ 790 w 68"/>
                              <a:gd name="T37" fmla="*/ 638 h 24"/>
                              <a:gd name="T38" fmla="*/ 611 w 68"/>
                              <a:gd name="T39" fmla="*/ 566 h 24"/>
                              <a:gd name="T40" fmla="*/ 503 w 68"/>
                              <a:gd name="T41" fmla="*/ 495 h 24"/>
                              <a:gd name="T42" fmla="*/ 323 w 68"/>
                              <a:gd name="T43" fmla="*/ 393 h 24"/>
                              <a:gd name="T44" fmla="*/ 215 w 68"/>
                              <a:gd name="T45" fmla="*/ 322 h 24"/>
                              <a:gd name="T46" fmla="*/ 108 w 68"/>
                              <a:gd name="T47" fmla="*/ 250 h 24"/>
                              <a:gd name="T48" fmla="*/ 0 w 68"/>
                              <a:gd name="T49" fmla="*/ 179 h 24"/>
                              <a:gd name="T50" fmla="*/ 144 w 68"/>
                              <a:gd name="T51" fmla="*/ 0 h 24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w 68"/>
                              <a:gd name="T79" fmla="*/ 0 h 24"/>
                              <a:gd name="T80" fmla="*/ 68 w 68"/>
                              <a:gd name="T81" fmla="*/ 24 h 24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T78" t="T79" r="T80" b="T81"/>
                            <a:pathLst>
                              <a:path w="68" h="24">
                                <a:moveTo>
                                  <a:pt x="4" y="0"/>
                                </a:moveTo>
                                <a:lnTo>
                                  <a:pt x="6" y="0"/>
                                </a:lnTo>
                                <a:lnTo>
                                  <a:pt x="9" y="0"/>
                                </a:lnTo>
                                <a:lnTo>
                                  <a:pt x="16" y="0"/>
                                </a:lnTo>
                                <a:lnTo>
                                  <a:pt x="57" y="10"/>
                                </a:lnTo>
                                <a:lnTo>
                                  <a:pt x="62" y="11"/>
                                </a:lnTo>
                                <a:lnTo>
                                  <a:pt x="67" y="15"/>
                                </a:lnTo>
                                <a:lnTo>
                                  <a:pt x="68" y="21"/>
                                </a:lnTo>
                                <a:lnTo>
                                  <a:pt x="66" y="22"/>
                                </a:lnTo>
                                <a:lnTo>
                                  <a:pt x="62" y="23"/>
                                </a:lnTo>
                                <a:lnTo>
                                  <a:pt x="58" y="23"/>
                                </a:lnTo>
                                <a:lnTo>
                                  <a:pt x="54" y="24"/>
                                </a:lnTo>
                                <a:lnTo>
                                  <a:pt x="50" y="24"/>
                                </a:lnTo>
                                <a:lnTo>
                                  <a:pt x="45" y="23"/>
                                </a:lnTo>
                                <a:lnTo>
                                  <a:pt x="39" y="23"/>
                                </a:lnTo>
                                <a:lnTo>
                                  <a:pt x="30" y="21"/>
                                </a:lnTo>
                                <a:lnTo>
                                  <a:pt x="25" y="19"/>
                                </a:lnTo>
                                <a:lnTo>
                                  <a:pt x="22" y="18"/>
                                </a:lnTo>
                                <a:lnTo>
                                  <a:pt x="17" y="16"/>
                                </a:lnTo>
                                <a:lnTo>
                                  <a:pt x="14" y="14"/>
                                </a:lnTo>
                                <a:lnTo>
                                  <a:pt x="9" y="11"/>
                                </a:lnTo>
                                <a:lnTo>
                                  <a:pt x="6" y="9"/>
                                </a:lnTo>
                                <a:lnTo>
                                  <a:pt x="3" y="7"/>
                                </a:lnTo>
                                <a:lnTo>
                                  <a:pt x="0" y="5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351545" name="Freeform 112">
                          <a:extLst>
                            <a:ext uri="{FF2B5EF4-FFF2-40B4-BE49-F238E27FC236}">
                              <a16:creationId xmlns:a16="http://schemas.microsoft.com/office/drawing/2014/main" id="{AD22122B-4F61-0ED0-4D18-3A286CE6080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3" y="1123"/>
                            <a:ext cx="407" cy="143"/>
                          </a:xfrm>
                          <a:custGeom>
                            <a:avLst/>
                            <a:gdLst>
                              <a:gd name="T0" fmla="*/ 144 w 68"/>
                              <a:gd name="T1" fmla="*/ 0 h 24"/>
                              <a:gd name="T2" fmla="*/ 215 w 68"/>
                              <a:gd name="T3" fmla="*/ 0 h 24"/>
                              <a:gd name="T4" fmla="*/ 323 w 68"/>
                              <a:gd name="T5" fmla="*/ 0 h 24"/>
                              <a:gd name="T6" fmla="*/ 575 w 68"/>
                              <a:gd name="T7" fmla="*/ 0 h 24"/>
                              <a:gd name="T8" fmla="*/ 2041 w 68"/>
                              <a:gd name="T9" fmla="*/ 358 h 24"/>
                              <a:gd name="T10" fmla="*/ 2221 w 68"/>
                              <a:gd name="T11" fmla="*/ 393 h 24"/>
                              <a:gd name="T12" fmla="*/ 2400 w 68"/>
                              <a:gd name="T13" fmla="*/ 530 h 24"/>
                              <a:gd name="T14" fmla="*/ 2436 w 68"/>
                              <a:gd name="T15" fmla="*/ 745 h 24"/>
                              <a:gd name="T16" fmla="*/ 2436 w 68"/>
                              <a:gd name="T17" fmla="*/ 745 h 24"/>
                              <a:gd name="T18" fmla="*/ 2364 w 68"/>
                              <a:gd name="T19" fmla="*/ 781 h 24"/>
                              <a:gd name="T20" fmla="*/ 2221 w 68"/>
                              <a:gd name="T21" fmla="*/ 816 h 24"/>
                              <a:gd name="T22" fmla="*/ 2077 w 68"/>
                              <a:gd name="T23" fmla="*/ 816 h 24"/>
                              <a:gd name="T24" fmla="*/ 1933 w 68"/>
                              <a:gd name="T25" fmla="*/ 852 h 24"/>
                              <a:gd name="T26" fmla="*/ 1790 w 68"/>
                              <a:gd name="T27" fmla="*/ 852 h 24"/>
                              <a:gd name="T28" fmla="*/ 1610 w 68"/>
                              <a:gd name="T29" fmla="*/ 816 h 24"/>
                              <a:gd name="T30" fmla="*/ 1395 w 68"/>
                              <a:gd name="T31" fmla="*/ 816 h 24"/>
                              <a:gd name="T32" fmla="*/ 1077 w 68"/>
                              <a:gd name="T33" fmla="*/ 745 h 24"/>
                              <a:gd name="T34" fmla="*/ 898 w 68"/>
                              <a:gd name="T35" fmla="*/ 673 h 24"/>
                              <a:gd name="T36" fmla="*/ 790 w 68"/>
                              <a:gd name="T37" fmla="*/ 638 h 24"/>
                              <a:gd name="T38" fmla="*/ 611 w 68"/>
                              <a:gd name="T39" fmla="*/ 566 h 24"/>
                              <a:gd name="T40" fmla="*/ 503 w 68"/>
                              <a:gd name="T41" fmla="*/ 495 h 24"/>
                              <a:gd name="T42" fmla="*/ 323 w 68"/>
                              <a:gd name="T43" fmla="*/ 393 h 24"/>
                              <a:gd name="T44" fmla="*/ 215 w 68"/>
                              <a:gd name="T45" fmla="*/ 322 h 24"/>
                              <a:gd name="T46" fmla="*/ 108 w 68"/>
                              <a:gd name="T47" fmla="*/ 250 h 24"/>
                              <a:gd name="T48" fmla="*/ 0 w 68"/>
                              <a:gd name="T49" fmla="*/ 179 h 24"/>
                              <a:gd name="T50" fmla="*/ 144 w 68"/>
                              <a:gd name="T51" fmla="*/ 0 h 24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w 68"/>
                              <a:gd name="T79" fmla="*/ 0 h 24"/>
                              <a:gd name="T80" fmla="*/ 68 w 68"/>
                              <a:gd name="T81" fmla="*/ 24 h 24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T78" t="T79" r="T80" b="T81"/>
                            <a:pathLst>
                              <a:path w="68" h="24">
                                <a:moveTo>
                                  <a:pt x="4" y="0"/>
                                </a:moveTo>
                                <a:lnTo>
                                  <a:pt x="6" y="0"/>
                                </a:lnTo>
                                <a:lnTo>
                                  <a:pt x="9" y="0"/>
                                </a:lnTo>
                                <a:lnTo>
                                  <a:pt x="16" y="0"/>
                                </a:lnTo>
                                <a:lnTo>
                                  <a:pt x="57" y="10"/>
                                </a:lnTo>
                                <a:lnTo>
                                  <a:pt x="62" y="11"/>
                                </a:lnTo>
                                <a:lnTo>
                                  <a:pt x="67" y="15"/>
                                </a:lnTo>
                                <a:lnTo>
                                  <a:pt x="68" y="21"/>
                                </a:lnTo>
                                <a:lnTo>
                                  <a:pt x="66" y="22"/>
                                </a:lnTo>
                                <a:lnTo>
                                  <a:pt x="62" y="23"/>
                                </a:lnTo>
                                <a:lnTo>
                                  <a:pt x="58" y="23"/>
                                </a:lnTo>
                                <a:lnTo>
                                  <a:pt x="54" y="24"/>
                                </a:lnTo>
                                <a:lnTo>
                                  <a:pt x="50" y="24"/>
                                </a:lnTo>
                                <a:lnTo>
                                  <a:pt x="45" y="23"/>
                                </a:lnTo>
                                <a:lnTo>
                                  <a:pt x="39" y="23"/>
                                </a:lnTo>
                                <a:lnTo>
                                  <a:pt x="30" y="21"/>
                                </a:lnTo>
                                <a:lnTo>
                                  <a:pt x="25" y="19"/>
                                </a:lnTo>
                                <a:lnTo>
                                  <a:pt x="22" y="18"/>
                                </a:lnTo>
                                <a:lnTo>
                                  <a:pt x="17" y="16"/>
                                </a:lnTo>
                                <a:lnTo>
                                  <a:pt x="14" y="14"/>
                                </a:lnTo>
                                <a:lnTo>
                                  <a:pt x="9" y="11"/>
                                </a:lnTo>
                                <a:lnTo>
                                  <a:pt x="6" y="9"/>
                                </a:lnTo>
                                <a:lnTo>
                                  <a:pt x="3" y="7"/>
                                </a:lnTo>
                                <a:lnTo>
                                  <a:pt x="0" y="5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570969" name="Freeform 113">
                          <a:extLst>
                            <a:ext uri="{FF2B5EF4-FFF2-40B4-BE49-F238E27FC236}">
                              <a16:creationId xmlns:a16="http://schemas.microsoft.com/office/drawing/2014/main" id="{83F2BCF4-9401-76F4-5598-111B5721341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1117"/>
                            <a:ext cx="221" cy="96"/>
                          </a:xfrm>
                          <a:custGeom>
                            <a:avLst/>
                            <a:gdLst>
                              <a:gd name="T0" fmla="*/ 0 w 37"/>
                              <a:gd name="T1" fmla="*/ 360 h 16"/>
                              <a:gd name="T2" fmla="*/ 251 w 37"/>
                              <a:gd name="T3" fmla="*/ 504 h 16"/>
                              <a:gd name="T4" fmla="*/ 645 w 37"/>
                              <a:gd name="T5" fmla="*/ 540 h 16"/>
                              <a:gd name="T6" fmla="*/ 854 w 37"/>
                              <a:gd name="T7" fmla="*/ 576 h 16"/>
                              <a:gd name="T8" fmla="*/ 1069 w 37"/>
                              <a:gd name="T9" fmla="*/ 540 h 16"/>
                              <a:gd name="T10" fmla="*/ 1213 w 37"/>
                              <a:gd name="T11" fmla="*/ 540 h 16"/>
                              <a:gd name="T12" fmla="*/ 1248 w 37"/>
                              <a:gd name="T13" fmla="*/ 504 h 16"/>
                              <a:gd name="T14" fmla="*/ 1320 w 37"/>
                              <a:gd name="T15" fmla="*/ 468 h 16"/>
                              <a:gd name="T16" fmla="*/ 1320 w 37"/>
                              <a:gd name="T17" fmla="*/ 288 h 16"/>
                              <a:gd name="T18" fmla="*/ 1320 w 37"/>
                              <a:gd name="T19" fmla="*/ 180 h 16"/>
                              <a:gd name="T20" fmla="*/ 1248 w 37"/>
                              <a:gd name="T21" fmla="*/ 36 h 16"/>
                              <a:gd name="T22" fmla="*/ 1248 w 37"/>
                              <a:gd name="T23" fmla="*/ 0 h 16"/>
                              <a:gd name="T24" fmla="*/ 0 w 37"/>
                              <a:gd name="T25" fmla="*/ 360 h 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37"/>
                              <a:gd name="T40" fmla="*/ 0 h 16"/>
                              <a:gd name="T41" fmla="*/ 37 w 37"/>
                              <a:gd name="T42" fmla="*/ 16 h 1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37" h="16">
                                <a:moveTo>
                                  <a:pt x="0" y="10"/>
                                </a:moveTo>
                                <a:lnTo>
                                  <a:pt x="7" y="14"/>
                                </a:lnTo>
                                <a:lnTo>
                                  <a:pt x="18" y="15"/>
                                </a:lnTo>
                                <a:lnTo>
                                  <a:pt x="24" y="16"/>
                                </a:lnTo>
                                <a:lnTo>
                                  <a:pt x="30" y="15"/>
                                </a:lnTo>
                                <a:lnTo>
                                  <a:pt x="34" y="15"/>
                                </a:lnTo>
                                <a:lnTo>
                                  <a:pt x="35" y="14"/>
                                </a:lnTo>
                                <a:lnTo>
                                  <a:pt x="37" y="13"/>
                                </a:lnTo>
                                <a:lnTo>
                                  <a:pt x="37" y="8"/>
                                </a:lnTo>
                                <a:lnTo>
                                  <a:pt x="37" y="5"/>
                                </a:lnTo>
                                <a:lnTo>
                                  <a:pt x="35" y="1"/>
                                </a:lnTo>
                                <a:lnTo>
                                  <a:pt x="35" y="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86863011" name="Freeform 114">
                          <a:extLst>
                            <a:ext uri="{FF2B5EF4-FFF2-40B4-BE49-F238E27FC236}">
                              <a16:creationId xmlns:a16="http://schemas.microsoft.com/office/drawing/2014/main" id="{EB42BC0D-ED1B-0C26-3CED-888F8ABB854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1117"/>
                            <a:ext cx="221" cy="96"/>
                          </a:xfrm>
                          <a:custGeom>
                            <a:avLst/>
                            <a:gdLst>
                              <a:gd name="T0" fmla="*/ 0 w 37"/>
                              <a:gd name="T1" fmla="*/ 360 h 16"/>
                              <a:gd name="T2" fmla="*/ 251 w 37"/>
                              <a:gd name="T3" fmla="*/ 504 h 16"/>
                              <a:gd name="T4" fmla="*/ 645 w 37"/>
                              <a:gd name="T5" fmla="*/ 540 h 16"/>
                              <a:gd name="T6" fmla="*/ 854 w 37"/>
                              <a:gd name="T7" fmla="*/ 576 h 16"/>
                              <a:gd name="T8" fmla="*/ 1069 w 37"/>
                              <a:gd name="T9" fmla="*/ 540 h 16"/>
                              <a:gd name="T10" fmla="*/ 1213 w 37"/>
                              <a:gd name="T11" fmla="*/ 540 h 16"/>
                              <a:gd name="T12" fmla="*/ 1248 w 37"/>
                              <a:gd name="T13" fmla="*/ 504 h 16"/>
                              <a:gd name="T14" fmla="*/ 1320 w 37"/>
                              <a:gd name="T15" fmla="*/ 468 h 16"/>
                              <a:gd name="T16" fmla="*/ 1320 w 37"/>
                              <a:gd name="T17" fmla="*/ 288 h 16"/>
                              <a:gd name="T18" fmla="*/ 1320 w 37"/>
                              <a:gd name="T19" fmla="*/ 180 h 16"/>
                              <a:gd name="T20" fmla="*/ 1248 w 37"/>
                              <a:gd name="T21" fmla="*/ 36 h 16"/>
                              <a:gd name="T22" fmla="*/ 1248 w 37"/>
                              <a:gd name="T23" fmla="*/ 0 h 16"/>
                              <a:gd name="T24" fmla="*/ 0 w 37"/>
                              <a:gd name="T25" fmla="*/ 360 h 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w 37"/>
                              <a:gd name="T40" fmla="*/ 0 h 16"/>
                              <a:gd name="T41" fmla="*/ 37 w 37"/>
                              <a:gd name="T42" fmla="*/ 16 h 1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T39" t="T40" r="T41" b="T42"/>
                            <a:pathLst>
                              <a:path w="37" h="16">
                                <a:moveTo>
                                  <a:pt x="0" y="10"/>
                                </a:moveTo>
                                <a:lnTo>
                                  <a:pt x="7" y="14"/>
                                </a:lnTo>
                                <a:lnTo>
                                  <a:pt x="18" y="15"/>
                                </a:lnTo>
                                <a:lnTo>
                                  <a:pt x="24" y="16"/>
                                </a:lnTo>
                                <a:lnTo>
                                  <a:pt x="30" y="15"/>
                                </a:lnTo>
                                <a:lnTo>
                                  <a:pt x="34" y="15"/>
                                </a:lnTo>
                                <a:lnTo>
                                  <a:pt x="35" y="14"/>
                                </a:lnTo>
                                <a:lnTo>
                                  <a:pt x="37" y="13"/>
                                </a:lnTo>
                                <a:lnTo>
                                  <a:pt x="37" y="8"/>
                                </a:lnTo>
                                <a:lnTo>
                                  <a:pt x="37" y="5"/>
                                </a:lnTo>
                                <a:lnTo>
                                  <a:pt x="35" y="1"/>
                                </a:lnTo>
                                <a:lnTo>
                                  <a:pt x="35" y="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0489001" name="Freeform 115">
                          <a:extLst>
                            <a:ext uri="{FF2B5EF4-FFF2-40B4-BE49-F238E27FC236}">
                              <a16:creationId xmlns:a16="http://schemas.microsoft.com/office/drawing/2014/main" id="{A3D76A52-2C9B-7DEE-2951-BEAEDAD2DAD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99" y="472"/>
                            <a:ext cx="329" cy="711"/>
                          </a:xfrm>
                          <a:custGeom>
                            <a:avLst/>
                            <a:gdLst>
                              <a:gd name="T0" fmla="*/ 0 w 55"/>
                              <a:gd name="T1" fmla="*/ 0 h 119"/>
                              <a:gd name="T2" fmla="*/ 1968 w 55"/>
                              <a:gd name="T3" fmla="*/ 108 h 119"/>
                              <a:gd name="T4" fmla="*/ 1968 w 55"/>
                              <a:gd name="T5" fmla="*/ 3961 h 119"/>
                              <a:gd name="T6" fmla="*/ 1932 w 55"/>
                              <a:gd name="T7" fmla="*/ 4033 h 119"/>
                              <a:gd name="T8" fmla="*/ 1896 w 55"/>
                              <a:gd name="T9" fmla="*/ 4033 h 119"/>
                              <a:gd name="T10" fmla="*/ 1789 w 55"/>
                              <a:gd name="T11" fmla="*/ 4105 h 119"/>
                              <a:gd name="T12" fmla="*/ 1466 w 55"/>
                              <a:gd name="T13" fmla="*/ 4212 h 119"/>
                              <a:gd name="T14" fmla="*/ 1250 w 55"/>
                              <a:gd name="T15" fmla="*/ 4248 h 119"/>
                              <a:gd name="T16" fmla="*/ 1107 w 55"/>
                              <a:gd name="T17" fmla="*/ 4248 h 119"/>
                              <a:gd name="T18" fmla="*/ 999 w 55"/>
                              <a:gd name="T19" fmla="*/ 4248 h 119"/>
                              <a:gd name="T20" fmla="*/ 754 w 55"/>
                              <a:gd name="T21" fmla="*/ 4248 h 119"/>
                              <a:gd name="T22" fmla="*/ 646 w 55"/>
                              <a:gd name="T23" fmla="*/ 4212 h 119"/>
                              <a:gd name="T24" fmla="*/ 287 w 55"/>
                              <a:gd name="T25" fmla="*/ 4141 h 119"/>
                              <a:gd name="T26" fmla="*/ 72 w 55"/>
                              <a:gd name="T27" fmla="*/ 3961 h 119"/>
                              <a:gd name="T28" fmla="*/ 36 w 55"/>
                              <a:gd name="T29" fmla="*/ 3890 h 119"/>
                              <a:gd name="T30" fmla="*/ 0 w 55"/>
                              <a:gd name="T31" fmla="*/ 3818 h 119"/>
                              <a:gd name="T32" fmla="*/ 0 w 55"/>
                              <a:gd name="T33" fmla="*/ 0 h 119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55"/>
                              <a:gd name="T52" fmla="*/ 0 h 119"/>
                              <a:gd name="T53" fmla="*/ 55 w 55"/>
                              <a:gd name="T54" fmla="*/ 119 h 119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55" h="119">
                                <a:moveTo>
                                  <a:pt x="0" y="0"/>
                                </a:moveTo>
                                <a:lnTo>
                                  <a:pt x="55" y="3"/>
                                </a:lnTo>
                                <a:lnTo>
                                  <a:pt x="55" y="111"/>
                                </a:lnTo>
                                <a:lnTo>
                                  <a:pt x="54" y="113"/>
                                </a:lnTo>
                                <a:lnTo>
                                  <a:pt x="53" y="113"/>
                                </a:lnTo>
                                <a:lnTo>
                                  <a:pt x="50" y="115"/>
                                </a:lnTo>
                                <a:lnTo>
                                  <a:pt x="41" y="118"/>
                                </a:lnTo>
                                <a:lnTo>
                                  <a:pt x="35" y="119"/>
                                </a:lnTo>
                                <a:lnTo>
                                  <a:pt x="31" y="119"/>
                                </a:lnTo>
                                <a:lnTo>
                                  <a:pt x="28" y="119"/>
                                </a:lnTo>
                                <a:lnTo>
                                  <a:pt x="21" y="119"/>
                                </a:lnTo>
                                <a:lnTo>
                                  <a:pt x="18" y="118"/>
                                </a:lnTo>
                                <a:lnTo>
                                  <a:pt x="8" y="116"/>
                                </a:lnTo>
                                <a:lnTo>
                                  <a:pt x="2" y="111"/>
                                </a:lnTo>
                                <a:lnTo>
                                  <a:pt x="1" y="109"/>
                                </a:lnTo>
                                <a:lnTo>
                                  <a:pt x="0" y="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95971468" name="Freeform 116">
                          <a:extLst>
                            <a:ext uri="{FF2B5EF4-FFF2-40B4-BE49-F238E27FC236}">
                              <a16:creationId xmlns:a16="http://schemas.microsoft.com/office/drawing/2014/main" id="{1E5028B6-44B8-98E7-0DBF-7F41D37E41B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99" y="472"/>
                            <a:ext cx="329" cy="711"/>
                          </a:xfrm>
                          <a:custGeom>
                            <a:avLst/>
                            <a:gdLst>
                              <a:gd name="T0" fmla="*/ 0 w 55"/>
                              <a:gd name="T1" fmla="*/ 0 h 119"/>
                              <a:gd name="T2" fmla="*/ 1968 w 55"/>
                              <a:gd name="T3" fmla="*/ 108 h 119"/>
                              <a:gd name="T4" fmla="*/ 1968 w 55"/>
                              <a:gd name="T5" fmla="*/ 3961 h 119"/>
                              <a:gd name="T6" fmla="*/ 1932 w 55"/>
                              <a:gd name="T7" fmla="*/ 4033 h 119"/>
                              <a:gd name="T8" fmla="*/ 1896 w 55"/>
                              <a:gd name="T9" fmla="*/ 4033 h 119"/>
                              <a:gd name="T10" fmla="*/ 1789 w 55"/>
                              <a:gd name="T11" fmla="*/ 4105 h 119"/>
                              <a:gd name="T12" fmla="*/ 1466 w 55"/>
                              <a:gd name="T13" fmla="*/ 4212 h 119"/>
                              <a:gd name="T14" fmla="*/ 1250 w 55"/>
                              <a:gd name="T15" fmla="*/ 4248 h 119"/>
                              <a:gd name="T16" fmla="*/ 1107 w 55"/>
                              <a:gd name="T17" fmla="*/ 4248 h 119"/>
                              <a:gd name="T18" fmla="*/ 999 w 55"/>
                              <a:gd name="T19" fmla="*/ 4248 h 119"/>
                              <a:gd name="T20" fmla="*/ 754 w 55"/>
                              <a:gd name="T21" fmla="*/ 4248 h 119"/>
                              <a:gd name="T22" fmla="*/ 646 w 55"/>
                              <a:gd name="T23" fmla="*/ 4212 h 119"/>
                              <a:gd name="T24" fmla="*/ 287 w 55"/>
                              <a:gd name="T25" fmla="*/ 4141 h 119"/>
                              <a:gd name="T26" fmla="*/ 72 w 55"/>
                              <a:gd name="T27" fmla="*/ 3961 h 119"/>
                              <a:gd name="T28" fmla="*/ 36 w 55"/>
                              <a:gd name="T29" fmla="*/ 3890 h 119"/>
                              <a:gd name="T30" fmla="*/ 0 w 55"/>
                              <a:gd name="T31" fmla="*/ 3818 h 119"/>
                              <a:gd name="T32" fmla="*/ 0 w 55"/>
                              <a:gd name="T33" fmla="*/ 0 h 119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55"/>
                              <a:gd name="T52" fmla="*/ 0 h 119"/>
                              <a:gd name="T53" fmla="*/ 55 w 55"/>
                              <a:gd name="T54" fmla="*/ 119 h 119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55" h="119">
                                <a:moveTo>
                                  <a:pt x="0" y="0"/>
                                </a:moveTo>
                                <a:lnTo>
                                  <a:pt x="55" y="3"/>
                                </a:lnTo>
                                <a:lnTo>
                                  <a:pt x="55" y="111"/>
                                </a:lnTo>
                                <a:lnTo>
                                  <a:pt x="54" y="113"/>
                                </a:lnTo>
                                <a:lnTo>
                                  <a:pt x="53" y="113"/>
                                </a:lnTo>
                                <a:lnTo>
                                  <a:pt x="50" y="115"/>
                                </a:lnTo>
                                <a:lnTo>
                                  <a:pt x="41" y="118"/>
                                </a:lnTo>
                                <a:lnTo>
                                  <a:pt x="35" y="119"/>
                                </a:lnTo>
                                <a:lnTo>
                                  <a:pt x="31" y="119"/>
                                </a:lnTo>
                                <a:lnTo>
                                  <a:pt x="28" y="119"/>
                                </a:lnTo>
                                <a:lnTo>
                                  <a:pt x="21" y="119"/>
                                </a:lnTo>
                                <a:lnTo>
                                  <a:pt x="18" y="118"/>
                                </a:lnTo>
                                <a:lnTo>
                                  <a:pt x="8" y="116"/>
                                </a:lnTo>
                                <a:lnTo>
                                  <a:pt x="2" y="111"/>
                                </a:lnTo>
                                <a:lnTo>
                                  <a:pt x="1" y="109"/>
                                </a:lnTo>
                                <a:lnTo>
                                  <a:pt x="0" y="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8087489" name="Freeform 117">
                          <a:extLst>
                            <a:ext uri="{FF2B5EF4-FFF2-40B4-BE49-F238E27FC236}">
                              <a16:creationId xmlns:a16="http://schemas.microsoft.com/office/drawing/2014/main" id="{24E01C6D-EC73-8ABC-782D-13F0BE2E2B2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99" y="406"/>
                            <a:ext cx="329" cy="126"/>
                          </a:xfrm>
                          <a:custGeom>
                            <a:avLst/>
                            <a:gdLst>
                              <a:gd name="T0" fmla="*/ 610 w 55"/>
                              <a:gd name="T1" fmla="*/ 0 h 21"/>
                              <a:gd name="T2" fmla="*/ 502 w 55"/>
                              <a:gd name="T3" fmla="*/ 36 h 21"/>
                              <a:gd name="T4" fmla="*/ 395 w 55"/>
                              <a:gd name="T5" fmla="*/ 36 h 21"/>
                              <a:gd name="T6" fmla="*/ 287 w 55"/>
                              <a:gd name="T7" fmla="*/ 108 h 21"/>
                              <a:gd name="T8" fmla="*/ 215 w 55"/>
                              <a:gd name="T9" fmla="*/ 144 h 21"/>
                              <a:gd name="T10" fmla="*/ 144 w 55"/>
                              <a:gd name="T11" fmla="*/ 216 h 21"/>
                              <a:gd name="T12" fmla="*/ 72 w 55"/>
                              <a:gd name="T13" fmla="*/ 288 h 21"/>
                              <a:gd name="T14" fmla="*/ 0 w 55"/>
                              <a:gd name="T15" fmla="*/ 396 h 21"/>
                              <a:gd name="T16" fmla="*/ 0 w 55"/>
                              <a:gd name="T17" fmla="*/ 432 h 21"/>
                              <a:gd name="T18" fmla="*/ 0 w 55"/>
                              <a:gd name="T19" fmla="*/ 468 h 21"/>
                              <a:gd name="T20" fmla="*/ 108 w 55"/>
                              <a:gd name="T21" fmla="*/ 576 h 21"/>
                              <a:gd name="T22" fmla="*/ 215 w 55"/>
                              <a:gd name="T23" fmla="*/ 612 h 21"/>
                              <a:gd name="T24" fmla="*/ 323 w 55"/>
                              <a:gd name="T25" fmla="*/ 648 h 21"/>
                              <a:gd name="T26" fmla="*/ 467 w 55"/>
                              <a:gd name="T27" fmla="*/ 684 h 21"/>
                              <a:gd name="T28" fmla="*/ 610 w 55"/>
                              <a:gd name="T29" fmla="*/ 720 h 21"/>
                              <a:gd name="T30" fmla="*/ 754 w 55"/>
                              <a:gd name="T31" fmla="*/ 756 h 21"/>
                              <a:gd name="T32" fmla="*/ 861 w 55"/>
                              <a:gd name="T33" fmla="*/ 756 h 21"/>
                              <a:gd name="T34" fmla="*/ 999 w 55"/>
                              <a:gd name="T35" fmla="*/ 756 h 21"/>
                              <a:gd name="T36" fmla="*/ 1107 w 55"/>
                              <a:gd name="T37" fmla="*/ 756 h 21"/>
                              <a:gd name="T38" fmla="*/ 1250 w 55"/>
                              <a:gd name="T39" fmla="*/ 756 h 21"/>
                              <a:gd name="T40" fmla="*/ 1358 w 55"/>
                              <a:gd name="T41" fmla="*/ 756 h 21"/>
                              <a:gd name="T42" fmla="*/ 1501 w 55"/>
                              <a:gd name="T43" fmla="*/ 720 h 21"/>
                              <a:gd name="T44" fmla="*/ 1609 w 55"/>
                              <a:gd name="T45" fmla="*/ 684 h 21"/>
                              <a:gd name="T46" fmla="*/ 1717 w 55"/>
                              <a:gd name="T47" fmla="*/ 648 h 21"/>
                              <a:gd name="T48" fmla="*/ 1824 w 55"/>
                              <a:gd name="T49" fmla="*/ 612 h 21"/>
                              <a:gd name="T50" fmla="*/ 1932 w 55"/>
                              <a:gd name="T51" fmla="*/ 540 h 21"/>
                              <a:gd name="T52" fmla="*/ 1968 w 55"/>
                              <a:gd name="T53" fmla="*/ 540 h 21"/>
                              <a:gd name="T54" fmla="*/ 1968 w 55"/>
                              <a:gd name="T55" fmla="*/ 540 h 21"/>
                              <a:gd name="T56" fmla="*/ 1968 w 55"/>
                              <a:gd name="T57" fmla="*/ 468 h 21"/>
                              <a:gd name="T58" fmla="*/ 1968 w 55"/>
                              <a:gd name="T59" fmla="*/ 432 h 21"/>
                              <a:gd name="T60" fmla="*/ 1932 w 55"/>
                              <a:gd name="T61" fmla="*/ 360 h 21"/>
                              <a:gd name="T62" fmla="*/ 1932 w 55"/>
                              <a:gd name="T63" fmla="*/ 288 h 21"/>
                              <a:gd name="T64" fmla="*/ 1896 w 55"/>
                              <a:gd name="T65" fmla="*/ 252 h 21"/>
                              <a:gd name="T66" fmla="*/ 1860 w 55"/>
                              <a:gd name="T67" fmla="*/ 180 h 21"/>
                              <a:gd name="T68" fmla="*/ 1824 w 55"/>
                              <a:gd name="T69" fmla="*/ 144 h 21"/>
                              <a:gd name="T70" fmla="*/ 1789 w 55"/>
                              <a:gd name="T71" fmla="*/ 108 h 21"/>
                              <a:gd name="T72" fmla="*/ 1753 w 55"/>
                              <a:gd name="T73" fmla="*/ 72 h 21"/>
                              <a:gd name="T74" fmla="*/ 1681 w 55"/>
                              <a:gd name="T75" fmla="*/ 36 h 21"/>
                              <a:gd name="T76" fmla="*/ 1609 w 55"/>
                              <a:gd name="T77" fmla="*/ 36 h 21"/>
                              <a:gd name="T78" fmla="*/ 1573 w 55"/>
                              <a:gd name="T79" fmla="*/ 0 h 21"/>
                              <a:gd name="T80" fmla="*/ 1501 w 55"/>
                              <a:gd name="T81" fmla="*/ 0 h 21"/>
                              <a:gd name="T82" fmla="*/ 1466 w 55"/>
                              <a:gd name="T83" fmla="*/ 0 h 21"/>
                              <a:gd name="T84" fmla="*/ 610 w 55"/>
                              <a:gd name="T85" fmla="*/ 0 h 21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w 55"/>
                              <a:gd name="T130" fmla="*/ 0 h 21"/>
                              <a:gd name="T131" fmla="*/ 55 w 55"/>
                              <a:gd name="T132" fmla="*/ 21 h 21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T129" t="T130" r="T131" b="T132"/>
                            <a:pathLst>
                              <a:path w="55" h="21">
                                <a:moveTo>
                                  <a:pt x="17" y="0"/>
                                </a:moveTo>
                                <a:lnTo>
                                  <a:pt x="14" y="1"/>
                                </a:lnTo>
                                <a:lnTo>
                                  <a:pt x="11" y="1"/>
                                </a:lnTo>
                                <a:lnTo>
                                  <a:pt x="8" y="3"/>
                                </a:lnTo>
                                <a:lnTo>
                                  <a:pt x="6" y="4"/>
                                </a:lnTo>
                                <a:lnTo>
                                  <a:pt x="4" y="6"/>
                                </a:lnTo>
                                <a:lnTo>
                                  <a:pt x="2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3" y="16"/>
                                </a:lnTo>
                                <a:lnTo>
                                  <a:pt x="6" y="17"/>
                                </a:lnTo>
                                <a:lnTo>
                                  <a:pt x="9" y="18"/>
                                </a:lnTo>
                                <a:lnTo>
                                  <a:pt x="13" y="19"/>
                                </a:lnTo>
                                <a:lnTo>
                                  <a:pt x="17" y="20"/>
                                </a:lnTo>
                                <a:lnTo>
                                  <a:pt x="21" y="21"/>
                                </a:lnTo>
                                <a:lnTo>
                                  <a:pt x="24" y="21"/>
                                </a:lnTo>
                                <a:lnTo>
                                  <a:pt x="28" y="21"/>
                                </a:lnTo>
                                <a:lnTo>
                                  <a:pt x="31" y="21"/>
                                </a:lnTo>
                                <a:lnTo>
                                  <a:pt x="35" y="21"/>
                                </a:lnTo>
                                <a:lnTo>
                                  <a:pt x="38" y="21"/>
                                </a:lnTo>
                                <a:lnTo>
                                  <a:pt x="42" y="20"/>
                                </a:lnTo>
                                <a:lnTo>
                                  <a:pt x="45" y="19"/>
                                </a:lnTo>
                                <a:lnTo>
                                  <a:pt x="48" y="18"/>
                                </a:lnTo>
                                <a:lnTo>
                                  <a:pt x="51" y="17"/>
                                </a:lnTo>
                                <a:lnTo>
                                  <a:pt x="54" y="15"/>
                                </a:lnTo>
                                <a:lnTo>
                                  <a:pt x="55" y="15"/>
                                </a:lnTo>
                                <a:lnTo>
                                  <a:pt x="55" y="13"/>
                                </a:lnTo>
                                <a:lnTo>
                                  <a:pt x="55" y="12"/>
                                </a:lnTo>
                                <a:lnTo>
                                  <a:pt x="54" y="10"/>
                                </a:lnTo>
                                <a:lnTo>
                                  <a:pt x="54" y="8"/>
                                </a:lnTo>
                                <a:lnTo>
                                  <a:pt x="53" y="7"/>
                                </a:lnTo>
                                <a:lnTo>
                                  <a:pt x="52" y="5"/>
                                </a:lnTo>
                                <a:lnTo>
                                  <a:pt x="51" y="4"/>
                                </a:lnTo>
                                <a:lnTo>
                                  <a:pt x="50" y="3"/>
                                </a:lnTo>
                                <a:lnTo>
                                  <a:pt x="49" y="2"/>
                                </a:lnTo>
                                <a:lnTo>
                                  <a:pt x="47" y="1"/>
                                </a:lnTo>
                                <a:lnTo>
                                  <a:pt x="45" y="1"/>
                                </a:lnTo>
                                <a:lnTo>
                                  <a:pt x="44" y="0"/>
                                </a:lnTo>
                                <a:lnTo>
                                  <a:pt x="42" y="0"/>
                                </a:lnTo>
                                <a:lnTo>
                                  <a:pt x="41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46124775" name="Freeform 118">
                          <a:extLst>
                            <a:ext uri="{FF2B5EF4-FFF2-40B4-BE49-F238E27FC236}">
                              <a16:creationId xmlns:a16="http://schemas.microsoft.com/office/drawing/2014/main" id="{16171FC1-AF8F-23C2-0095-70AB057EFDE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99" y="406"/>
                            <a:ext cx="329" cy="126"/>
                          </a:xfrm>
                          <a:custGeom>
                            <a:avLst/>
                            <a:gdLst>
                              <a:gd name="T0" fmla="*/ 610 w 55"/>
                              <a:gd name="T1" fmla="*/ 0 h 21"/>
                              <a:gd name="T2" fmla="*/ 502 w 55"/>
                              <a:gd name="T3" fmla="*/ 36 h 21"/>
                              <a:gd name="T4" fmla="*/ 395 w 55"/>
                              <a:gd name="T5" fmla="*/ 36 h 21"/>
                              <a:gd name="T6" fmla="*/ 287 w 55"/>
                              <a:gd name="T7" fmla="*/ 108 h 21"/>
                              <a:gd name="T8" fmla="*/ 215 w 55"/>
                              <a:gd name="T9" fmla="*/ 144 h 21"/>
                              <a:gd name="T10" fmla="*/ 144 w 55"/>
                              <a:gd name="T11" fmla="*/ 216 h 21"/>
                              <a:gd name="T12" fmla="*/ 72 w 55"/>
                              <a:gd name="T13" fmla="*/ 288 h 21"/>
                              <a:gd name="T14" fmla="*/ 0 w 55"/>
                              <a:gd name="T15" fmla="*/ 396 h 21"/>
                              <a:gd name="T16" fmla="*/ 0 w 55"/>
                              <a:gd name="T17" fmla="*/ 432 h 21"/>
                              <a:gd name="T18" fmla="*/ 0 w 55"/>
                              <a:gd name="T19" fmla="*/ 468 h 21"/>
                              <a:gd name="T20" fmla="*/ 108 w 55"/>
                              <a:gd name="T21" fmla="*/ 576 h 21"/>
                              <a:gd name="T22" fmla="*/ 215 w 55"/>
                              <a:gd name="T23" fmla="*/ 612 h 21"/>
                              <a:gd name="T24" fmla="*/ 323 w 55"/>
                              <a:gd name="T25" fmla="*/ 648 h 21"/>
                              <a:gd name="T26" fmla="*/ 467 w 55"/>
                              <a:gd name="T27" fmla="*/ 684 h 21"/>
                              <a:gd name="T28" fmla="*/ 610 w 55"/>
                              <a:gd name="T29" fmla="*/ 720 h 21"/>
                              <a:gd name="T30" fmla="*/ 754 w 55"/>
                              <a:gd name="T31" fmla="*/ 756 h 21"/>
                              <a:gd name="T32" fmla="*/ 861 w 55"/>
                              <a:gd name="T33" fmla="*/ 756 h 21"/>
                              <a:gd name="T34" fmla="*/ 999 w 55"/>
                              <a:gd name="T35" fmla="*/ 756 h 21"/>
                              <a:gd name="T36" fmla="*/ 1107 w 55"/>
                              <a:gd name="T37" fmla="*/ 756 h 21"/>
                              <a:gd name="T38" fmla="*/ 1250 w 55"/>
                              <a:gd name="T39" fmla="*/ 756 h 21"/>
                              <a:gd name="T40" fmla="*/ 1358 w 55"/>
                              <a:gd name="T41" fmla="*/ 756 h 21"/>
                              <a:gd name="T42" fmla="*/ 1501 w 55"/>
                              <a:gd name="T43" fmla="*/ 720 h 21"/>
                              <a:gd name="T44" fmla="*/ 1609 w 55"/>
                              <a:gd name="T45" fmla="*/ 684 h 21"/>
                              <a:gd name="T46" fmla="*/ 1717 w 55"/>
                              <a:gd name="T47" fmla="*/ 648 h 21"/>
                              <a:gd name="T48" fmla="*/ 1824 w 55"/>
                              <a:gd name="T49" fmla="*/ 612 h 21"/>
                              <a:gd name="T50" fmla="*/ 1932 w 55"/>
                              <a:gd name="T51" fmla="*/ 540 h 21"/>
                              <a:gd name="T52" fmla="*/ 1968 w 55"/>
                              <a:gd name="T53" fmla="*/ 540 h 21"/>
                              <a:gd name="T54" fmla="*/ 1968 w 55"/>
                              <a:gd name="T55" fmla="*/ 540 h 21"/>
                              <a:gd name="T56" fmla="*/ 1968 w 55"/>
                              <a:gd name="T57" fmla="*/ 468 h 21"/>
                              <a:gd name="T58" fmla="*/ 1968 w 55"/>
                              <a:gd name="T59" fmla="*/ 432 h 21"/>
                              <a:gd name="T60" fmla="*/ 1932 w 55"/>
                              <a:gd name="T61" fmla="*/ 360 h 21"/>
                              <a:gd name="T62" fmla="*/ 1932 w 55"/>
                              <a:gd name="T63" fmla="*/ 288 h 21"/>
                              <a:gd name="T64" fmla="*/ 1896 w 55"/>
                              <a:gd name="T65" fmla="*/ 252 h 21"/>
                              <a:gd name="T66" fmla="*/ 1860 w 55"/>
                              <a:gd name="T67" fmla="*/ 180 h 21"/>
                              <a:gd name="T68" fmla="*/ 1824 w 55"/>
                              <a:gd name="T69" fmla="*/ 144 h 21"/>
                              <a:gd name="T70" fmla="*/ 1789 w 55"/>
                              <a:gd name="T71" fmla="*/ 108 h 21"/>
                              <a:gd name="T72" fmla="*/ 1753 w 55"/>
                              <a:gd name="T73" fmla="*/ 72 h 21"/>
                              <a:gd name="T74" fmla="*/ 1681 w 55"/>
                              <a:gd name="T75" fmla="*/ 36 h 21"/>
                              <a:gd name="T76" fmla="*/ 1609 w 55"/>
                              <a:gd name="T77" fmla="*/ 36 h 21"/>
                              <a:gd name="T78" fmla="*/ 1573 w 55"/>
                              <a:gd name="T79" fmla="*/ 0 h 21"/>
                              <a:gd name="T80" fmla="*/ 1501 w 55"/>
                              <a:gd name="T81" fmla="*/ 0 h 21"/>
                              <a:gd name="T82" fmla="*/ 1466 w 55"/>
                              <a:gd name="T83" fmla="*/ 0 h 21"/>
                              <a:gd name="T84" fmla="*/ 610 w 55"/>
                              <a:gd name="T85" fmla="*/ 0 h 21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w 55"/>
                              <a:gd name="T130" fmla="*/ 0 h 21"/>
                              <a:gd name="T131" fmla="*/ 55 w 55"/>
                              <a:gd name="T132" fmla="*/ 21 h 21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T129" t="T130" r="T131" b="T132"/>
                            <a:pathLst>
                              <a:path w="55" h="21">
                                <a:moveTo>
                                  <a:pt x="17" y="0"/>
                                </a:moveTo>
                                <a:lnTo>
                                  <a:pt x="14" y="1"/>
                                </a:lnTo>
                                <a:lnTo>
                                  <a:pt x="11" y="1"/>
                                </a:lnTo>
                                <a:lnTo>
                                  <a:pt x="8" y="3"/>
                                </a:lnTo>
                                <a:lnTo>
                                  <a:pt x="6" y="4"/>
                                </a:lnTo>
                                <a:lnTo>
                                  <a:pt x="4" y="6"/>
                                </a:lnTo>
                                <a:lnTo>
                                  <a:pt x="2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3" y="16"/>
                                </a:lnTo>
                                <a:lnTo>
                                  <a:pt x="6" y="17"/>
                                </a:lnTo>
                                <a:lnTo>
                                  <a:pt x="9" y="18"/>
                                </a:lnTo>
                                <a:lnTo>
                                  <a:pt x="13" y="19"/>
                                </a:lnTo>
                                <a:lnTo>
                                  <a:pt x="17" y="20"/>
                                </a:lnTo>
                                <a:lnTo>
                                  <a:pt x="21" y="21"/>
                                </a:lnTo>
                                <a:lnTo>
                                  <a:pt x="24" y="21"/>
                                </a:lnTo>
                                <a:lnTo>
                                  <a:pt x="28" y="21"/>
                                </a:lnTo>
                                <a:lnTo>
                                  <a:pt x="31" y="21"/>
                                </a:lnTo>
                                <a:lnTo>
                                  <a:pt x="35" y="21"/>
                                </a:lnTo>
                                <a:lnTo>
                                  <a:pt x="38" y="21"/>
                                </a:lnTo>
                                <a:lnTo>
                                  <a:pt x="42" y="20"/>
                                </a:lnTo>
                                <a:lnTo>
                                  <a:pt x="45" y="19"/>
                                </a:lnTo>
                                <a:lnTo>
                                  <a:pt x="48" y="18"/>
                                </a:lnTo>
                                <a:lnTo>
                                  <a:pt x="51" y="17"/>
                                </a:lnTo>
                                <a:lnTo>
                                  <a:pt x="54" y="15"/>
                                </a:lnTo>
                                <a:lnTo>
                                  <a:pt x="55" y="15"/>
                                </a:lnTo>
                                <a:lnTo>
                                  <a:pt x="55" y="13"/>
                                </a:lnTo>
                                <a:lnTo>
                                  <a:pt x="55" y="12"/>
                                </a:lnTo>
                                <a:lnTo>
                                  <a:pt x="54" y="10"/>
                                </a:lnTo>
                                <a:lnTo>
                                  <a:pt x="54" y="8"/>
                                </a:lnTo>
                                <a:lnTo>
                                  <a:pt x="53" y="7"/>
                                </a:lnTo>
                                <a:lnTo>
                                  <a:pt x="52" y="5"/>
                                </a:lnTo>
                                <a:lnTo>
                                  <a:pt x="51" y="4"/>
                                </a:lnTo>
                                <a:lnTo>
                                  <a:pt x="50" y="3"/>
                                </a:lnTo>
                                <a:lnTo>
                                  <a:pt x="49" y="2"/>
                                </a:lnTo>
                                <a:lnTo>
                                  <a:pt x="47" y="1"/>
                                </a:lnTo>
                                <a:lnTo>
                                  <a:pt x="45" y="1"/>
                                </a:lnTo>
                                <a:lnTo>
                                  <a:pt x="44" y="0"/>
                                </a:lnTo>
                                <a:lnTo>
                                  <a:pt x="42" y="0"/>
                                </a:lnTo>
                                <a:lnTo>
                                  <a:pt x="41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3423751" name="Freeform 119">
                          <a:extLst>
                            <a:ext uri="{FF2B5EF4-FFF2-40B4-BE49-F238E27FC236}">
                              <a16:creationId xmlns:a16="http://schemas.microsoft.com/office/drawing/2014/main" id="{F8507542-0AD9-9814-C521-22CF6BB5EA5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96"/>
                            <a:ext cx="191" cy="346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58"/>
                              <a:gd name="T2" fmla="*/ 1140 w 32"/>
                              <a:gd name="T3" fmla="*/ 0 h 58"/>
                              <a:gd name="T4" fmla="*/ 1140 w 32"/>
                              <a:gd name="T5" fmla="*/ 1921 h 58"/>
                              <a:gd name="T6" fmla="*/ 1140 w 32"/>
                              <a:gd name="T7" fmla="*/ 1921 h 58"/>
                              <a:gd name="T8" fmla="*/ 1033 w 32"/>
                              <a:gd name="T9" fmla="*/ 1957 h 58"/>
                              <a:gd name="T10" fmla="*/ 961 w 32"/>
                              <a:gd name="T11" fmla="*/ 1992 h 58"/>
                              <a:gd name="T12" fmla="*/ 854 w 32"/>
                              <a:gd name="T13" fmla="*/ 2028 h 58"/>
                              <a:gd name="T14" fmla="*/ 746 w 32"/>
                              <a:gd name="T15" fmla="*/ 2064 h 58"/>
                              <a:gd name="T16" fmla="*/ 674 w 32"/>
                              <a:gd name="T17" fmla="*/ 2064 h 58"/>
                              <a:gd name="T18" fmla="*/ 573 w 32"/>
                              <a:gd name="T19" fmla="*/ 2064 h 58"/>
                              <a:gd name="T20" fmla="*/ 466 w 32"/>
                              <a:gd name="T21" fmla="*/ 2064 h 58"/>
                              <a:gd name="T22" fmla="*/ 358 w 32"/>
                              <a:gd name="T23" fmla="*/ 2064 h 58"/>
                              <a:gd name="T24" fmla="*/ 287 w 32"/>
                              <a:gd name="T25" fmla="*/ 2028 h 58"/>
                              <a:gd name="T26" fmla="*/ 179 w 32"/>
                              <a:gd name="T27" fmla="*/ 2028 h 58"/>
                              <a:gd name="T28" fmla="*/ 72 w 32"/>
                              <a:gd name="T29" fmla="*/ 1992 h 58"/>
                              <a:gd name="T30" fmla="*/ 0 w 32"/>
                              <a:gd name="T31" fmla="*/ 1921 h 58"/>
                              <a:gd name="T32" fmla="*/ 0 w 32"/>
                              <a:gd name="T33" fmla="*/ 0 h 5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32"/>
                              <a:gd name="T52" fmla="*/ 0 h 58"/>
                              <a:gd name="T53" fmla="*/ 32 w 32"/>
                              <a:gd name="T54" fmla="*/ 58 h 5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32" h="58">
                                <a:moveTo>
                                  <a:pt x="0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54"/>
                                </a:lnTo>
                                <a:lnTo>
                                  <a:pt x="29" y="55"/>
                                </a:lnTo>
                                <a:lnTo>
                                  <a:pt x="27" y="56"/>
                                </a:lnTo>
                                <a:lnTo>
                                  <a:pt x="24" y="57"/>
                                </a:lnTo>
                                <a:lnTo>
                                  <a:pt x="21" y="58"/>
                                </a:lnTo>
                                <a:lnTo>
                                  <a:pt x="19" y="58"/>
                                </a:lnTo>
                                <a:lnTo>
                                  <a:pt x="16" y="58"/>
                                </a:lnTo>
                                <a:lnTo>
                                  <a:pt x="13" y="58"/>
                                </a:lnTo>
                                <a:lnTo>
                                  <a:pt x="10" y="58"/>
                                </a:lnTo>
                                <a:lnTo>
                                  <a:pt x="8" y="57"/>
                                </a:lnTo>
                                <a:lnTo>
                                  <a:pt x="5" y="57"/>
                                </a:lnTo>
                                <a:lnTo>
                                  <a:pt x="2" y="56"/>
                                </a:lnTo>
                                <a:lnTo>
                                  <a:pt x="0" y="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64685721" name="Freeform 120">
                          <a:extLst>
                            <a:ext uri="{FF2B5EF4-FFF2-40B4-BE49-F238E27FC236}">
                              <a16:creationId xmlns:a16="http://schemas.microsoft.com/office/drawing/2014/main" id="{D18D1B6D-D424-3A9C-8CE5-D3A0DAED88E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96"/>
                            <a:ext cx="191" cy="346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58"/>
                              <a:gd name="T2" fmla="*/ 1140 w 32"/>
                              <a:gd name="T3" fmla="*/ 0 h 58"/>
                              <a:gd name="T4" fmla="*/ 1140 w 32"/>
                              <a:gd name="T5" fmla="*/ 1921 h 58"/>
                              <a:gd name="T6" fmla="*/ 1140 w 32"/>
                              <a:gd name="T7" fmla="*/ 1921 h 58"/>
                              <a:gd name="T8" fmla="*/ 1033 w 32"/>
                              <a:gd name="T9" fmla="*/ 1957 h 58"/>
                              <a:gd name="T10" fmla="*/ 961 w 32"/>
                              <a:gd name="T11" fmla="*/ 1992 h 58"/>
                              <a:gd name="T12" fmla="*/ 854 w 32"/>
                              <a:gd name="T13" fmla="*/ 2028 h 58"/>
                              <a:gd name="T14" fmla="*/ 746 w 32"/>
                              <a:gd name="T15" fmla="*/ 2064 h 58"/>
                              <a:gd name="T16" fmla="*/ 674 w 32"/>
                              <a:gd name="T17" fmla="*/ 2064 h 58"/>
                              <a:gd name="T18" fmla="*/ 573 w 32"/>
                              <a:gd name="T19" fmla="*/ 2064 h 58"/>
                              <a:gd name="T20" fmla="*/ 466 w 32"/>
                              <a:gd name="T21" fmla="*/ 2064 h 58"/>
                              <a:gd name="T22" fmla="*/ 358 w 32"/>
                              <a:gd name="T23" fmla="*/ 2064 h 58"/>
                              <a:gd name="T24" fmla="*/ 287 w 32"/>
                              <a:gd name="T25" fmla="*/ 2028 h 58"/>
                              <a:gd name="T26" fmla="*/ 179 w 32"/>
                              <a:gd name="T27" fmla="*/ 2028 h 58"/>
                              <a:gd name="T28" fmla="*/ 72 w 32"/>
                              <a:gd name="T29" fmla="*/ 1992 h 58"/>
                              <a:gd name="T30" fmla="*/ 0 w 32"/>
                              <a:gd name="T31" fmla="*/ 1921 h 58"/>
                              <a:gd name="T32" fmla="*/ 0 w 32"/>
                              <a:gd name="T33" fmla="*/ 0 h 5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32"/>
                              <a:gd name="T52" fmla="*/ 0 h 58"/>
                              <a:gd name="T53" fmla="*/ 32 w 32"/>
                              <a:gd name="T54" fmla="*/ 58 h 5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32" h="58">
                                <a:moveTo>
                                  <a:pt x="0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54"/>
                                </a:lnTo>
                                <a:lnTo>
                                  <a:pt x="29" y="55"/>
                                </a:lnTo>
                                <a:lnTo>
                                  <a:pt x="27" y="56"/>
                                </a:lnTo>
                                <a:lnTo>
                                  <a:pt x="24" y="57"/>
                                </a:lnTo>
                                <a:lnTo>
                                  <a:pt x="21" y="58"/>
                                </a:lnTo>
                                <a:lnTo>
                                  <a:pt x="19" y="58"/>
                                </a:lnTo>
                                <a:lnTo>
                                  <a:pt x="16" y="58"/>
                                </a:lnTo>
                                <a:lnTo>
                                  <a:pt x="13" y="58"/>
                                </a:lnTo>
                                <a:lnTo>
                                  <a:pt x="10" y="58"/>
                                </a:lnTo>
                                <a:lnTo>
                                  <a:pt x="8" y="57"/>
                                </a:lnTo>
                                <a:lnTo>
                                  <a:pt x="5" y="57"/>
                                </a:lnTo>
                                <a:lnTo>
                                  <a:pt x="2" y="56"/>
                                </a:lnTo>
                                <a:lnTo>
                                  <a:pt x="0" y="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800746" name="Freeform 121">
                          <a:extLst>
                            <a:ext uri="{FF2B5EF4-FFF2-40B4-BE49-F238E27FC236}">
                              <a16:creationId xmlns:a16="http://schemas.microsoft.com/office/drawing/2014/main" id="{0D3C948E-76D4-5B5E-A751-5975728085C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54"/>
                            <a:ext cx="191" cy="83"/>
                          </a:xfrm>
                          <a:custGeom>
                            <a:avLst/>
                            <a:gdLst>
                              <a:gd name="T0" fmla="*/ 0 w 32"/>
                              <a:gd name="T1" fmla="*/ 36 h 14"/>
                              <a:gd name="T2" fmla="*/ 1140 w 32"/>
                              <a:gd name="T3" fmla="*/ 0 h 14"/>
                              <a:gd name="T4" fmla="*/ 1140 w 32"/>
                              <a:gd name="T5" fmla="*/ 385 h 14"/>
                              <a:gd name="T6" fmla="*/ 1140 w 32"/>
                              <a:gd name="T7" fmla="*/ 385 h 14"/>
                              <a:gd name="T8" fmla="*/ 1068 w 32"/>
                              <a:gd name="T9" fmla="*/ 421 h 14"/>
                              <a:gd name="T10" fmla="*/ 925 w 32"/>
                              <a:gd name="T11" fmla="*/ 421 h 14"/>
                              <a:gd name="T12" fmla="*/ 818 w 32"/>
                              <a:gd name="T13" fmla="*/ 457 h 14"/>
                              <a:gd name="T14" fmla="*/ 710 w 32"/>
                              <a:gd name="T15" fmla="*/ 457 h 14"/>
                              <a:gd name="T16" fmla="*/ 573 w 32"/>
                              <a:gd name="T17" fmla="*/ 492 h 14"/>
                              <a:gd name="T18" fmla="*/ 466 w 32"/>
                              <a:gd name="T19" fmla="*/ 457 h 14"/>
                              <a:gd name="T20" fmla="*/ 358 w 32"/>
                              <a:gd name="T21" fmla="*/ 457 h 14"/>
                              <a:gd name="T22" fmla="*/ 215 w 32"/>
                              <a:gd name="T23" fmla="*/ 457 h 14"/>
                              <a:gd name="T24" fmla="*/ 107 w 32"/>
                              <a:gd name="T25" fmla="*/ 421 h 14"/>
                              <a:gd name="T26" fmla="*/ 0 w 32"/>
                              <a:gd name="T27" fmla="*/ 385 h 14"/>
                              <a:gd name="T28" fmla="*/ 0 w 32"/>
                              <a:gd name="T29" fmla="*/ 36 h 14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32"/>
                              <a:gd name="T46" fmla="*/ 0 h 14"/>
                              <a:gd name="T47" fmla="*/ 32 w 32"/>
                              <a:gd name="T48" fmla="*/ 14 h 14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32" h="14">
                                <a:moveTo>
                                  <a:pt x="0" y="1"/>
                                </a:moveTo>
                                <a:lnTo>
                                  <a:pt x="32" y="0"/>
                                </a:lnTo>
                                <a:lnTo>
                                  <a:pt x="32" y="11"/>
                                </a:lnTo>
                                <a:lnTo>
                                  <a:pt x="30" y="12"/>
                                </a:lnTo>
                                <a:lnTo>
                                  <a:pt x="26" y="12"/>
                                </a:lnTo>
                                <a:lnTo>
                                  <a:pt x="23" y="13"/>
                                </a:lnTo>
                                <a:lnTo>
                                  <a:pt x="20" y="13"/>
                                </a:lnTo>
                                <a:lnTo>
                                  <a:pt x="16" y="14"/>
                                </a:lnTo>
                                <a:lnTo>
                                  <a:pt x="13" y="13"/>
                                </a:lnTo>
                                <a:lnTo>
                                  <a:pt x="10" y="13"/>
                                </a:lnTo>
                                <a:lnTo>
                                  <a:pt x="6" y="13"/>
                                </a:lnTo>
                                <a:lnTo>
                                  <a:pt x="3" y="12"/>
                                </a:lnTo>
                                <a:lnTo>
                                  <a:pt x="0" y="11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10331923" name="Freeform 122">
                          <a:extLst>
                            <a:ext uri="{FF2B5EF4-FFF2-40B4-BE49-F238E27FC236}">
                              <a16:creationId xmlns:a16="http://schemas.microsoft.com/office/drawing/2014/main" id="{EF69B9C2-10AA-73BB-AF7B-C1A50D9257E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" y="54"/>
                            <a:ext cx="191" cy="83"/>
                          </a:xfrm>
                          <a:custGeom>
                            <a:avLst/>
                            <a:gdLst>
                              <a:gd name="T0" fmla="*/ 0 w 32"/>
                              <a:gd name="T1" fmla="*/ 36 h 14"/>
                              <a:gd name="T2" fmla="*/ 1140 w 32"/>
                              <a:gd name="T3" fmla="*/ 0 h 14"/>
                              <a:gd name="T4" fmla="*/ 1140 w 32"/>
                              <a:gd name="T5" fmla="*/ 385 h 14"/>
                              <a:gd name="T6" fmla="*/ 1140 w 32"/>
                              <a:gd name="T7" fmla="*/ 385 h 14"/>
                              <a:gd name="T8" fmla="*/ 1068 w 32"/>
                              <a:gd name="T9" fmla="*/ 421 h 14"/>
                              <a:gd name="T10" fmla="*/ 925 w 32"/>
                              <a:gd name="T11" fmla="*/ 421 h 14"/>
                              <a:gd name="T12" fmla="*/ 818 w 32"/>
                              <a:gd name="T13" fmla="*/ 457 h 14"/>
                              <a:gd name="T14" fmla="*/ 710 w 32"/>
                              <a:gd name="T15" fmla="*/ 457 h 14"/>
                              <a:gd name="T16" fmla="*/ 573 w 32"/>
                              <a:gd name="T17" fmla="*/ 492 h 14"/>
                              <a:gd name="T18" fmla="*/ 466 w 32"/>
                              <a:gd name="T19" fmla="*/ 457 h 14"/>
                              <a:gd name="T20" fmla="*/ 358 w 32"/>
                              <a:gd name="T21" fmla="*/ 457 h 14"/>
                              <a:gd name="T22" fmla="*/ 215 w 32"/>
                              <a:gd name="T23" fmla="*/ 457 h 14"/>
                              <a:gd name="T24" fmla="*/ 107 w 32"/>
                              <a:gd name="T25" fmla="*/ 421 h 14"/>
                              <a:gd name="T26" fmla="*/ 0 w 32"/>
                              <a:gd name="T27" fmla="*/ 385 h 14"/>
                              <a:gd name="T28" fmla="*/ 0 w 32"/>
                              <a:gd name="T29" fmla="*/ 36 h 14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32"/>
                              <a:gd name="T46" fmla="*/ 0 h 14"/>
                              <a:gd name="T47" fmla="*/ 32 w 32"/>
                              <a:gd name="T48" fmla="*/ 14 h 14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32" h="14">
                                <a:moveTo>
                                  <a:pt x="0" y="1"/>
                                </a:moveTo>
                                <a:lnTo>
                                  <a:pt x="32" y="0"/>
                                </a:lnTo>
                                <a:lnTo>
                                  <a:pt x="32" y="11"/>
                                </a:lnTo>
                                <a:lnTo>
                                  <a:pt x="30" y="12"/>
                                </a:lnTo>
                                <a:lnTo>
                                  <a:pt x="26" y="12"/>
                                </a:lnTo>
                                <a:lnTo>
                                  <a:pt x="23" y="13"/>
                                </a:lnTo>
                                <a:lnTo>
                                  <a:pt x="20" y="13"/>
                                </a:lnTo>
                                <a:lnTo>
                                  <a:pt x="16" y="14"/>
                                </a:lnTo>
                                <a:lnTo>
                                  <a:pt x="13" y="13"/>
                                </a:lnTo>
                                <a:lnTo>
                                  <a:pt x="10" y="13"/>
                                </a:lnTo>
                                <a:lnTo>
                                  <a:pt x="6" y="13"/>
                                </a:lnTo>
                                <a:lnTo>
                                  <a:pt x="3" y="12"/>
                                </a:lnTo>
                                <a:lnTo>
                                  <a:pt x="0" y="11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8771650" name="Freeform 123">
                          <a:extLst>
                            <a:ext uri="{FF2B5EF4-FFF2-40B4-BE49-F238E27FC236}">
                              <a16:creationId xmlns:a16="http://schemas.microsoft.com/office/drawing/2014/main" id="{7BE99CE5-3666-DE62-3B53-AD0D13C9E49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47" y="12"/>
                            <a:ext cx="257" cy="84"/>
                          </a:xfrm>
                          <a:custGeom>
                            <a:avLst/>
                            <a:gdLst>
                              <a:gd name="T0" fmla="*/ 1536 w 43"/>
                              <a:gd name="T1" fmla="*/ 252 h 14"/>
                              <a:gd name="T2" fmla="*/ 1500 w 43"/>
                              <a:gd name="T3" fmla="*/ 180 h 14"/>
                              <a:gd name="T4" fmla="*/ 1428 w 43"/>
                              <a:gd name="T5" fmla="*/ 144 h 14"/>
                              <a:gd name="T6" fmla="*/ 1357 w 43"/>
                              <a:gd name="T7" fmla="*/ 108 h 14"/>
                              <a:gd name="T8" fmla="*/ 1249 w 43"/>
                              <a:gd name="T9" fmla="*/ 72 h 14"/>
                              <a:gd name="T10" fmla="*/ 1106 w 43"/>
                              <a:gd name="T11" fmla="*/ 36 h 14"/>
                              <a:gd name="T12" fmla="*/ 962 w 43"/>
                              <a:gd name="T13" fmla="*/ 36 h 14"/>
                              <a:gd name="T14" fmla="*/ 819 w 43"/>
                              <a:gd name="T15" fmla="*/ 0 h 14"/>
                              <a:gd name="T16" fmla="*/ 645 w 43"/>
                              <a:gd name="T17" fmla="*/ 0 h 14"/>
                              <a:gd name="T18" fmla="*/ 502 w 43"/>
                              <a:gd name="T19" fmla="*/ 36 h 14"/>
                              <a:gd name="T20" fmla="*/ 359 w 43"/>
                              <a:gd name="T21" fmla="*/ 36 h 14"/>
                              <a:gd name="T22" fmla="*/ 251 w 43"/>
                              <a:gd name="T23" fmla="*/ 72 h 14"/>
                              <a:gd name="T24" fmla="*/ 143 w 43"/>
                              <a:gd name="T25" fmla="*/ 108 h 14"/>
                              <a:gd name="T26" fmla="*/ 72 w 43"/>
                              <a:gd name="T27" fmla="*/ 144 h 14"/>
                              <a:gd name="T28" fmla="*/ 0 w 43"/>
                              <a:gd name="T29" fmla="*/ 216 h 14"/>
                              <a:gd name="T30" fmla="*/ 0 w 43"/>
                              <a:gd name="T31" fmla="*/ 252 h 14"/>
                              <a:gd name="T32" fmla="*/ 0 w 43"/>
                              <a:gd name="T33" fmla="*/ 288 h 14"/>
                              <a:gd name="T34" fmla="*/ 36 w 43"/>
                              <a:gd name="T35" fmla="*/ 360 h 14"/>
                              <a:gd name="T36" fmla="*/ 108 w 43"/>
                              <a:gd name="T37" fmla="*/ 396 h 14"/>
                              <a:gd name="T38" fmla="*/ 215 w 43"/>
                              <a:gd name="T39" fmla="*/ 432 h 14"/>
                              <a:gd name="T40" fmla="*/ 323 w 43"/>
                              <a:gd name="T41" fmla="*/ 468 h 14"/>
                              <a:gd name="T42" fmla="*/ 466 w 43"/>
                              <a:gd name="T43" fmla="*/ 504 h 14"/>
                              <a:gd name="T44" fmla="*/ 610 w 43"/>
                              <a:gd name="T45" fmla="*/ 504 h 14"/>
                              <a:gd name="T46" fmla="*/ 783 w 43"/>
                              <a:gd name="T47" fmla="*/ 504 h 14"/>
                              <a:gd name="T48" fmla="*/ 926 w 43"/>
                              <a:gd name="T49" fmla="*/ 504 h 14"/>
                              <a:gd name="T50" fmla="*/ 1070 w 43"/>
                              <a:gd name="T51" fmla="*/ 504 h 14"/>
                              <a:gd name="T52" fmla="*/ 1213 w 43"/>
                              <a:gd name="T53" fmla="*/ 468 h 14"/>
                              <a:gd name="T54" fmla="*/ 1321 w 43"/>
                              <a:gd name="T55" fmla="*/ 432 h 14"/>
                              <a:gd name="T56" fmla="*/ 1428 w 43"/>
                              <a:gd name="T57" fmla="*/ 396 h 14"/>
                              <a:gd name="T58" fmla="*/ 1464 w 43"/>
                              <a:gd name="T59" fmla="*/ 360 h 14"/>
                              <a:gd name="T60" fmla="*/ 1500 w 43"/>
                              <a:gd name="T61" fmla="*/ 288 h 14"/>
                              <a:gd name="T62" fmla="*/ 1536 w 43"/>
                              <a:gd name="T63" fmla="*/ 252 h 14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43"/>
                              <a:gd name="T97" fmla="*/ 0 h 14"/>
                              <a:gd name="T98" fmla="*/ 43 w 43"/>
                              <a:gd name="T99" fmla="*/ 14 h 14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43" h="14">
                                <a:moveTo>
                                  <a:pt x="43" y="7"/>
                                </a:moveTo>
                                <a:lnTo>
                                  <a:pt x="43" y="7"/>
                                </a:lnTo>
                                <a:lnTo>
                                  <a:pt x="42" y="6"/>
                                </a:lnTo>
                                <a:lnTo>
                                  <a:pt x="42" y="5"/>
                                </a:lnTo>
                                <a:lnTo>
                                  <a:pt x="41" y="5"/>
                                </a:lnTo>
                                <a:lnTo>
                                  <a:pt x="40" y="4"/>
                                </a:lnTo>
                                <a:lnTo>
                                  <a:pt x="39" y="3"/>
                                </a:lnTo>
                                <a:lnTo>
                                  <a:pt x="38" y="3"/>
                                </a:lnTo>
                                <a:lnTo>
                                  <a:pt x="36" y="2"/>
                                </a:lnTo>
                                <a:lnTo>
                                  <a:pt x="35" y="2"/>
                                </a:lnTo>
                                <a:lnTo>
                                  <a:pt x="33" y="1"/>
                                </a:lnTo>
                                <a:lnTo>
                                  <a:pt x="31" y="1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5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0"/>
                                </a:lnTo>
                                <a:lnTo>
                                  <a:pt x="18" y="0"/>
                                </a:lnTo>
                                <a:lnTo>
                                  <a:pt x="16" y="1"/>
                                </a:lnTo>
                                <a:lnTo>
                                  <a:pt x="14" y="1"/>
                                </a:lnTo>
                                <a:lnTo>
                                  <a:pt x="12" y="1"/>
                                </a:lnTo>
                                <a:lnTo>
                                  <a:pt x="10" y="1"/>
                                </a:lnTo>
                                <a:lnTo>
                                  <a:pt x="8" y="2"/>
                                </a:lnTo>
                                <a:lnTo>
                                  <a:pt x="7" y="2"/>
                                </a:lnTo>
                                <a:lnTo>
                                  <a:pt x="5" y="3"/>
                                </a:lnTo>
                                <a:lnTo>
                                  <a:pt x="4" y="3"/>
                                </a:lnTo>
                                <a:lnTo>
                                  <a:pt x="3" y="4"/>
                                </a:lnTo>
                                <a:lnTo>
                                  <a:pt x="2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1"/>
                                </a:lnTo>
                                <a:lnTo>
                                  <a:pt x="5" y="12"/>
                                </a:lnTo>
                                <a:lnTo>
                                  <a:pt x="6" y="12"/>
                                </a:lnTo>
                                <a:lnTo>
                                  <a:pt x="8" y="13"/>
                                </a:lnTo>
                                <a:lnTo>
                                  <a:pt x="9" y="13"/>
                                </a:lnTo>
                                <a:lnTo>
                                  <a:pt x="11" y="13"/>
                                </a:lnTo>
                                <a:lnTo>
                                  <a:pt x="13" y="14"/>
                                </a:lnTo>
                                <a:lnTo>
                                  <a:pt x="15" y="14"/>
                                </a:lnTo>
                                <a:lnTo>
                                  <a:pt x="17" y="14"/>
                                </a:lnTo>
                                <a:lnTo>
                                  <a:pt x="19" y="14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6" y="14"/>
                                </a:lnTo>
                                <a:lnTo>
                                  <a:pt x="28" y="14"/>
                                </a:lnTo>
                                <a:lnTo>
                                  <a:pt x="30" y="14"/>
                                </a:lnTo>
                                <a:lnTo>
                                  <a:pt x="32" y="13"/>
                                </a:lnTo>
                                <a:lnTo>
                                  <a:pt x="34" y="13"/>
                                </a:lnTo>
                                <a:lnTo>
                                  <a:pt x="35" y="12"/>
                                </a:lnTo>
                                <a:lnTo>
                                  <a:pt x="37" y="12"/>
                                </a:lnTo>
                                <a:lnTo>
                                  <a:pt x="38" y="11"/>
                                </a:lnTo>
                                <a:lnTo>
                                  <a:pt x="40" y="11"/>
                                </a:lnTo>
                                <a:lnTo>
                                  <a:pt x="41" y="10"/>
                                </a:lnTo>
                                <a:lnTo>
                                  <a:pt x="42" y="9"/>
                                </a:lnTo>
                                <a:lnTo>
                                  <a:pt x="42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83755692" name="Freeform 124">
                          <a:extLst>
                            <a:ext uri="{FF2B5EF4-FFF2-40B4-BE49-F238E27FC236}">
                              <a16:creationId xmlns:a16="http://schemas.microsoft.com/office/drawing/2014/main" id="{55F992FA-242C-0336-5C75-747CC729C91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47" y="12"/>
                            <a:ext cx="257" cy="84"/>
                          </a:xfrm>
                          <a:custGeom>
                            <a:avLst/>
                            <a:gdLst>
                              <a:gd name="T0" fmla="*/ 1536 w 43"/>
                              <a:gd name="T1" fmla="*/ 252 h 14"/>
                              <a:gd name="T2" fmla="*/ 1500 w 43"/>
                              <a:gd name="T3" fmla="*/ 180 h 14"/>
                              <a:gd name="T4" fmla="*/ 1428 w 43"/>
                              <a:gd name="T5" fmla="*/ 144 h 14"/>
                              <a:gd name="T6" fmla="*/ 1357 w 43"/>
                              <a:gd name="T7" fmla="*/ 108 h 14"/>
                              <a:gd name="T8" fmla="*/ 1249 w 43"/>
                              <a:gd name="T9" fmla="*/ 72 h 14"/>
                              <a:gd name="T10" fmla="*/ 1106 w 43"/>
                              <a:gd name="T11" fmla="*/ 36 h 14"/>
                              <a:gd name="T12" fmla="*/ 962 w 43"/>
                              <a:gd name="T13" fmla="*/ 36 h 14"/>
                              <a:gd name="T14" fmla="*/ 819 w 43"/>
                              <a:gd name="T15" fmla="*/ 0 h 14"/>
                              <a:gd name="T16" fmla="*/ 645 w 43"/>
                              <a:gd name="T17" fmla="*/ 0 h 14"/>
                              <a:gd name="T18" fmla="*/ 502 w 43"/>
                              <a:gd name="T19" fmla="*/ 36 h 14"/>
                              <a:gd name="T20" fmla="*/ 359 w 43"/>
                              <a:gd name="T21" fmla="*/ 36 h 14"/>
                              <a:gd name="T22" fmla="*/ 251 w 43"/>
                              <a:gd name="T23" fmla="*/ 72 h 14"/>
                              <a:gd name="T24" fmla="*/ 143 w 43"/>
                              <a:gd name="T25" fmla="*/ 108 h 14"/>
                              <a:gd name="T26" fmla="*/ 72 w 43"/>
                              <a:gd name="T27" fmla="*/ 144 h 14"/>
                              <a:gd name="T28" fmla="*/ 0 w 43"/>
                              <a:gd name="T29" fmla="*/ 216 h 14"/>
                              <a:gd name="T30" fmla="*/ 0 w 43"/>
                              <a:gd name="T31" fmla="*/ 252 h 14"/>
                              <a:gd name="T32" fmla="*/ 0 w 43"/>
                              <a:gd name="T33" fmla="*/ 288 h 14"/>
                              <a:gd name="T34" fmla="*/ 36 w 43"/>
                              <a:gd name="T35" fmla="*/ 360 h 14"/>
                              <a:gd name="T36" fmla="*/ 108 w 43"/>
                              <a:gd name="T37" fmla="*/ 396 h 14"/>
                              <a:gd name="T38" fmla="*/ 215 w 43"/>
                              <a:gd name="T39" fmla="*/ 432 h 14"/>
                              <a:gd name="T40" fmla="*/ 323 w 43"/>
                              <a:gd name="T41" fmla="*/ 468 h 14"/>
                              <a:gd name="T42" fmla="*/ 466 w 43"/>
                              <a:gd name="T43" fmla="*/ 504 h 14"/>
                              <a:gd name="T44" fmla="*/ 610 w 43"/>
                              <a:gd name="T45" fmla="*/ 504 h 14"/>
                              <a:gd name="T46" fmla="*/ 783 w 43"/>
                              <a:gd name="T47" fmla="*/ 504 h 14"/>
                              <a:gd name="T48" fmla="*/ 926 w 43"/>
                              <a:gd name="T49" fmla="*/ 504 h 14"/>
                              <a:gd name="T50" fmla="*/ 1070 w 43"/>
                              <a:gd name="T51" fmla="*/ 504 h 14"/>
                              <a:gd name="T52" fmla="*/ 1213 w 43"/>
                              <a:gd name="T53" fmla="*/ 468 h 14"/>
                              <a:gd name="T54" fmla="*/ 1321 w 43"/>
                              <a:gd name="T55" fmla="*/ 432 h 14"/>
                              <a:gd name="T56" fmla="*/ 1428 w 43"/>
                              <a:gd name="T57" fmla="*/ 396 h 14"/>
                              <a:gd name="T58" fmla="*/ 1464 w 43"/>
                              <a:gd name="T59" fmla="*/ 360 h 14"/>
                              <a:gd name="T60" fmla="*/ 1500 w 43"/>
                              <a:gd name="T61" fmla="*/ 288 h 14"/>
                              <a:gd name="T62" fmla="*/ 1536 w 43"/>
                              <a:gd name="T63" fmla="*/ 252 h 14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43"/>
                              <a:gd name="T97" fmla="*/ 0 h 14"/>
                              <a:gd name="T98" fmla="*/ 43 w 43"/>
                              <a:gd name="T99" fmla="*/ 14 h 14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43" h="14">
                                <a:moveTo>
                                  <a:pt x="43" y="7"/>
                                </a:moveTo>
                                <a:lnTo>
                                  <a:pt x="43" y="7"/>
                                </a:lnTo>
                                <a:lnTo>
                                  <a:pt x="42" y="6"/>
                                </a:lnTo>
                                <a:lnTo>
                                  <a:pt x="42" y="5"/>
                                </a:lnTo>
                                <a:lnTo>
                                  <a:pt x="41" y="5"/>
                                </a:lnTo>
                                <a:lnTo>
                                  <a:pt x="40" y="4"/>
                                </a:lnTo>
                                <a:lnTo>
                                  <a:pt x="39" y="3"/>
                                </a:lnTo>
                                <a:lnTo>
                                  <a:pt x="38" y="3"/>
                                </a:lnTo>
                                <a:lnTo>
                                  <a:pt x="36" y="2"/>
                                </a:lnTo>
                                <a:lnTo>
                                  <a:pt x="35" y="2"/>
                                </a:lnTo>
                                <a:lnTo>
                                  <a:pt x="33" y="1"/>
                                </a:lnTo>
                                <a:lnTo>
                                  <a:pt x="31" y="1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5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0"/>
                                </a:lnTo>
                                <a:lnTo>
                                  <a:pt x="18" y="0"/>
                                </a:lnTo>
                                <a:lnTo>
                                  <a:pt x="16" y="1"/>
                                </a:lnTo>
                                <a:lnTo>
                                  <a:pt x="14" y="1"/>
                                </a:lnTo>
                                <a:lnTo>
                                  <a:pt x="12" y="1"/>
                                </a:lnTo>
                                <a:lnTo>
                                  <a:pt x="10" y="1"/>
                                </a:lnTo>
                                <a:lnTo>
                                  <a:pt x="8" y="2"/>
                                </a:lnTo>
                                <a:lnTo>
                                  <a:pt x="7" y="2"/>
                                </a:lnTo>
                                <a:lnTo>
                                  <a:pt x="5" y="3"/>
                                </a:lnTo>
                                <a:lnTo>
                                  <a:pt x="4" y="3"/>
                                </a:lnTo>
                                <a:lnTo>
                                  <a:pt x="3" y="4"/>
                                </a:lnTo>
                                <a:lnTo>
                                  <a:pt x="2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1"/>
                                </a:lnTo>
                                <a:lnTo>
                                  <a:pt x="5" y="12"/>
                                </a:lnTo>
                                <a:lnTo>
                                  <a:pt x="6" y="12"/>
                                </a:lnTo>
                                <a:lnTo>
                                  <a:pt x="8" y="13"/>
                                </a:lnTo>
                                <a:lnTo>
                                  <a:pt x="9" y="13"/>
                                </a:lnTo>
                                <a:lnTo>
                                  <a:pt x="11" y="13"/>
                                </a:lnTo>
                                <a:lnTo>
                                  <a:pt x="13" y="14"/>
                                </a:lnTo>
                                <a:lnTo>
                                  <a:pt x="15" y="14"/>
                                </a:lnTo>
                                <a:lnTo>
                                  <a:pt x="17" y="14"/>
                                </a:lnTo>
                                <a:lnTo>
                                  <a:pt x="19" y="14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6" y="14"/>
                                </a:lnTo>
                                <a:lnTo>
                                  <a:pt x="28" y="14"/>
                                </a:lnTo>
                                <a:lnTo>
                                  <a:pt x="30" y="14"/>
                                </a:lnTo>
                                <a:lnTo>
                                  <a:pt x="32" y="13"/>
                                </a:lnTo>
                                <a:lnTo>
                                  <a:pt x="34" y="13"/>
                                </a:lnTo>
                                <a:lnTo>
                                  <a:pt x="35" y="12"/>
                                </a:lnTo>
                                <a:lnTo>
                                  <a:pt x="37" y="12"/>
                                </a:lnTo>
                                <a:lnTo>
                                  <a:pt x="38" y="11"/>
                                </a:lnTo>
                                <a:lnTo>
                                  <a:pt x="40" y="11"/>
                                </a:lnTo>
                                <a:lnTo>
                                  <a:pt x="41" y="10"/>
                                </a:lnTo>
                                <a:lnTo>
                                  <a:pt x="42" y="9"/>
                                </a:lnTo>
                                <a:lnTo>
                                  <a:pt x="42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712073" name="Freeform 125">
                          <a:extLst>
                            <a:ext uri="{FF2B5EF4-FFF2-40B4-BE49-F238E27FC236}">
                              <a16:creationId xmlns:a16="http://schemas.microsoft.com/office/drawing/2014/main" id="{9E28F347-E33F-40D4-215C-7C0B750346A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47" y="0"/>
                            <a:ext cx="257" cy="84"/>
                          </a:xfrm>
                          <a:custGeom>
                            <a:avLst/>
                            <a:gdLst>
                              <a:gd name="T0" fmla="*/ 1536 w 43"/>
                              <a:gd name="T1" fmla="*/ 252 h 14"/>
                              <a:gd name="T2" fmla="*/ 1536 w 43"/>
                              <a:gd name="T3" fmla="*/ 216 h 14"/>
                              <a:gd name="T4" fmla="*/ 1500 w 43"/>
                              <a:gd name="T5" fmla="*/ 180 h 14"/>
                              <a:gd name="T6" fmla="*/ 1500 w 43"/>
                              <a:gd name="T7" fmla="*/ 180 h 14"/>
                              <a:gd name="T8" fmla="*/ 1464 w 43"/>
                              <a:gd name="T9" fmla="*/ 144 h 14"/>
                              <a:gd name="T10" fmla="*/ 1428 w 43"/>
                              <a:gd name="T11" fmla="*/ 108 h 14"/>
                              <a:gd name="T12" fmla="*/ 1393 w 43"/>
                              <a:gd name="T13" fmla="*/ 108 h 14"/>
                              <a:gd name="T14" fmla="*/ 1357 w 43"/>
                              <a:gd name="T15" fmla="*/ 72 h 14"/>
                              <a:gd name="T16" fmla="*/ 1285 w 43"/>
                              <a:gd name="T17" fmla="*/ 72 h 14"/>
                              <a:gd name="T18" fmla="*/ 1249 w 43"/>
                              <a:gd name="T19" fmla="*/ 36 h 14"/>
                              <a:gd name="T20" fmla="*/ 1177 w 43"/>
                              <a:gd name="T21" fmla="*/ 36 h 14"/>
                              <a:gd name="T22" fmla="*/ 1106 w 43"/>
                              <a:gd name="T23" fmla="*/ 0 h 14"/>
                              <a:gd name="T24" fmla="*/ 1034 w 43"/>
                              <a:gd name="T25" fmla="*/ 0 h 14"/>
                              <a:gd name="T26" fmla="*/ 962 w 43"/>
                              <a:gd name="T27" fmla="*/ 0 h 14"/>
                              <a:gd name="T28" fmla="*/ 891 w 43"/>
                              <a:gd name="T29" fmla="*/ 0 h 14"/>
                              <a:gd name="T30" fmla="*/ 819 w 43"/>
                              <a:gd name="T31" fmla="*/ 0 h 14"/>
                              <a:gd name="T32" fmla="*/ 717 w 43"/>
                              <a:gd name="T33" fmla="*/ 0 h 14"/>
                              <a:gd name="T34" fmla="*/ 645 w 43"/>
                              <a:gd name="T35" fmla="*/ 0 h 14"/>
                              <a:gd name="T36" fmla="*/ 574 w 43"/>
                              <a:gd name="T37" fmla="*/ 0 h 14"/>
                              <a:gd name="T38" fmla="*/ 502 w 43"/>
                              <a:gd name="T39" fmla="*/ 0 h 14"/>
                              <a:gd name="T40" fmla="*/ 430 w 43"/>
                              <a:gd name="T41" fmla="*/ 0 h 14"/>
                              <a:gd name="T42" fmla="*/ 359 w 43"/>
                              <a:gd name="T43" fmla="*/ 36 h 14"/>
                              <a:gd name="T44" fmla="*/ 287 w 43"/>
                              <a:gd name="T45" fmla="*/ 36 h 14"/>
                              <a:gd name="T46" fmla="*/ 251 w 43"/>
                              <a:gd name="T47" fmla="*/ 72 h 14"/>
                              <a:gd name="T48" fmla="*/ 179 w 43"/>
                              <a:gd name="T49" fmla="*/ 72 h 14"/>
                              <a:gd name="T50" fmla="*/ 143 w 43"/>
                              <a:gd name="T51" fmla="*/ 108 h 14"/>
                              <a:gd name="T52" fmla="*/ 108 w 43"/>
                              <a:gd name="T53" fmla="*/ 108 h 14"/>
                              <a:gd name="T54" fmla="*/ 72 w 43"/>
                              <a:gd name="T55" fmla="*/ 144 h 14"/>
                              <a:gd name="T56" fmla="*/ 36 w 43"/>
                              <a:gd name="T57" fmla="*/ 144 h 14"/>
                              <a:gd name="T58" fmla="*/ 0 w 43"/>
                              <a:gd name="T59" fmla="*/ 180 h 14"/>
                              <a:gd name="T60" fmla="*/ 0 w 43"/>
                              <a:gd name="T61" fmla="*/ 216 h 14"/>
                              <a:gd name="T62" fmla="*/ 0 w 43"/>
                              <a:gd name="T63" fmla="*/ 252 h 14"/>
                              <a:gd name="T64" fmla="*/ 0 w 43"/>
                              <a:gd name="T65" fmla="*/ 252 h 14"/>
                              <a:gd name="T66" fmla="*/ 0 w 43"/>
                              <a:gd name="T67" fmla="*/ 288 h 14"/>
                              <a:gd name="T68" fmla="*/ 36 w 43"/>
                              <a:gd name="T69" fmla="*/ 324 h 14"/>
                              <a:gd name="T70" fmla="*/ 36 w 43"/>
                              <a:gd name="T71" fmla="*/ 324 h 14"/>
                              <a:gd name="T72" fmla="*/ 72 w 43"/>
                              <a:gd name="T73" fmla="*/ 360 h 14"/>
                              <a:gd name="T74" fmla="*/ 108 w 43"/>
                              <a:gd name="T75" fmla="*/ 360 h 14"/>
                              <a:gd name="T76" fmla="*/ 179 w 43"/>
                              <a:gd name="T77" fmla="*/ 396 h 14"/>
                              <a:gd name="T78" fmla="*/ 215 w 43"/>
                              <a:gd name="T79" fmla="*/ 432 h 14"/>
                              <a:gd name="T80" fmla="*/ 287 w 43"/>
                              <a:gd name="T81" fmla="*/ 432 h 14"/>
                              <a:gd name="T82" fmla="*/ 359 w 43"/>
                              <a:gd name="T83" fmla="*/ 432 h 14"/>
                              <a:gd name="T84" fmla="*/ 394 w 43"/>
                              <a:gd name="T85" fmla="*/ 468 h 14"/>
                              <a:gd name="T86" fmla="*/ 466 w 43"/>
                              <a:gd name="T87" fmla="*/ 468 h 14"/>
                              <a:gd name="T88" fmla="*/ 538 w 43"/>
                              <a:gd name="T89" fmla="*/ 468 h 14"/>
                              <a:gd name="T90" fmla="*/ 645 w 43"/>
                              <a:gd name="T91" fmla="*/ 468 h 14"/>
                              <a:gd name="T92" fmla="*/ 717 w 43"/>
                              <a:gd name="T93" fmla="*/ 504 h 14"/>
                              <a:gd name="T94" fmla="*/ 783 w 43"/>
                              <a:gd name="T95" fmla="*/ 504 h 14"/>
                              <a:gd name="T96" fmla="*/ 855 w 43"/>
                              <a:gd name="T97" fmla="*/ 504 h 14"/>
                              <a:gd name="T98" fmla="*/ 926 w 43"/>
                              <a:gd name="T99" fmla="*/ 468 h 14"/>
                              <a:gd name="T100" fmla="*/ 998 w 43"/>
                              <a:gd name="T101" fmla="*/ 468 h 14"/>
                              <a:gd name="T102" fmla="*/ 1070 w 43"/>
                              <a:gd name="T103" fmla="*/ 468 h 14"/>
                              <a:gd name="T104" fmla="*/ 1142 w 43"/>
                              <a:gd name="T105" fmla="*/ 468 h 14"/>
                              <a:gd name="T106" fmla="*/ 1213 w 43"/>
                              <a:gd name="T107" fmla="*/ 432 h 14"/>
                              <a:gd name="T108" fmla="*/ 1285 w 43"/>
                              <a:gd name="T109" fmla="*/ 432 h 14"/>
                              <a:gd name="T110" fmla="*/ 1321 w 43"/>
                              <a:gd name="T111" fmla="*/ 396 h 14"/>
                              <a:gd name="T112" fmla="*/ 1393 w 43"/>
                              <a:gd name="T113" fmla="*/ 396 h 14"/>
                              <a:gd name="T114" fmla="*/ 1428 w 43"/>
                              <a:gd name="T115" fmla="*/ 360 h 14"/>
                              <a:gd name="T116" fmla="*/ 1464 w 43"/>
                              <a:gd name="T117" fmla="*/ 360 h 14"/>
                              <a:gd name="T118" fmla="*/ 1500 w 43"/>
                              <a:gd name="T119" fmla="*/ 324 h 14"/>
                              <a:gd name="T120" fmla="*/ 1500 w 43"/>
                              <a:gd name="T121" fmla="*/ 288 h 14"/>
                              <a:gd name="T122" fmla="*/ 1536 w 43"/>
                              <a:gd name="T123" fmla="*/ 288 h 14"/>
                              <a:gd name="T124" fmla="*/ 1536 w 43"/>
                              <a:gd name="T125" fmla="*/ 252 h 14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  <a:gd name="T189" fmla="*/ 0 w 43"/>
                              <a:gd name="T190" fmla="*/ 0 h 14"/>
                              <a:gd name="T191" fmla="*/ 43 w 43"/>
                              <a:gd name="T192" fmla="*/ 14 h 14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T189" t="T190" r="T191" b="T192"/>
                            <a:pathLst>
                              <a:path w="43" h="14">
                                <a:moveTo>
                                  <a:pt x="43" y="7"/>
                                </a:moveTo>
                                <a:lnTo>
                                  <a:pt x="43" y="6"/>
                                </a:lnTo>
                                <a:lnTo>
                                  <a:pt x="42" y="5"/>
                                </a:lnTo>
                                <a:lnTo>
                                  <a:pt x="41" y="4"/>
                                </a:lnTo>
                                <a:lnTo>
                                  <a:pt x="40" y="3"/>
                                </a:lnTo>
                                <a:lnTo>
                                  <a:pt x="39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2"/>
                                </a:lnTo>
                                <a:lnTo>
                                  <a:pt x="35" y="1"/>
                                </a:lnTo>
                                <a:lnTo>
                                  <a:pt x="33" y="1"/>
                                </a:lnTo>
                                <a:lnTo>
                                  <a:pt x="31" y="0"/>
                                </a:lnTo>
                                <a:lnTo>
                                  <a:pt x="29" y="0"/>
                                </a:lnTo>
                                <a:lnTo>
                                  <a:pt x="27" y="0"/>
                                </a:lnTo>
                                <a:lnTo>
                                  <a:pt x="25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0"/>
                                </a:lnTo>
                                <a:lnTo>
                                  <a:pt x="18" y="0"/>
                                </a:lnTo>
                                <a:lnTo>
                                  <a:pt x="16" y="0"/>
                                </a:lnTo>
                                <a:lnTo>
                                  <a:pt x="14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8" y="1"/>
                                </a:lnTo>
                                <a:lnTo>
                                  <a:pt x="7" y="2"/>
                                </a:lnTo>
                                <a:lnTo>
                                  <a:pt x="5" y="2"/>
                                </a:lnTo>
                                <a:lnTo>
                                  <a:pt x="4" y="3"/>
                                </a:lnTo>
                                <a:lnTo>
                                  <a:pt x="3" y="3"/>
                                </a:lnTo>
                                <a:lnTo>
                                  <a:pt x="2" y="4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5" y="11"/>
                                </a:lnTo>
                                <a:lnTo>
                                  <a:pt x="6" y="12"/>
                                </a:lnTo>
                                <a:lnTo>
                                  <a:pt x="8" y="12"/>
                                </a:lnTo>
                                <a:lnTo>
                                  <a:pt x="10" y="12"/>
                                </a:lnTo>
                                <a:lnTo>
                                  <a:pt x="11" y="13"/>
                                </a:lnTo>
                                <a:lnTo>
                                  <a:pt x="13" y="13"/>
                                </a:lnTo>
                                <a:lnTo>
                                  <a:pt x="15" y="13"/>
                                </a:lnTo>
                                <a:lnTo>
                                  <a:pt x="18" y="13"/>
                                </a:lnTo>
                                <a:lnTo>
                                  <a:pt x="20" y="14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6" y="13"/>
                                </a:lnTo>
                                <a:lnTo>
                                  <a:pt x="28" y="13"/>
                                </a:lnTo>
                                <a:lnTo>
                                  <a:pt x="30" y="13"/>
                                </a:lnTo>
                                <a:lnTo>
                                  <a:pt x="32" y="13"/>
                                </a:lnTo>
                                <a:lnTo>
                                  <a:pt x="34" y="12"/>
                                </a:lnTo>
                                <a:lnTo>
                                  <a:pt x="36" y="12"/>
                                </a:lnTo>
                                <a:lnTo>
                                  <a:pt x="37" y="11"/>
                                </a:lnTo>
                                <a:lnTo>
                                  <a:pt x="39" y="11"/>
                                </a:lnTo>
                                <a:lnTo>
                                  <a:pt x="40" y="10"/>
                                </a:lnTo>
                                <a:lnTo>
                                  <a:pt x="41" y="10"/>
                                </a:lnTo>
                                <a:lnTo>
                                  <a:pt x="42" y="9"/>
                                </a:lnTo>
                                <a:lnTo>
                                  <a:pt x="42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43743272" name="Freeform 126">
                          <a:extLst>
                            <a:ext uri="{FF2B5EF4-FFF2-40B4-BE49-F238E27FC236}">
                              <a16:creationId xmlns:a16="http://schemas.microsoft.com/office/drawing/2014/main" id="{1296C5FE-0FF7-71E3-506D-2CE972BD9B8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47" y="0"/>
                            <a:ext cx="257" cy="84"/>
                          </a:xfrm>
                          <a:custGeom>
                            <a:avLst/>
                            <a:gdLst>
                              <a:gd name="T0" fmla="*/ 1536 w 43"/>
                              <a:gd name="T1" fmla="*/ 252 h 14"/>
                              <a:gd name="T2" fmla="*/ 1536 w 43"/>
                              <a:gd name="T3" fmla="*/ 216 h 14"/>
                              <a:gd name="T4" fmla="*/ 1500 w 43"/>
                              <a:gd name="T5" fmla="*/ 180 h 14"/>
                              <a:gd name="T6" fmla="*/ 1500 w 43"/>
                              <a:gd name="T7" fmla="*/ 180 h 14"/>
                              <a:gd name="T8" fmla="*/ 1464 w 43"/>
                              <a:gd name="T9" fmla="*/ 144 h 14"/>
                              <a:gd name="T10" fmla="*/ 1428 w 43"/>
                              <a:gd name="T11" fmla="*/ 108 h 14"/>
                              <a:gd name="T12" fmla="*/ 1393 w 43"/>
                              <a:gd name="T13" fmla="*/ 108 h 14"/>
                              <a:gd name="T14" fmla="*/ 1357 w 43"/>
                              <a:gd name="T15" fmla="*/ 72 h 14"/>
                              <a:gd name="T16" fmla="*/ 1285 w 43"/>
                              <a:gd name="T17" fmla="*/ 72 h 14"/>
                              <a:gd name="T18" fmla="*/ 1249 w 43"/>
                              <a:gd name="T19" fmla="*/ 36 h 14"/>
                              <a:gd name="T20" fmla="*/ 1177 w 43"/>
                              <a:gd name="T21" fmla="*/ 36 h 14"/>
                              <a:gd name="T22" fmla="*/ 1106 w 43"/>
                              <a:gd name="T23" fmla="*/ 0 h 14"/>
                              <a:gd name="T24" fmla="*/ 1034 w 43"/>
                              <a:gd name="T25" fmla="*/ 0 h 14"/>
                              <a:gd name="T26" fmla="*/ 962 w 43"/>
                              <a:gd name="T27" fmla="*/ 0 h 14"/>
                              <a:gd name="T28" fmla="*/ 891 w 43"/>
                              <a:gd name="T29" fmla="*/ 0 h 14"/>
                              <a:gd name="T30" fmla="*/ 819 w 43"/>
                              <a:gd name="T31" fmla="*/ 0 h 14"/>
                              <a:gd name="T32" fmla="*/ 717 w 43"/>
                              <a:gd name="T33" fmla="*/ 0 h 14"/>
                              <a:gd name="T34" fmla="*/ 645 w 43"/>
                              <a:gd name="T35" fmla="*/ 0 h 14"/>
                              <a:gd name="T36" fmla="*/ 574 w 43"/>
                              <a:gd name="T37" fmla="*/ 0 h 14"/>
                              <a:gd name="T38" fmla="*/ 502 w 43"/>
                              <a:gd name="T39" fmla="*/ 0 h 14"/>
                              <a:gd name="T40" fmla="*/ 430 w 43"/>
                              <a:gd name="T41" fmla="*/ 0 h 14"/>
                              <a:gd name="T42" fmla="*/ 359 w 43"/>
                              <a:gd name="T43" fmla="*/ 36 h 14"/>
                              <a:gd name="T44" fmla="*/ 287 w 43"/>
                              <a:gd name="T45" fmla="*/ 36 h 14"/>
                              <a:gd name="T46" fmla="*/ 251 w 43"/>
                              <a:gd name="T47" fmla="*/ 72 h 14"/>
                              <a:gd name="T48" fmla="*/ 179 w 43"/>
                              <a:gd name="T49" fmla="*/ 72 h 14"/>
                              <a:gd name="T50" fmla="*/ 143 w 43"/>
                              <a:gd name="T51" fmla="*/ 108 h 14"/>
                              <a:gd name="T52" fmla="*/ 108 w 43"/>
                              <a:gd name="T53" fmla="*/ 108 h 14"/>
                              <a:gd name="T54" fmla="*/ 72 w 43"/>
                              <a:gd name="T55" fmla="*/ 144 h 14"/>
                              <a:gd name="T56" fmla="*/ 36 w 43"/>
                              <a:gd name="T57" fmla="*/ 144 h 14"/>
                              <a:gd name="T58" fmla="*/ 0 w 43"/>
                              <a:gd name="T59" fmla="*/ 180 h 14"/>
                              <a:gd name="T60" fmla="*/ 0 w 43"/>
                              <a:gd name="T61" fmla="*/ 216 h 14"/>
                              <a:gd name="T62" fmla="*/ 0 w 43"/>
                              <a:gd name="T63" fmla="*/ 252 h 14"/>
                              <a:gd name="T64" fmla="*/ 0 w 43"/>
                              <a:gd name="T65" fmla="*/ 252 h 14"/>
                              <a:gd name="T66" fmla="*/ 0 w 43"/>
                              <a:gd name="T67" fmla="*/ 288 h 14"/>
                              <a:gd name="T68" fmla="*/ 36 w 43"/>
                              <a:gd name="T69" fmla="*/ 324 h 14"/>
                              <a:gd name="T70" fmla="*/ 36 w 43"/>
                              <a:gd name="T71" fmla="*/ 324 h 14"/>
                              <a:gd name="T72" fmla="*/ 72 w 43"/>
                              <a:gd name="T73" fmla="*/ 360 h 14"/>
                              <a:gd name="T74" fmla="*/ 108 w 43"/>
                              <a:gd name="T75" fmla="*/ 360 h 14"/>
                              <a:gd name="T76" fmla="*/ 179 w 43"/>
                              <a:gd name="T77" fmla="*/ 396 h 14"/>
                              <a:gd name="T78" fmla="*/ 215 w 43"/>
                              <a:gd name="T79" fmla="*/ 432 h 14"/>
                              <a:gd name="T80" fmla="*/ 287 w 43"/>
                              <a:gd name="T81" fmla="*/ 432 h 14"/>
                              <a:gd name="T82" fmla="*/ 359 w 43"/>
                              <a:gd name="T83" fmla="*/ 432 h 14"/>
                              <a:gd name="T84" fmla="*/ 394 w 43"/>
                              <a:gd name="T85" fmla="*/ 468 h 14"/>
                              <a:gd name="T86" fmla="*/ 466 w 43"/>
                              <a:gd name="T87" fmla="*/ 468 h 14"/>
                              <a:gd name="T88" fmla="*/ 538 w 43"/>
                              <a:gd name="T89" fmla="*/ 468 h 14"/>
                              <a:gd name="T90" fmla="*/ 645 w 43"/>
                              <a:gd name="T91" fmla="*/ 468 h 14"/>
                              <a:gd name="T92" fmla="*/ 717 w 43"/>
                              <a:gd name="T93" fmla="*/ 504 h 14"/>
                              <a:gd name="T94" fmla="*/ 783 w 43"/>
                              <a:gd name="T95" fmla="*/ 504 h 14"/>
                              <a:gd name="T96" fmla="*/ 855 w 43"/>
                              <a:gd name="T97" fmla="*/ 504 h 14"/>
                              <a:gd name="T98" fmla="*/ 926 w 43"/>
                              <a:gd name="T99" fmla="*/ 468 h 14"/>
                              <a:gd name="T100" fmla="*/ 998 w 43"/>
                              <a:gd name="T101" fmla="*/ 468 h 14"/>
                              <a:gd name="T102" fmla="*/ 1070 w 43"/>
                              <a:gd name="T103" fmla="*/ 468 h 14"/>
                              <a:gd name="T104" fmla="*/ 1142 w 43"/>
                              <a:gd name="T105" fmla="*/ 468 h 14"/>
                              <a:gd name="T106" fmla="*/ 1213 w 43"/>
                              <a:gd name="T107" fmla="*/ 432 h 14"/>
                              <a:gd name="T108" fmla="*/ 1285 w 43"/>
                              <a:gd name="T109" fmla="*/ 432 h 14"/>
                              <a:gd name="T110" fmla="*/ 1321 w 43"/>
                              <a:gd name="T111" fmla="*/ 396 h 14"/>
                              <a:gd name="T112" fmla="*/ 1393 w 43"/>
                              <a:gd name="T113" fmla="*/ 396 h 14"/>
                              <a:gd name="T114" fmla="*/ 1428 w 43"/>
                              <a:gd name="T115" fmla="*/ 360 h 14"/>
                              <a:gd name="T116" fmla="*/ 1464 w 43"/>
                              <a:gd name="T117" fmla="*/ 360 h 14"/>
                              <a:gd name="T118" fmla="*/ 1500 w 43"/>
                              <a:gd name="T119" fmla="*/ 324 h 14"/>
                              <a:gd name="T120" fmla="*/ 1500 w 43"/>
                              <a:gd name="T121" fmla="*/ 288 h 14"/>
                              <a:gd name="T122" fmla="*/ 1536 w 43"/>
                              <a:gd name="T123" fmla="*/ 288 h 14"/>
                              <a:gd name="T124" fmla="*/ 1536 w 43"/>
                              <a:gd name="T125" fmla="*/ 252 h 14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  <a:gd name="T189" fmla="*/ 0 w 43"/>
                              <a:gd name="T190" fmla="*/ 0 h 14"/>
                              <a:gd name="T191" fmla="*/ 43 w 43"/>
                              <a:gd name="T192" fmla="*/ 14 h 14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T189" t="T190" r="T191" b="T192"/>
                            <a:pathLst>
                              <a:path w="43" h="14">
                                <a:moveTo>
                                  <a:pt x="43" y="7"/>
                                </a:moveTo>
                                <a:lnTo>
                                  <a:pt x="43" y="6"/>
                                </a:lnTo>
                                <a:lnTo>
                                  <a:pt x="42" y="5"/>
                                </a:lnTo>
                                <a:lnTo>
                                  <a:pt x="41" y="4"/>
                                </a:lnTo>
                                <a:lnTo>
                                  <a:pt x="40" y="3"/>
                                </a:lnTo>
                                <a:lnTo>
                                  <a:pt x="39" y="3"/>
                                </a:lnTo>
                                <a:lnTo>
                                  <a:pt x="38" y="2"/>
                                </a:lnTo>
                                <a:lnTo>
                                  <a:pt x="36" y="2"/>
                                </a:lnTo>
                                <a:lnTo>
                                  <a:pt x="35" y="1"/>
                                </a:lnTo>
                                <a:lnTo>
                                  <a:pt x="33" y="1"/>
                                </a:lnTo>
                                <a:lnTo>
                                  <a:pt x="31" y="0"/>
                                </a:lnTo>
                                <a:lnTo>
                                  <a:pt x="29" y="0"/>
                                </a:lnTo>
                                <a:lnTo>
                                  <a:pt x="27" y="0"/>
                                </a:lnTo>
                                <a:lnTo>
                                  <a:pt x="25" y="0"/>
                                </a:lnTo>
                                <a:lnTo>
                                  <a:pt x="23" y="0"/>
                                </a:lnTo>
                                <a:lnTo>
                                  <a:pt x="20" y="0"/>
                                </a:lnTo>
                                <a:lnTo>
                                  <a:pt x="18" y="0"/>
                                </a:lnTo>
                                <a:lnTo>
                                  <a:pt x="16" y="0"/>
                                </a:lnTo>
                                <a:lnTo>
                                  <a:pt x="14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8" y="1"/>
                                </a:lnTo>
                                <a:lnTo>
                                  <a:pt x="7" y="2"/>
                                </a:lnTo>
                                <a:lnTo>
                                  <a:pt x="5" y="2"/>
                                </a:lnTo>
                                <a:lnTo>
                                  <a:pt x="4" y="3"/>
                                </a:lnTo>
                                <a:lnTo>
                                  <a:pt x="3" y="3"/>
                                </a:lnTo>
                                <a:lnTo>
                                  <a:pt x="2" y="4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5" y="11"/>
                                </a:lnTo>
                                <a:lnTo>
                                  <a:pt x="6" y="12"/>
                                </a:lnTo>
                                <a:lnTo>
                                  <a:pt x="8" y="12"/>
                                </a:lnTo>
                                <a:lnTo>
                                  <a:pt x="10" y="12"/>
                                </a:lnTo>
                                <a:lnTo>
                                  <a:pt x="11" y="13"/>
                                </a:lnTo>
                                <a:lnTo>
                                  <a:pt x="13" y="13"/>
                                </a:lnTo>
                                <a:lnTo>
                                  <a:pt x="15" y="13"/>
                                </a:lnTo>
                                <a:lnTo>
                                  <a:pt x="18" y="13"/>
                                </a:lnTo>
                                <a:lnTo>
                                  <a:pt x="20" y="14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6" y="13"/>
                                </a:lnTo>
                                <a:lnTo>
                                  <a:pt x="28" y="13"/>
                                </a:lnTo>
                                <a:lnTo>
                                  <a:pt x="30" y="13"/>
                                </a:lnTo>
                                <a:lnTo>
                                  <a:pt x="32" y="13"/>
                                </a:lnTo>
                                <a:lnTo>
                                  <a:pt x="34" y="12"/>
                                </a:lnTo>
                                <a:lnTo>
                                  <a:pt x="36" y="12"/>
                                </a:lnTo>
                                <a:lnTo>
                                  <a:pt x="37" y="11"/>
                                </a:lnTo>
                                <a:lnTo>
                                  <a:pt x="39" y="11"/>
                                </a:lnTo>
                                <a:lnTo>
                                  <a:pt x="40" y="10"/>
                                </a:lnTo>
                                <a:lnTo>
                                  <a:pt x="41" y="10"/>
                                </a:lnTo>
                                <a:lnTo>
                                  <a:pt x="42" y="9"/>
                                </a:lnTo>
                                <a:lnTo>
                                  <a:pt x="42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3892110" name="Freeform 127">
                          <a:extLst>
                            <a:ext uri="{FF2B5EF4-FFF2-40B4-BE49-F238E27FC236}">
                              <a16:creationId xmlns:a16="http://schemas.microsoft.com/office/drawing/2014/main" id="{5F10F005-136D-1282-EEB2-2A2D99F1A60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31" y="30"/>
                            <a:ext cx="89" cy="24"/>
                          </a:xfrm>
                          <a:custGeom>
                            <a:avLst/>
                            <a:gdLst>
                              <a:gd name="T0" fmla="*/ 528 w 15"/>
                              <a:gd name="T1" fmla="*/ 72 h 4"/>
                              <a:gd name="T2" fmla="*/ 528 w 15"/>
                              <a:gd name="T3" fmla="*/ 72 h 4"/>
                              <a:gd name="T4" fmla="*/ 528 w 15"/>
                              <a:gd name="T5" fmla="*/ 36 h 4"/>
                              <a:gd name="T6" fmla="*/ 492 w 15"/>
                              <a:gd name="T7" fmla="*/ 36 h 4"/>
                              <a:gd name="T8" fmla="*/ 492 w 15"/>
                              <a:gd name="T9" fmla="*/ 0 h 4"/>
                              <a:gd name="T10" fmla="*/ 457 w 15"/>
                              <a:gd name="T11" fmla="*/ 0 h 4"/>
                              <a:gd name="T12" fmla="*/ 421 w 15"/>
                              <a:gd name="T13" fmla="*/ 0 h 4"/>
                              <a:gd name="T14" fmla="*/ 350 w 15"/>
                              <a:gd name="T15" fmla="*/ 0 h 4"/>
                              <a:gd name="T16" fmla="*/ 314 w 15"/>
                              <a:gd name="T17" fmla="*/ 0 h 4"/>
                              <a:gd name="T18" fmla="*/ 279 w 15"/>
                              <a:gd name="T19" fmla="*/ 0 h 4"/>
                              <a:gd name="T20" fmla="*/ 249 w 15"/>
                              <a:gd name="T21" fmla="*/ 0 h 4"/>
                              <a:gd name="T22" fmla="*/ 178 w 15"/>
                              <a:gd name="T23" fmla="*/ 0 h 4"/>
                              <a:gd name="T24" fmla="*/ 142 w 15"/>
                              <a:gd name="T25" fmla="*/ 0 h 4"/>
                              <a:gd name="T26" fmla="*/ 107 w 15"/>
                              <a:gd name="T27" fmla="*/ 0 h 4"/>
                              <a:gd name="T28" fmla="*/ 71 w 15"/>
                              <a:gd name="T29" fmla="*/ 0 h 4"/>
                              <a:gd name="T30" fmla="*/ 36 w 15"/>
                              <a:gd name="T31" fmla="*/ 36 h 4"/>
                              <a:gd name="T32" fmla="*/ 36 w 15"/>
                              <a:gd name="T33" fmla="*/ 36 h 4"/>
                              <a:gd name="T34" fmla="*/ 0 w 15"/>
                              <a:gd name="T35" fmla="*/ 36 h 4"/>
                              <a:gd name="T36" fmla="*/ 0 w 15"/>
                              <a:gd name="T37" fmla="*/ 72 h 4"/>
                              <a:gd name="T38" fmla="*/ 0 w 15"/>
                              <a:gd name="T39" fmla="*/ 72 h 4"/>
                              <a:gd name="T40" fmla="*/ 0 w 15"/>
                              <a:gd name="T41" fmla="*/ 108 h 4"/>
                              <a:gd name="T42" fmla="*/ 36 w 15"/>
                              <a:gd name="T43" fmla="*/ 108 h 4"/>
                              <a:gd name="T44" fmla="*/ 36 w 15"/>
                              <a:gd name="T45" fmla="*/ 108 h 4"/>
                              <a:gd name="T46" fmla="*/ 71 w 15"/>
                              <a:gd name="T47" fmla="*/ 144 h 4"/>
                              <a:gd name="T48" fmla="*/ 107 w 15"/>
                              <a:gd name="T49" fmla="*/ 144 h 4"/>
                              <a:gd name="T50" fmla="*/ 142 w 15"/>
                              <a:gd name="T51" fmla="*/ 144 h 4"/>
                              <a:gd name="T52" fmla="*/ 214 w 15"/>
                              <a:gd name="T53" fmla="*/ 144 h 4"/>
                              <a:gd name="T54" fmla="*/ 249 w 15"/>
                              <a:gd name="T55" fmla="*/ 144 h 4"/>
                              <a:gd name="T56" fmla="*/ 279 w 15"/>
                              <a:gd name="T57" fmla="*/ 144 h 4"/>
                              <a:gd name="T58" fmla="*/ 314 w 15"/>
                              <a:gd name="T59" fmla="*/ 144 h 4"/>
                              <a:gd name="T60" fmla="*/ 386 w 15"/>
                              <a:gd name="T61" fmla="*/ 144 h 4"/>
                              <a:gd name="T62" fmla="*/ 421 w 15"/>
                              <a:gd name="T63" fmla="*/ 144 h 4"/>
                              <a:gd name="T64" fmla="*/ 457 w 15"/>
                              <a:gd name="T65" fmla="*/ 144 h 4"/>
                              <a:gd name="T66" fmla="*/ 492 w 15"/>
                              <a:gd name="T67" fmla="*/ 108 h 4"/>
                              <a:gd name="T68" fmla="*/ 492 w 15"/>
                              <a:gd name="T69" fmla="*/ 108 h 4"/>
                              <a:gd name="T70" fmla="*/ 528 w 15"/>
                              <a:gd name="T71" fmla="*/ 108 h 4"/>
                              <a:gd name="T72" fmla="*/ 528 w 15"/>
                              <a:gd name="T73" fmla="*/ 72 h 4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w 15"/>
                              <a:gd name="T112" fmla="*/ 0 h 4"/>
                              <a:gd name="T113" fmla="*/ 15 w 15"/>
                              <a:gd name="T114" fmla="*/ 4 h 4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T111" t="T112" r="T113" b="T114"/>
                            <a:pathLst>
                              <a:path w="15" h="4">
                                <a:moveTo>
                                  <a:pt x="15" y="2"/>
                                </a:moveTo>
                                <a:lnTo>
                                  <a:pt x="15" y="2"/>
                                </a:lnTo>
                                <a:lnTo>
                                  <a:pt x="15" y="1"/>
                                </a:lnTo>
                                <a:lnTo>
                                  <a:pt x="14" y="1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8" y="0"/>
                                </a:lnTo>
                                <a:lnTo>
                                  <a:pt x="7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1" y="1"/>
                                </a:ln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1" y="3"/>
                                </a:lnTo>
                                <a:lnTo>
                                  <a:pt x="2" y="4"/>
                                </a:lnTo>
                                <a:lnTo>
                                  <a:pt x="3" y="4"/>
                                </a:lnTo>
                                <a:lnTo>
                                  <a:pt x="4" y="4"/>
                                </a:lnTo>
                                <a:lnTo>
                                  <a:pt x="6" y="4"/>
                                </a:lnTo>
                                <a:lnTo>
                                  <a:pt x="7" y="4"/>
                                </a:lnTo>
                                <a:lnTo>
                                  <a:pt x="8" y="4"/>
                                </a:ln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2" y="4"/>
                                </a:lnTo>
                                <a:lnTo>
                                  <a:pt x="13" y="4"/>
                                </a:lnTo>
                                <a:lnTo>
                                  <a:pt x="14" y="3"/>
                                </a:lnTo>
                                <a:lnTo>
                                  <a:pt x="15" y="3"/>
                                </a:lnTo>
                                <a:lnTo>
                                  <a:pt x="1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85111840" name="Freeform 128">
                          <a:extLst>
                            <a:ext uri="{FF2B5EF4-FFF2-40B4-BE49-F238E27FC236}">
                              <a16:creationId xmlns:a16="http://schemas.microsoft.com/office/drawing/2014/main" id="{D677493E-9071-4F67-E9A3-C9967B510AF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31" y="30"/>
                            <a:ext cx="89" cy="24"/>
                          </a:xfrm>
                          <a:custGeom>
                            <a:avLst/>
                            <a:gdLst>
                              <a:gd name="T0" fmla="*/ 528 w 15"/>
                              <a:gd name="T1" fmla="*/ 72 h 4"/>
                              <a:gd name="T2" fmla="*/ 528 w 15"/>
                              <a:gd name="T3" fmla="*/ 72 h 4"/>
                              <a:gd name="T4" fmla="*/ 528 w 15"/>
                              <a:gd name="T5" fmla="*/ 36 h 4"/>
                              <a:gd name="T6" fmla="*/ 492 w 15"/>
                              <a:gd name="T7" fmla="*/ 36 h 4"/>
                              <a:gd name="T8" fmla="*/ 492 w 15"/>
                              <a:gd name="T9" fmla="*/ 0 h 4"/>
                              <a:gd name="T10" fmla="*/ 457 w 15"/>
                              <a:gd name="T11" fmla="*/ 0 h 4"/>
                              <a:gd name="T12" fmla="*/ 421 w 15"/>
                              <a:gd name="T13" fmla="*/ 0 h 4"/>
                              <a:gd name="T14" fmla="*/ 350 w 15"/>
                              <a:gd name="T15" fmla="*/ 0 h 4"/>
                              <a:gd name="T16" fmla="*/ 314 w 15"/>
                              <a:gd name="T17" fmla="*/ 0 h 4"/>
                              <a:gd name="T18" fmla="*/ 279 w 15"/>
                              <a:gd name="T19" fmla="*/ 0 h 4"/>
                              <a:gd name="T20" fmla="*/ 249 w 15"/>
                              <a:gd name="T21" fmla="*/ 0 h 4"/>
                              <a:gd name="T22" fmla="*/ 178 w 15"/>
                              <a:gd name="T23" fmla="*/ 0 h 4"/>
                              <a:gd name="T24" fmla="*/ 142 w 15"/>
                              <a:gd name="T25" fmla="*/ 0 h 4"/>
                              <a:gd name="T26" fmla="*/ 107 w 15"/>
                              <a:gd name="T27" fmla="*/ 0 h 4"/>
                              <a:gd name="T28" fmla="*/ 71 w 15"/>
                              <a:gd name="T29" fmla="*/ 0 h 4"/>
                              <a:gd name="T30" fmla="*/ 36 w 15"/>
                              <a:gd name="T31" fmla="*/ 36 h 4"/>
                              <a:gd name="T32" fmla="*/ 36 w 15"/>
                              <a:gd name="T33" fmla="*/ 36 h 4"/>
                              <a:gd name="T34" fmla="*/ 0 w 15"/>
                              <a:gd name="T35" fmla="*/ 36 h 4"/>
                              <a:gd name="T36" fmla="*/ 0 w 15"/>
                              <a:gd name="T37" fmla="*/ 72 h 4"/>
                              <a:gd name="T38" fmla="*/ 0 w 15"/>
                              <a:gd name="T39" fmla="*/ 72 h 4"/>
                              <a:gd name="T40" fmla="*/ 0 w 15"/>
                              <a:gd name="T41" fmla="*/ 108 h 4"/>
                              <a:gd name="T42" fmla="*/ 36 w 15"/>
                              <a:gd name="T43" fmla="*/ 108 h 4"/>
                              <a:gd name="T44" fmla="*/ 36 w 15"/>
                              <a:gd name="T45" fmla="*/ 108 h 4"/>
                              <a:gd name="T46" fmla="*/ 71 w 15"/>
                              <a:gd name="T47" fmla="*/ 144 h 4"/>
                              <a:gd name="T48" fmla="*/ 107 w 15"/>
                              <a:gd name="T49" fmla="*/ 144 h 4"/>
                              <a:gd name="T50" fmla="*/ 142 w 15"/>
                              <a:gd name="T51" fmla="*/ 144 h 4"/>
                              <a:gd name="T52" fmla="*/ 214 w 15"/>
                              <a:gd name="T53" fmla="*/ 144 h 4"/>
                              <a:gd name="T54" fmla="*/ 249 w 15"/>
                              <a:gd name="T55" fmla="*/ 144 h 4"/>
                              <a:gd name="T56" fmla="*/ 279 w 15"/>
                              <a:gd name="T57" fmla="*/ 144 h 4"/>
                              <a:gd name="T58" fmla="*/ 314 w 15"/>
                              <a:gd name="T59" fmla="*/ 144 h 4"/>
                              <a:gd name="T60" fmla="*/ 386 w 15"/>
                              <a:gd name="T61" fmla="*/ 144 h 4"/>
                              <a:gd name="T62" fmla="*/ 421 w 15"/>
                              <a:gd name="T63" fmla="*/ 144 h 4"/>
                              <a:gd name="T64" fmla="*/ 457 w 15"/>
                              <a:gd name="T65" fmla="*/ 144 h 4"/>
                              <a:gd name="T66" fmla="*/ 492 w 15"/>
                              <a:gd name="T67" fmla="*/ 108 h 4"/>
                              <a:gd name="T68" fmla="*/ 492 w 15"/>
                              <a:gd name="T69" fmla="*/ 108 h 4"/>
                              <a:gd name="T70" fmla="*/ 528 w 15"/>
                              <a:gd name="T71" fmla="*/ 108 h 4"/>
                              <a:gd name="T72" fmla="*/ 528 w 15"/>
                              <a:gd name="T73" fmla="*/ 72 h 4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w 15"/>
                              <a:gd name="T112" fmla="*/ 0 h 4"/>
                              <a:gd name="T113" fmla="*/ 15 w 15"/>
                              <a:gd name="T114" fmla="*/ 4 h 4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T111" t="T112" r="T113" b="T114"/>
                            <a:pathLst>
                              <a:path w="15" h="4">
                                <a:moveTo>
                                  <a:pt x="15" y="2"/>
                                </a:moveTo>
                                <a:lnTo>
                                  <a:pt x="15" y="2"/>
                                </a:lnTo>
                                <a:lnTo>
                                  <a:pt x="15" y="1"/>
                                </a:lnTo>
                                <a:lnTo>
                                  <a:pt x="14" y="1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8" y="0"/>
                                </a:lnTo>
                                <a:lnTo>
                                  <a:pt x="7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1" y="1"/>
                                </a:ln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1" y="3"/>
                                </a:lnTo>
                                <a:lnTo>
                                  <a:pt x="2" y="4"/>
                                </a:lnTo>
                                <a:lnTo>
                                  <a:pt x="3" y="4"/>
                                </a:lnTo>
                                <a:lnTo>
                                  <a:pt x="4" y="4"/>
                                </a:lnTo>
                                <a:lnTo>
                                  <a:pt x="6" y="4"/>
                                </a:lnTo>
                                <a:lnTo>
                                  <a:pt x="7" y="4"/>
                                </a:lnTo>
                                <a:lnTo>
                                  <a:pt x="8" y="4"/>
                                </a:ln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2" y="4"/>
                                </a:lnTo>
                                <a:lnTo>
                                  <a:pt x="13" y="4"/>
                                </a:lnTo>
                                <a:lnTo>
                                  <a:pt x="14" y="3"/>
                                </a:lnTo>
                                <a:lnTo>
                                  <a:pt x="15" y="3"/>
                                </a:lnTo>
                                <a:lnTo>
                                  <a:pt x="15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352602" name="Freeform 129">
                          <a:extLst>
                            <a:ext uri="{FF2B5EF4-FFF2-40B4-BE49-F238E27FC236}">
                              <a16:creationId xmlns:a16="http://schemas.microsoft.com/office/drawing/2014/main" id="{6EF48A1E-8480-2E9E-C6D0-9F3C8082718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45" y="1828"/>
                            <a:ext cx="47" cy="60"/>
                          </a:xfrm>
                          <a:custGeom>
                            <a:avLst/>
                            <a:gdLst>
                              <a:gd name="T0" fmla="*/ 241 w 8"/>
                              <a:gd name="T1" fmla="*/ 252 h 10"/>
                              <a:gd name="T2" fmla="*/ 241 w 8"/>
                              <a:gd name="T3" fmla="*/ 216 h 10"/>
                              <a:gd name="T4" fmla="*/ 241 w 8"/>
                              <a:gd name="T5" fmla="*/ 180 h 10"/>
                              <a:gd name="T6" fmla="*/ 276 w 8"/>
                              <a:gd name="T7" fmla="*/ 144 h 10"/>
                              <a:gd name="T8" fmla="*/ 241 w 8"/>
                              <a:gd name="T9" fmla="*/ 108 h 10"/>
                              <a:gd name="T10" fmla="*/ 241 w 8"/>
                              <a:gd name="T11" fmla="*/ 72 h 10"/>
                              <a:gd name="T12" fmla="*/ 241 w 8"/>
                              <a:gd name="T13" fmla="*/ 36 h 10"/>
                              <a:gd name="T14" fmla="*/ 206 w 8"/>
                              <a:gd name="T15" fmla="*/ 36 h 10"/>
                              <a:gd name="T16" fmla="*/ 206 w 8"/>
                              <a:gd name="T17" fmla="*/ 36 h 10"/>
                              <a:gd name="T18" fmla="*/ 170 w 8"/>
                              <a:gd name="T19" fmla="*/ 0 h 10"/>
                              <a:gd name="T20" fmla="*/ 141 w 8"/>
                              <a:gd name="T21" fmla="*/ 0 h 10"/>
                              <a:gd name="T22" fmla="*/ 141 w 8"/>
                              <a:gd name="T23" fmla="*/ 36 h 10"/>
                              <a:gd name="T24" fmla="*/ 106 w 8"/>
                              <a:gd name="T25" fmla="*/ 36 h 10"/>
                              <a:gd name="T26" fmla="*/ 71 w 8"/>
                              <a:gd name="T27" fmla="*/ 72 h 10"/>
                              <a:gd name="T28" fmla="*/ 71 w 8"/>
                              <a:gd name="T29" fmla="*/ 108 h 10"/>
                              <a:gd name="T30" fmla="*/ 35 w 8"/>
                              <a:gd name="T31" fmla="*/ 144 h 10"/>
                              <a:gd name="T32" fmla="*/ 35 w 8"/>
                              <a:gd name="T33" fmla="*/ 180 h 10"/>
                              <a:gd name="T34" fmla="*/ 0 w 8"/>
                              <a:gd name="T35" fmla="*/ 216 h 10"/>
                              <a:gd name="T36" fmla="*/ 0 w 8"/>
                              <a:gd name="T37" fmla="*/ 252 h 10"/>
                              <a:gd name="T38" fmla="*/ 0 w 8"/>
                              <a:gd name="T39" fmla="*/ 288 h 10"/>
                              <a:gd name="T40" fmla="*/ 0 w 8"/>
                              <a:gd name="T41" fmla="*/ 288 h 10"/>
                              <a:gd name="T42" fmla="*/ 35 w 8"/>
                              <a:gd name="T43" fmla="*/ 324 h 10"/>
                              <a:gd name="T44" fmla="*/ 35 w 8"/>
                              <a:gd name="T45" fmla="*/ 360 h 10"/>
                              <a:gd name="T46" fmla="*/ 71 w 8"/>
                              <a:gd name="T47" fmla="*/ 360 h 10"/>
                              <a:gd name="T48" fmla="*/ 71 w 8"/>
                              <a:gd name="T49" fmla="*/ 360 h 10"/>
                              <a:gd name="T50" fmla="*/ 106 w 8"/>
                              <a:gd name="T51" fmla="*/ 360 h 10"/>
                              <a:gd name="T52" fmla="*/ 141 w 8"/>
                              <a:gd name="T53" fmla="*/ 360 h 10"/>
                              <a:gd name="T54" fmla="*/ 170 w 8"/>
                              <a:gd name="T55" fmla="*/ 324 h 10"/>
                              <a:gd name="T56" fmla="*/ 170 w 8"/>
                              <a:gd name="T57" fmla="*/ 324 h 10"/>
                              <a:gd name="T58" fmla="*/ 206 w 8"/>
                              <a:gd name="T59" fmla="*/ 288 h 10"/>
                              <a:gd name="T60" fmla="*/ 241 w 8"/>
                              <a:gd name="T61" fmla="*/ 252 h 10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8"/>
                              <a:gd name="T94" fmla="*/ 0 h 10"/>
                              <a:gd name="T95" fmla="*/ 8 w 8"/>
                              <a:gd name="T96" fmla="*/ 10 h 10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8" h="10">
                                <a:moveTo>
                                  <a:pt x="7" y="7"/>
                                </a:moveTo>
                                <a:lnTo>
                                  <a:pt x="7" y="6"/>
                                </a:lnTo>
                                <a:lnTo>
                                  <a:pt x="7" y="5"/>
                                </a:lnTo>
                                <a:lnTo>
                                  <a:pt x="8" y="4"/>
                                </a:lnTo>
                                <a:lnTo>
                                  <a:pt x="7" y="3"/>
                                </a:lnTo>
                                <a:lnTo>
                                  <a:pt x="7" y="2"/>
                                </a:lnTo>
                                <a:lnTo>
                                  <a:pt x="7" y="1"/>
                                </a:lnTo>
                                <a:lnTo>
                                  <a:pt x="6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4" y="10"/>
                                </a:lnTo>
                                <a:lnTo>
                                  <a:pt x="5" y="9"/>
                                </a:lnTo>
                                <a:lnTo>
                                  <a:pt x="6" y="8"/>
                                </a:lnTo>
                                <a:lnTo>
                                  <a:pt x="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12080486" name="Freeform 130">
                          <a:extLst>
                            <a:ext uri="{FF2B5EF4-FFF2-40B4-BE49-F238E27FC236}">
                              <a16:creationId xmlns:a16="http://schemas.microsoft.com/office/drawing/2014/main" id="{A9AC92B4-F9D9-E475-7BD0-CB34D6987F5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45" y="1828"/>
                            <a:ext cx="47" cy="60"/>
                          </a:xfrm>
                          <a:custGeom>
                            <a:avLst/>
                            <a:gdLst>
                              <a:gd name="T0" fmla="*/ 241 w 8"/>
                              <a:gd name="T1" fmla="*/ 252 h 10"/>
                              <a:gd name="T2" fmla="*/ 241 w 8"/>
                              <a:gd name="T3" fmla="*/ 216 h 10"/>
                              <a:gd name="T4" fmla="*/ 241 w 8"/>
                              <a:gd name="T5" fmla="*/ 180 h 10"/>
                              <a:gd name="T6" fmla="*/ 276 w 8"/>
                              <a:gd name="T7" fmla="*/ 144 h 10"/>
                              <a:gd name="T8" fmla="*/ 241 w 8"/>
                              <a:gd name="T9" fmla="*/ 108 h 10"/>
                              <a:gd name="T10" fmla="*/ 241 w 8"/>
                              <a:gd name="T11" fmla="*/ 72 h 10"/>
                              <a:gd name="T12" fmla="*/ 241 w 8"/>
                              <a:gd name="T13" fmla="*/ 36 h 10"/>
                              <a:gd name="T14" fmla="*/ 206 w 8"/>
                              <a:gd name="T15" fmla="*/ 36 h 10"/>
                              <a:gd name="T16" fmla="*/ 206 w 8"/>
                              <a:gd name="T17" fmla="*/ 36 h 10"/>
                              <a:gd name="T18" fmla="*/ 170 w 8"/>
                              <a:gd name="T19" fmla="*/ 0 h 10"/>
                              <a:gd name="T20" fmla="*/ 141 w 8"/>
                              <a:gd name="T21" fmla="*/ 0 h 10"/>
                              <a:gd name="T22" fmla="*/ 141 w 8"/>
                              <a:gd name="T23" fmla="*/ 36 h 10"/>
                              <a:gd name="T24" fmla="*/ 106 w 8"/>
                              <a:gd name="T25" fmla="*/ 36 h 10"/>
                              <a:gd name="T26" fmla="*/ 71 w 8"/>
                              <a:gd name="T27" fmla="*/ 72 h 10"/>
                              <a:gd name="T28" fmla="*/ 71 w 8"/>
                              <a:gd name="T29" fmla="*/ 108 h 10"/>
                              <a:gd name="T30" fmla="*/ 35 w 8"/>
                              <a:gd name="T31" fmla="*/ 144 h 10"/>
                              <a:gd name="T32" fmla="*/ 35 w 8"/>
                              <a:gd name="T33" fmla="*/ 180 h 10"/>
                              <a:gd name="T34" fmla="*/ 0 w 8"/>
                              <a:gd name="T35" fmla="*/ 216 h 10"/>
                              <a:gd name="T36" fmla="*/ 0 w 8"/>
                              <a:gd name="T37" fmla="*/ 252 h 10"/>
                              <a:gd name="T38" fmla="*/ 0 w 8"/>
                              <a:gd name="T39" fmla="*/ 288 h 10"/>
                              <a:gd name="T40" fmla="*/ 0 w 8"/>
                              <a:gd name="T41" fmla="*/ 288 h 10"/>
                              <a:gd name="T42" fmla="*/ 35 w 8"/>
                              <a:gd name="T43" fmla="*/ 324 h 10"/>
                              <a:gd name="T44" fmla="*/ 35 w 8"/>
                              <a:gd name="T45" fmla="*/ 360 h 10"/>
                              <a:gd name="T46" fmla="*/ 71 w 8"/>
                              <a:gd name="T47" fmla="*/ 360 h 10"/>
                              <a:gd name="T48" fmla="*/ 71 w 8"/>
                              <a:gd name="T49" fmla="*/ 360 h 10"/>
                              <a:gd name="T50" fmla="*/ 106 w 8"/>
                              <a:gd name="T51" fmla="*/ 360 h 10"/>
                              <a:gd name="T52" fmla="*/ 141 w 8"/>
                              <a:gd name="T53" fmla="*/ 360 h 10"/>
                              <a:gd name="T54" fmla="*/ 170 w 8"/>
                              <a:gd name="T55" fmla="*/ 324 h 10"/>
                              <a:gd name="T56" fmla="*/ 170 w 8"/>
                              <a:gd name="T57" fmla="*/ 324 h 10"/>
                              <a:gd name="T58" fmla="*/ 206 w 8"/>
                              <a:gd name="T59" fmla="*/ 288 h 10"/>
                              <a:gd name="T60" fmla="*/ 241 w 8"/>
                              <a:gd name="T61" fmla="*/ 252 h 10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8"/>
                              <a:gd name="T94" fmla="*/ 0 h 10"/>
                              <a:gd name="T95" fmla="*/ 8 w 8"/>
                              <a:gd name="T96" fmla="*/ 10 h 10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8" h="10">
                                <a:moveTo>
                                  <a:pt x="7" y="7"/>
                                </a:moveTo>
                                <a:lnTo>
                                  <a:pt x="7" y="6"/>
                                </a:lnTo>
                                <a:lnTo>
                                  <a:pt x="7" y="5"/>
                                </a:lnTo>
                                <a:lnTo>
                                  <a:pt x="8" y="4"/>
                                </a:lnTo>
                                <a:lnTo>
                                  <a:pt x="7" y="3"/>
                                </a:lnTo>
                                <a:lnTo>
                                  <a:pt x="7" y="2"/>
                                </a:lnTo>
                                <a:lnTo>
                                  <a:pt x="7" y="1"/>
                                </a:lnTo>
                                <a:lnTo>
                                  <a:pt x="6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4" y="10"/>
                                </a:lnTo>
                                <a:lnTo>
                                  <a:pt x="5" y="9"/>
                                </a:lnTo>
                                <a:lnTo>
                                  <a:pt x="6" y="8"/>
                                </a:lnTo>
                                <a:lnTo>
                                  <a:pt x="7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3503732" name="Freeform 131">
                          <a:extLst>
                            <a:ext uri="{FF2B5EF4-FFF2-40B4-BE49-F238E27FC236}">
                              <a16:creationId xmlns:a16="http://schemas.microsoft.com/office/drawing/2014/main" id="{8646E469-05D9-4039-A0C9-9E8103CF54B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79" y="1947"/>
                            <a:ext cx="155" cy="126"/>
                          </a:xfrm>
                          <a:custGeom>
                            <a:avLst/>
                            <a:gdLst>
                              <a:gd name="T0" fmla="*/ 924 w 26"/>
                              <a:gd name="T1" fmla="*/ 252 h 21"/>
                              <a:gd name="T2" fmla="*/ 358 w 26"/>
                              <a:gd name="T3" fmla="*/ 36 h 21"/>
                              <a:gd name="T4" fmla="*/ 322 w 26"/>
                              <a:gd name="T5" fmla="*/ 36 h 21"/>
                              <a:gd name="T6" fmla="*/ 286 w 26"/>
                              <a:gd name="T7" fmla="*/ 36 h 21"/>
                              <a:gd name="T8" fmla="*/ 250 w 26"/>
                              <a:gd name="T9" fmla="*/ 0 h 21"/>
                              <a:gd name="T10" fmla="*/ 215 w 26"/>
                              <a:gd name="T11" fmla="*/ 36 h 21"/>
                              <a:gd name="T12" fmla="*/ 179 w 26"/>
                              <a:gd name="T13" fmla="*/ 36 h 21"/>
                              <a:gd name="T14" fmla="*/ 143 w 26"/>
                              <a:gd name="T15" fmla="*/ 36 h 21"/>
                              <a:gd name="T16" fmla="*/ 107 w 26"/>
                              <a:gd name="T17" fmla="*/ 72 h 21"/>
                              <a:gd name="T18" fmla="*/ 72 w 26"/>
                              <a:gd name="T19" fmla="*/ 108 h 21"/>
                              <a:gd name="T20" fmla="*/ 36 w 26"/>
                              <a:gd name="T21" fmla="*/ 144 h 21"/>
                              <a:gd name="T22" fmla="*/ 36 w 26"/>
                              <a:gd name="T23" fmla="*/ 180 h 21"/>
                              <a:gd name="T24" fmla="*/ 0 w 26"/>
                              <a:gd name="T25" fmla="*/ 252 h 21"/>
                              <a:gd name="T26" fmla="*/ 0 w 26"/>
                              <a:gd name="T27" fmla="*/ 288 h 21"/>
                              <a:gd name="T28" fmla="*/ 0 w 26"/>
                              <a:gd name="T29" fmla="*/ 324 h 21"/>
                              <a:gd name="T30" fmla="*/ 0 w 26"/>
                              <a:gd name="T31" fmla="*/ 360 h 21"/>
                              <a:gd name="T32" fmla="*/ 36 w 26"/>
                              <a:gd name="T33" fmla="*/ 432 h 21"/>
                              <a:gd name="T34" fmla="*/ 36 w 26"/>
                              <a:gd name="T35" fmla="*/ 468 h 21"/>
                              <a:gd name="T36" fmla="*/ 72 w 26"/>
                              <a:gd name="T37" fmla="*/ 504 h 21"/>
                              <a:gd name="T38" fmla="*/ 72 w 26"/>
                              <a:gd name="T39" fmla="*/ 504 h 21"/>
                              <a:gd name="T40" fmla="*/ 107 w 26"/>
                              <a:gd name="T41" fmla="*/ 540 h 21"/>
                              <a:gd name="T42" fmla="*/ 143 w 26"/>
                              <a:gd name="T43" fmla="*/ 540 h 21"/>
                              <a:gd name="T44" fmla="*/ 745 w 26"/>
                              <a:gd name="T45" fmla="*/ 756 h 21"/>
                              <a:gd name="T46" fmla="*/ 924 w 26"/>
                              <a:gd name="T47" fmla="*/ 252 h 21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w 26"/>
                              <a:gd name="T73" fmla="*/ 0 h 21"/>
                              <a:gd name="T74" fmla="*/ 26 w 26"/>
                              <a:gd name="T75" fmla="*/ 21 h 21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T72" t="T73" r="T74" b="T75"/>
                            <a:pathLst>
                              <a:path w="26" h="21">
                                <a:moveTo>
                                  <a:pt x="26" y="7"/>
                                </a:move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lnTo>
                                  <a:pt x="6" y="1"/>
                                </a:lnTo>
                                <a:lnTo>
                                  <a:pt x="5" y="1"/>
                                </a:lnTo>
                                <a:lnTo>
                                  <a:pt x="4" y="1"/>
                                </a:lnTo>
                                <a:lnTo>
                                  <a:pt x="3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2"/>
                                </a:lnTo>
                                <a:lnTo>
                                  <a:pt x="1" y="13"/>
                                </a:lnTo>
                                <a:lnTo>
                                  <a:pt x="2" y="14"/>
                                </a:lnTo>
                                <a:lnTo>
                                  <a:pt x="3" y="15"/>
                                </a:lnTo>
                                <a:lnTo>
                                  <a:pt x="4" y="15"/>
                                </a:lnTo>
                                <a:lnTo>
                                  <a:pt x="21" y="21"/>
                                </a:lnTo>
                                <a:lnTo>
                                  <a:pt x="2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4290151" name="Freeform 132">
                          <a:extLst>
                            <a:ext uri="{FF2B5EF4-FFF2-40B4-BE49-F238E27FC236}">
                              <a16:creationId xmlns:a16="http://schemas.microsoft.com/office/drawing/2014/main" id="{C8C75938-D545-4395-54A4-5CC08E3DB5A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79" y="1947"/>
                            <a:ext cx="155" cy="126"/>
                          </a:xfrm>
                          <a:custGeom>
                            <a:avLst/>
                            <a:gdLst>
                              <a:gd name="T0" fmla="*/ 924 w 26"/>
                              <a:gd name="T1" fmla="*/ 252 h 21"/>
                              <a:gd name="T2" fmla="*/ 358 w 26"/>
                              <a:gd name="T3" fmla="*/ 36 h 21"/>
                              <a:gd name="T4" fmla="*/ 322 w 26"/>
                              <a:gd name="T5" fmla="*/ 36 h 21"/>
                              <a:gd name="T6" fmla="*/ 286 w 26"/>
                              <a:gd name="T7" fmla="*/ 36 h 21"/>
                              <a:gd name="T8" fmla="*/ 250 w 26"/>
                              <a:gd name="T9" fmla="*/ 0 h 21"/>
                              <a:gd name="T10" fmla="*/ 215 w 26"/>
                              <a:gd name="T11" fmla="*/ 36 h 21"/>
                              <a:gd name="T12" fmla="*/ 179 w 26"/>
                              <a:gd name="T13" fmla="*/ 36 h 21"/>
                              <a:gd name="T14" fmla="*/ 143 w 26"/>
                              <a:gd name="T15" fmla="*/ 36 h 21"/>
                              <a:gd name="T16" fmla="*/ 107 w 26"/>
                              <a:gd name="T17" fmla="*/ 72 h 21"/>
                              <a:gd name="T18" fmla="*/ 72 w 26"/>
                              <a:gd name="T19" fmla="*/ 108 h 21"/>
                              <a:gd name="T20" fmla="*/ 36 w 26"/>
                              <a:gd name="T21" fmla="*/ 144 h 21"/>
                              <a:gd name="T22" fmla="*/ 36 w 26"/>
                              <a:gd name="T23" fmla="*/ 180 h 21"/>
                              <a:gd name="T24" fmla="*/ 0 w 26"/>
                              <a:gd name="T25" fmla="*/ 252 h 21"/>
                              <a:gd name="T26" fmla="*/ 0 w 26"/>
                              <a:gd name="T27" fmla="*/ 288 h 21"/>
                              <a:gd name="T28" fmla="*/ 0 w 26"/>
                              <a:gd name="T29" fmla="*/ 324 h 21"/>
                              <a:gd name="T30" fmla="*/ 0 w 26"/>
                              <a:gd name="T31" fmla="*/ 360 h 21"/>
                              <a:gd name="T32" fmla="*/ 36 w 26"/>
                              <a:gd name="T33" fmla="*/ 432 h 21"/>
                              <a:gd name="T34" fmla="*/ 36 w 26"/>
                              <a:gd name="T35" fmla="*/ 468 h 21"/>
                              <a:gd name="T36" fmla="*/ 72 w 26"/>
                              <a:gd name="T37" fmla="*/ 504 h 21"/>
                              <a:gd name="T38" fmla="*/ 72 w 26"/>
                              <a:gd name="T39" fmla="*/ 504 h 21"/>
                              <a:gd name="T40" fmla="*/ 107 w 26"/>
                              <a:gd name="T41" fmla="*/ 540 h 21"/>
                              <a:gd name="T42" fmla="*/ 143 w 26"/>
                              <a:gd name="T43" fmla="*/ 540 h 21"/>
                              <a:gd name="T44" fmla="*/ 745 w 26"/>
                              <a:gd name="T45" fmla="*/ 756 h 21"/>
                              <a:gd name="T46" fmla="*/ 924 w 26"/>
                              <a:gd name="T47" fmla="*/ 252 h 21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w 26"/>
                              <a:gd name="T73" fmla="*/ 0 h 21"/>
                              <a:gd name="T74" fmla="*/ 26 w 26"/>
                              <a:gd name="T75" fmla="*/ 21 h 21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T72" t="T73" r="T74" b="T75"/>
                            <a:pathLst>
                              <a:path w="26" h="21">
                                <a:moveTo>
                                  <a:pt x="26" y="7"/>
                                </a:move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lnTo>
                                  <a:pt x="6" y="1"/>
                                </a:lnTo>
                                <a:lnTo>
                                  <a:pt x="5" y="1"/>
                                </a:lnTo>
                                <a:lnTo>
                                  <a:pt x="4" y="1"/>
                                </a:lnTo>
                                <a:lnTo>
                                  <a:pt x="3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2"/>
                                </a:lnTo>
                                <a:lnTo>
                                  <a:pt x="1" y="13"/>
                                </a:lnTo>
                                <a:lnTo>
                                  <a:pt x="2" y="14"/>
                                </a:lnTo>
                                <a:lnTo>
                                  <a:pt x="3" y="15"/>
                                </a:lnTo>
                                <a:lnTo>
                                  <a:pt x="4" y="15"/>
                                </a:lnTo>
                                <a:lnTo>
                                  <a:pt x="21" y="21"/>
                                </a:lnTo>
                                <a:lnTo>
                                  <a:pt x="26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5369107" name="Freeform 133">
                          <a:extLst>
                            <a:ext uri="{FF2B5EF4-FFF2-40B4-BE49-F238E27FC236}">
                              <a16:creationId xmlns:a16="http://schemas.microsoft.com/office/drawing/2014/main" id="{A9D2C0EF-84CA-8626-7BCE-830ACDC65C0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33" y="1936"/>
                            <a:ext cx="125" cy="179"/>
                          </a:xfrm>
                          <a:custGeom>
                            <a:avLst/>
                            <a:gdLst>
                              <a:gd name="T0" fmla="*/ 744 w 21"/>
                              <a:gd name="T1" fmla="*/ 107 h 30"/>
                              <a:gd name="T2" fmla="*/ 708 w 21"/>
                              <a:gd name="T3" fmla="*/ 72 h 30"/>
                              <a:gd name="T4" fmla="*/ 673 w 21"/>
                              <a:gd name="T5" fmla="*/ 36 h 30"/>
                              <a:gd name="T6" fmla="*/ 601 w 21"/>
                              <a:gd name="T7" fmla="*/ 36 h 30"/>
                              <a:gd name="T8" fmla="*/ 565 w 21"/>
                              <a:gd name="T9" fmla="*/ 0 h 30"/>
                              <a:gd name="T10" fmla="*/ 494 w 21"/>
                              <a:gd name="T11" fmla="*/ 0 h 30"/>
                              <a:gd name="T12" fmla="*/ 458 w 21"/>
                              <a:gd name="T13" fmla="*/ 0 h 30"/>
                              <a:gd name="T14" fmla="*/ 423 w 21"/>
                              <a:gd name="T15" fmla="*/ 36 h 30"/>
                              <a:gd name="T16" fmla="*/ 357 w 21"/>
                              <a:gd name="T17" fmla="*/ 36 h 30"/>
                              <a:gd name="T18" fmla="*/ 321 w 21"/>
                              <a:gd name="T19" fmla="*/ 72 h 30"/>
                              <a:gd name="T20" fmla="*/ 250 w 21"/>
                              <a:gd name="T21" fmla="*/ 107 h 30"/>
                              <a:gd name="T22" fmla="*/ 214 w 21"/>
                              <a:gd name="T23" fmla="*/ 143 h 30"/>
                              <a:gd name="T24" fmla="*/ 179 w 21"/>
                              <a:gd name="T25" fmla="*/ 179 h 30"/>
                              <a:gd name="T26" fmla="*/ 143 w 21"/>
                              <a:gd name="T27" fmla="*/ 215 h 30"/>
                              <a:gd name="T28" fmla="*/ 107 w 21"/>
                              <a:gd name="T29" fmla="*/ 286 h 30"/>
                              <a:gd name="T30" fmla="*/ 71 w 21"/>
                              <a:gd name="T31" fmla="*/ 322 h 30"/>
                              <a:gd name="T32" fmla="*/ 36 w 21"/>
                              <a:gd name="T33" fmla="*/ 394 h 30"/>
                              <a:gd name="T34" fmla="*/ 36 w 21"/>
                              <a:gd name="T35" fmla="*/ 465 h 30"/>
                              <a:gd name="T36" fmla="*/ 0 w 21"/>
                              <a:gd name="T37" fmla="*/ 537 h 30"/>
                              <a:gd name="T38" fmla="*/ 0 w 21"/>
                              <a:gd name="T39" fmla="*/ 567 h 30"/>
                              <a:gd name="T40" fmla="*/ 0 w 21"/>
                              <a:gd name="T41" fmla="*/ 638 h 30"/>
                              <a:gd name="T42" fmla="*/ 0 w 21"/>
                              <a:gd name="T43" fmla="*/ 710 h 30"/>
                              <a:gd name="T44" fmla="*/ 0 w 21"/>
                              <a:gd name="T45" fmla="*/ 746 h 30"/>
                              <a:gd name="T46" fmla="*/ 36 w 21"/>
                              <a:gd name="T47" fmla="*/ 817 h 30"/>
                              <a:gd name="T48" fmla="*/ 71 w 21"/>
                              <a:gd name="T49" fmla="*/ 889 h 30"/>
                              <a:gd name="T50" fmla="*/ 107 w 21"/>
                              <a:gd name="T51" fmla="*/ 925 h 30"/>
                              <a:gd name="T52" fmla="*/ 143 w 21"/>
                              <a:gd name="T53" fmla="*/ 961 h 30"/>
                              <a:gd name="T54" fmla="*/ 179 w 21"/>
                              <a:gd name="T55" fmla="*/ 996 h 30"/>
                              <a:gd name="T56" fmla="*/ 214 w 21"/>
                              <a:gd name="T57" fmla="*/ 1032 h 30"/>
                              <a:gd name="T58" fmla="*/ 250 w 21"/>
                              <a:gd name="T59" fmla="*/ 1032 h 30"/>
                              <a:gd name="T60" fmla="*/ 321 w 21"/>
                              <a:gd name="T61" fmla="*/ 1068 h 30"/>
                              <a:gd name="T62" fmla="*/ 357 w 21"/>
                              <a:gd name="T63" fmla="*/ 1068 h 30"/>
                              <a:gd name="T64" fmla="*/ 744 w 21"/>
                              <a:gd name="T65" fmla="*/ 107 h 30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w 21"/>
                              <a:gd name="T100" fmla="*/ 0 h 30"/>
                              <a:gd name="T101" fmla="*/ 21 w 21"/>
                              <a:gd name="T102" fmla="*/ 30 h 30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T99" t="T100" r="T101" b="T102"/>
                            <a:pathLst>
                              <a:path w="21" h="30">
                                <a:moveTo>
                                  <a:pt x="21" y="3"/>
                                </a:moveTo>
                                <a:lnTo>
                                  <a:pt x="20" y="2"/>
                                </a:lnTo>
                                <a:lnTo>
                                  <a:pt x="19" y="1"/>
                                </a:lnTo>
                                <a:lnTo>
                                  <a:pt x="17" y="1"/>
                                </a:lnTo>
                                <a:lnTo>
                                  <a:pt x="16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1"/>
                                </a:lnTo>
                                <a:lnTo>
                                  <a:pt x="10" y="1"/>
                                </a:lnTo>
                                <a:lnTo>
                                  <a:pt x="9" y="2"/>
                                </a:lnTo>
                                <a:lnTo>
                                  <a:pt x="7" y="3"/>
                                </a:lnTo>
                                <a:lnTo>
                                  <a:pt x="6" y="4"/>
                                </a:lnTo>
                                <a:lnTo>
                                  <a:pt x="5" y="5"/>
                                </a:lnTo>
                                <a:lnTo>
                                  <a:pt x="4" y="6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3"/>
                                </a:lnTo>
                                <a:lnTo>
                                  <a:pt x="0" y="15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20"/>
                                </a:lnTo>
                                <a:lnTo>
                                  <a:pt x="0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5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6" y="29"/>
                                </a:lnTo>
                                <a:lnTo>
                                  <a:pt x="7" y="29"/>
                                </a:lnTo>
                                <a:lnTo>
                                  <a:pt x="9" y="30"/>
                                </a:lnTo>
                                <a:lnTo>
                                  <a:pt x="10" y="30"/>
                                </a:lnTo>
                                <a:lnTo>
                                  <a:pt x="2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86010504" name="Freeform 134">
                          <a:extLst>
                            <a:ext uri="{FF2B5EF4-FFF2-40B4-BE49-F238E27FC236}">
                              <a16:creationId xmlns:a16="http://schemas.microsoft.com/office/drawing/2014/main" id="{9E044D58-D357-98C4-0793-4223991A3E0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33" y="1936"/>
                            <a:ext cx="125" cy="179"/>
                          </a:xfrm>
                          <a:custGeom>
                            <a:avLst/>
                            <a:gdLst>
                              <a:gd name="T0" fmla="*/ 744 w 21"/>
                              <a:gd name="T1" fmla="*/ 107 h 30"/>
                              <a:gd name="T2" fmla="*/ 708 w 21"/>
                              <a:gd name="T3" fmla="*/ 72 h 30"/>
                              <a:gd name="T4" fmla="*/ 673 w 21"/>
                              <a:gd name="T5" fmla="*/ 36 h 30"/>
                              <a:gd name="T6" fmla="*/ 601 w 21"/>
                              <a:gd name="T7" fmla="*/ 36 h 30"/>
                              <a:gd name="T8" fmla="*/ 565 w 21"/>
                              <a:gd name="T9" fmla="*/ 0 h 30"/>
                              <a:gd name="T10" fmla="*/ 494 w 21"/>
                              <a:gd name="T11" fmla="*/ 0 h 30"/>
                              <a:gd name="T12" fmla="*/ 458 w 21"/>
                              <a:gd name="T13" fmla="*/ 0 h 30"/>
                              <a:gd name="T14" fmla="*/ 423 w 21"/>
                              <a:gd name="T15" fmla="*/ 36 h 30"/>
                              <a:gd name="T16" fmla="*/ 357 w 21"/>
                              <a:gd name="T17" fmla="*/ 36 h 30"/>
                              <a:gd name="T18" fmla="*/ 321 w 21"/>
                              <a:gd name="T19" fmla="*/ 72 h 30"/>
                              <a:gd name="T20" fmla="*/ 250 w 21"/>
                              <a:gd name="T21" fmla="*/ 107 h 30"/>
                              <a:gd name="T22" fmla="*/ 214 w 21"/>
                              <a:gd name="T23" fmla="*/ 143 h 30"/>
                              <a:gd name="T24" fmla="*/ 179 w 21"/>
                              <a:gd name="T25" fmla="*/ 179 h 30"/>
                              <a:gd name="T26" fmla="*/ 143 w 21"/>
                              <a:gd name="T27" fmla="*/ 215 h 30"/>
                              <a:gd name="T28" fmla="*/ 107 w 21"/>
                              <a:gd name="T29" fmla="*/ 286 h 30"/>
                              <a:gd name="T30" fmla="*/ 71 w 21"/>
                              <a:gd name="T31" fmla="*/ 322 h 30"/>
                              <a:gd name="T32" fmla="*/ 36 w 21"/>
                              <a:gd name="T33" fmla="*/ 394 h 30"/>
                              <a:gd name="T34" fmla="*/ 36 w 21"/>
                              <a:gd name="T35" fmla="*/ 465 h 30"/>
                              <a:gd name="T36" fmla="*/ 0 w 21"/>
                              <a:gd name="T37" fmla="*/ 537 h 30"/>
                              <a:gd name="T38" fmla="*/ 0 w 21"/>
                              <a:gd name="T39" fmla="*/ 567 h 30"/>
                              <a:gd name="T40" fmla="*/ 0 w 21"/>
                              <a:gd name="T41" fmla="*/ 638 h 30"/>
                              <a:gd name="T42" fmla="*/ 0 w 21"/>
                              <a:gd name="T43" fmla="*/ 710 h 30"/>
                              <a:gd name="T44" fmla="*/ 0 w 21"/>
                              <a:gd name="T45" fmla="*/ 746 h 30"/>
                              <a:gd name="T46" fmla="*/ 36 w 21"/>
                              <a:gd name="T47" fmla="*/ 817 h 30"/>
                              <a:gd name="T48" fmla="*/ 71 w 21"/>
                              <a:gd name="T49" fmla="*/ 889 h 30"/>
                              <a:gd name="T50" fmla="*/ 107 w 21"/>
                              <a:gd name="T51" fmla="*/ 925 h 30"/>
                              <a:gd name="T52" fmla="*/ 143 w 21"/>
                              <a:gd name="T53" fmla="*/ 961 h 30"/>
                              <a:gd name="T54" fmla="*/ 179 w 21"/>
                              <a:gd name="T55" fmla="*/ 996 h 30"/>
                              <a:gd name="T56" fmla="*/ 214 w 21"/>
                              <a:gd name="T57" fmla="*/ 1032 h 30"/>
                              <a:gd name="T58" fmla="*/ 250 w 21"/>
                              <a:gd name="T59" fmla="*/ 1032 h 30"/>
                              <a:gd name="T60" fmla="*/ 321 w 21"/>
                              <a:gd name="T61" fmla="*/ 1068 h 30"/>
                              <a:gd name="T62" fmla="*/ 357 w 21"/>
                              <a:gd name="T63" fmla="*/ 1068 h 30"/>
                              <a:gd name="T64" fmla="*/ 744 w 21"/>
                              <a:gd name="T65" fmla="*/ 107 h 30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w 21"/>
                              <a:gd name="T100" fmla="*/ 0 h 30"/>
                              <a:gd name="T101" fmla="*/ 21 w 21"/>
                              <a:gd name="T102" fmla="*/ 30 h 30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T99" t="T100" r="T101" b="T102"/>
                            <a:pathLst>
                              <a:path w="21" h="30">
                                <a:moveTo>
                                  <a:pt x="21" y="3"/>
                                </a:moveTo>
                                <a:lnTo>
                                  <a:pt x="20" y="2"/>
                                </a:lnTo>
                                <a:lnTo>
                                  <a:pt x="19" y="1"/>
                                </a:lnTo>
                                <a:lnTo>
                                  <a:pt x="17" y="1"/>
                                </a:lnTo>
                                <a:lnTo>
                                  <a:pt x="16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1"/>
                                </a:lnTo>
                                <a:lnTo>
                                  <a:pt x="10" y="1"/>
                                </a:lnTo>
                                <a:lnTo>
                                  <a:pt x="9" y="2"/>
                                </a:lnTo>
                                <a:lnTo>
                                  <a:pt x="7" y="3"/>
                                </a:lnTo>
                                <a:lnTo>
                                  <a:pt x="6" y="4"/>
                                </a:lnTo>
                                <a:lnTo>
                                  <a:pt x="5" y="5"/>
                                </a:lnTo>
                                <a:lnTo>
                                  <a:pt x="4" y="6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3"/>
                                </a:lnTo>
                                <a:lnTo>
                                  <a:pt x="0" y="15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20"/>
                                </a:lnTo>
                                <a:lnTo>
                                  <a:pt x="0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5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6" y="29"/>
                                </a:lnTo>
                                <a:lnTo>
                                  <a:pt x="7" y="29"/>
                                </a:lnTo>
                                <a:lnTo>
                                  <a:pt x="9" y="30"/>
                                </a:lnTo>
                                <a:lnTo>
                                  <a:pt x="10" y="30"/>
                                </a:lnTo>
                                <a:lnTo>
                                  <a:pt x="21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896660" name="Freeform 135">
                          <a:extLst>
                            <a:ext uri="{FF2B5EF4-FFF2-40B4-BE49-F238E27FC236}">
                              <a16:creationId xmlns:a16="http://schemas.microsoft.com/office/drawing/2014/main" id="{E5BE540B-8B6E-1BF8-DFB2-2C73E97894D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2" y="1947"/>
                            <a:ext cx="150" cy="180"/>
                          </a:xfrm>
                          <a:custGeom>
                            <a:avLst/>
                            <a:gdLst>
                              <a:gd name="T0" fmla="*/ 864 w 25"/>
                              <a:gd name="T1" fmla="*/ 684 h 30"/>
                              <a:gd name="T2" fmla="*/ 864 w 25"/>
                              <a:gd name="T3" fmla="*/ 612 h 30"/>
                              <a:gd name="T4" fmla="*/ 900 w 25"/>
                              <a:gd name="T5" fmla="*/ 540 h 30"/>
                              <a:gd name="T6" fmla="*/ 900 w 25"/>
                              <a:gd name="T7" fmla="*/ 468 h 30"/>
                              <a:gd name="T8" fmla="*/ 900 w 25"/>
                              <a:gd name="T9" fmla="*/ 432 h 30"/>
                              <a:gd name="T10" fmla="*/ 900 w 25"/>
                              <a:gd name="T11" fmla="*/ 360 h 30"/>
                              <a:gd name="T12" fmla="*/ 864 w 25"/>
                              <a:gd name="T13" fmla="*/ 288 h 30"/>
                              <a:gd name="T14" fmla="*/ 864 w 25"/>
                              <a:gd name="T15" fmla="*/ 252 h 30"/>
                              <a:gd name="T16" fmla="*/ 828 w 25"/>
                              <a:gd name="T17" fmla="*/ 180 h 30"/>
                              <a:gd name="T18" fmla="*/ 792 w 25"/>
                              <a:gd name="T19" fmla="*/ 144 h 30"/>
                              <a:gd name="T20" fmla="*/ 756 w 25"/>
                              <a:gd name="T21" fmla="*/ 108 h 30"/>
                              <a:gd name="T22" fmla="*/ 720 w 25"/>
                              <a:gd name="T23" fmla="*/ 72 h 30"/>
                              <a:gd name="T24" fmla="*/ 684 w 25"/>
                              <a:gd name="T25" fmla="*/ 36 h 30"/>
                              <a:gd name="T26" fmla="*/ 612 w 25"/>
                              <a:gd name="T27" fmla="*/ 0 h 30"/>
                              <a:gd name="T28" fmla="*/ 576 w 25"/>
                              <a:gd name="T29" fmla="*/ 0 h 30"/>
                              <a:gd name="T30" fmla="*/ 540 w 25"/>
                              <a:gd name="T31" fmla="*/ 0 h 30"/>
                              <a:gd name="T32" fmla="*/ 468 w 25"/>
                              <a:gd name="T33" fmla="*/ 0 h 30"/>
                              <a:gd name="T34" fmla="*/ 432 w 25"/>
                              <a:gd name="T35" fmla="*/ 0 h 30"/>
                              <a:gd name="T36" fmla="*/ 360 w 25"/>
                              <a:gd name="T37" fmla="*/ 36 h 30"/>
                              <a:gd name="T38" fmla="*/ 324 w 25"/>
                              <a:gd name="T39" fmla="*/ 36 h 30"/>
                              <a:gd name="T40" fmla="*/ 252 w 25"/>
                              <a:gd name="T41" fmla="*/ 72 h 30"/>
                              <a:gd name="T42" fmla="*/ 216 w 25"/>
                              <a:gd name="T43" fmla="*/ 108 h 30"/>
                              <a:gd name="T44" fmla="*/ 180 w 25"/>
                              <a:gd name="T45" fmla="*/ 180 h 30"/>
                              <a:gd name="T46" fmla="*/ 144 w 25"/>
                              <a:gd name="T47" fmla="*/ 216 h 30"/>
                              <a:gd name="T48" fmla="*/ 108 w 25"/>
                              <a:gd name="T49" fmla="*/ 288 h 30"/>
                              <a:gd name="T50" fmla="*/ 72 w 25"/>
                              <a:gd name="T51" fmla="*/ 324 h 30"/>
                              <a:gd name="T52" fmla="*/ 36 w 25"/>
                              <a:gd name="T53" fmla="*/ 396 h 30"/>
                              <a:gd name="T54" fmla="*/ 36 w 25"/>
                              <a:gd name="T55" fmla="*/ 432 h 30"/>
                              <a:gd name="T56" fmla="*/ 0 w 25"/>
                              <a:gd name="T57" fmla="*/ 504 h 30"/>
                              <a:gd name="T58" fmla="*/ 0 w 25"/>
                              <a:gd name="T59" fmla="*/ 576 h 30"/>
                              <a:gd name="T60" fmla="*/ 0 w 25"/>
                              <a:gd name="T61" fmla="*/ 648 h 30"/>
                              <a:gd name="T62" fmla="*/ 0 w 25"/>
                              <a:gd name="T63" fmla="*/ 720 h 30"/>
                              <a:gd name="T64" fmla="*/ 36 w 25"/>
                              <a:gd name="T65" fmla="*/ 756 h 30"/>
                              <a:gd name="T66" fmla="*/ 36 w 25"/>
                              <a:gd name="T67" fmla="*/ 828 h 30"/>
                              <a:gd name="T68" fmla="*/ 72 w 25"/>
                              <a:gd name="T69" fmla="*/ 864 h 30"/>
                              <a:gd name="T70" fmla="*/ 108 w 25"/>
                              <a:gd name="T71" fmla="*/ 936 h 30"/>
                              <a:gd name="T72" fmla="*/ 144 w 25"/>
                              <a:gd name="T73" fmla="*/ 972 h 30"/>
                              <a:gd name="T74" fmla="*/ 180 w 25"/>
                              <a:gd name="T75" fmla="*/ 1008 h 30"/>
                              <a:gd name="T76" fmla="*/ 216 w 25"/>
                              <a:gd name="T77" fmla="*/ 1008 h 30"/>
                              <a:gd name="T78" fmla="*/ 252 w 25"/>
                              <a:gd name="T79" fmla="*/ 1044 h 30"/>
                              <a:gd name="T80" fmla="*/ 324 w 25"/>
                              <a:gd name="T81" fmla="*/ 1044 h 30"/>
                              <a:gd name="T82" fmla="*/ 360 w 25"/>
                              <a:gd name="T83" fmla="*/ 1080 h 30"/>
                              <a:gd name="T84" fmla="*/ 432 w 25"/>
                              <a:gd name="T85" fmla="*/ 1080 h 30"/>
                              <a:gd name="T86" fmla="*/ 468 w 25"/>
                              <a:gd name="T87" fmla="*/ 1044 h 30"/>
                              <a:gd name="T88" fmla="*/ 540 w 25"/>
                              <a:gd name="T89" fmla="*/ 1044 h 30"/>
                              <a:gd name="T90" fmla="*/ 576 w 25"/>
                              <a:gd name="T91" fmla="*/ 1008 h 30"/>
                              <a:gd name="T92" fmla="*/ 612 w 25"/>
                              <a:gd name="T93" fmla="*/ 972 h 30"/>
                              <a:gd name="T94" fmla="*/ 684 w 25"/>
                              <a:gd name="T95" fmla="*/ 936 h 30"/>
                              <a:gd name="T96" fmla="*/ 720 w 25"/>
                              <a:gd name="T97" fmla="*/ 900 h 30"/>
                              <a:gd name="T98" fmla="*/ 756 w 25"/>
                              <a:gd name="T99" fmla="*/ 864 h 30"/>
                              <a:gd name="T100" fmla="*/ 792 w 25"/>
                              <a:gd name="T101" fmla="*/ 792 h 30"/>
                              <a:gd name="T102" fmla="*/ 828 w 25"/>
                              <a:gd name="T103" fmla="*/ 756 h 30"/>
                              <a:gd name="T104" fmla="*/ 864 w 25"/>
                              <a:gd name="T105" fmla="*/ 684 h 30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w 25"/>
                              <a:gd name="T160" fmla="*/ 0 h 30"/>
                              <a:gd name="T161" fmla="*/ 25 w 25"/>
                              <a:gd name="T162" fmla="*/ 30 h 30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T159" t="T160" r="T161" b="T162"/>
                            <a:pathLst>
                              <a:path w="25" h="30">
                                <a:moveTo>
                                  <a:pt x="24" y="19"/>
                                </a:moveTo>
                                <a:lnTo>
                                  <a:pt x="24" y="17"/>
                                </a:lnTo>
                                <a:lnTo>
                                  <a:pt x="25" y="15"/>
                                </a:lnTo>
                                <a:lnTo>
                                  <a:pt x="25" y="13"/>
                                </a:lnTo>
                                <a:lnTo>
                                  <a:pt x="25" y="12"/>
                                </a:lnTo>
                                <a:lnTo>
                                  <a:pt x="25" y="10"/>
                                </a:lnTo>
                                <a:lnTo>
                                  <a:pt x="24" y="8"/>
                                </a:lnTo>
                                <a:lnTo>
                                  <a:pt x="24" y="7"/>
                                </a:lnTo>
                                <a:lnTo>
                                  <a:pt x="23" y="5"/>
                                </a:lnTo>
                                <a:lnTo>
                                  <a:pt x="22" y="4"/>
                                </a:lnTo>
                                <a:lnTo>
                                  <a:pt x="21" y="3"/>
                                </a:lnTo>
                                <a:lnTo>
                                  <a:pt x="20" y="2"/>
                                </a:lnTo>
                                <a:lnTo>
                                  <a:pt x="19" y="1"/>
                                </a:lnTo>
                                <a:lnTo>
                                  <a:pt x="17" y="0"/>
                                </a:lnTo>
                                <a:lnTo>
                                  <a:pt x="16" y="0"/>
                                </a:lnTo>
                                <a:lnTo>
                                  <a:pt x="15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7" y="2"/>
                                </a:lnTo>
                                <a:lnTo>
                                  <a:pt x="6" y="3"/>
                                </a:lnTo>
                                <a:lnTo>
                                  <a:pt x="5" y="5"/>
                                </a:lnTo>
                                <a:lnTo>
                                  <a:pt x="4" y="6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0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20"/>
                                </a:lnTo>
                                <a:lnTo>
                                  <a:pt x="1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4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6" y="28"/>
                                </a:lnTo>
                                <a:lnTo>
                                  <a:pt x="7" y="29"/>
                                </a:lnTo>
                                <a:lnTo>
                                  <a:pt x="9" y="29"/>
                                </a:lnTo>
                                <a:lnTo>
                                  <a:pt x="10" y="30"/>
                                </a:lnTo>
                                <a:lnTo>
                                  <a:pt x="12" y="30"/>
                                </a:lnTo>
                                <a:lnTo>
                                  <a:pt x="13" y="29"/>
                                </a:lnTo>
                                <a:lnTo>
                                  <a:pt x="15" y="29"/>
                                </a:lnTo>
                                <a:lnTo>
                                  <a:pt x="16" y="28"/>
                                </a:lnTo>
                                <a:lnTo>
                                  <a:pt x="17" y="27"/>
                                </a:lnTo>
                                <a:lnTo>
                                  <a:pt x="19" y="26"/>
                                </a:lnTo>
                                <a:lnTo>
                                  <a:pt x="20" y="25"/>
                                </a:lnTo>
                                <a:lnTo>
                                  <a:pt x="21" y="24"/>
                                </a:lnTo>
                                <a:lnTo>
                                  <a:pt x="22" y="22"/>
                                </a:lnTo>
                                <a:lnTo>
                                  <a:pt x="23" y="21"/>
                                </a:lnTo>
                                <a:lnTo>
                                  <a:pt x="24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71564906" name="Freeform 136">
                          <a:extLst>
                            <a:ext uri="{FF2B5EF4-FFF2-40B4-BE49-F238E27FC236}">
                              <a16:creationId xmlns:a16="http://schemas.microsoft.com/office/drawing/2014/main" id="{0285A232-15B2-B8AF-6B05-A312199CC51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2" y="1947"/>
                            <a:ext cx="150" cy="180"/>
                          </a:xfrm>
                          <a:custGeom>
                            <a:avLst/>
                            <a:gdLst>
                              <a:gd name="T0" fmla="*/ 864 w 25"/>
                              <a:gd name="T1" fmla="*/ 684 h 30"/>
                              <a:gd name="T2" fmla="*/ 864 w 25"/>
                              <a:gd name="T3" fmla="*/ 612 h 30"/>
                              <a:gd name="T4" fmla="*/ 900 w 25"/>
                              <a:gd name="T5" fmla="*/ 540 h 30"/>
                              <a:gd name="T6" fmla="*/ 900 w 25"/>
                              <a:gd name="T7" fmla="*/ 468 h 30"/>
                              <a:gd name="T8" fmla="*/ 900 w 25"/>
                              <a:gd name="T9" fmla="*/ 432 h 30"/>
                              <a:gd name="T10" fmla="*/ 900 w 25"/>
                              <a:gd name="T11" fmla="*/ 360 h 30"/>
                              <a:gd name="T12" fmla="*/ 864 w 25"/>
                              <a:gd name="T13" fmla="*/ 288 h 30"/>
                              <a:gd name="T14" fmla="*/ 864 w 25"/>
                              <a:gd name="T15" fmla="*/ 252 h 30"/>
                              <a:gd name="T16" fmla="*/ 828 w 25"/>
                              <a:gd name="T17" fmla="*/ 180 h 30"/>
                              <a:gd name="T18" fmla="*/ 792 w 25"/>
                              <a:gd name="T19" fmla="*/ 144 h 30"/>
                              <a:gd name="T20" fmla="*/ 756 w 25"/>
                              <a:gd name="T21" fmla="*/ 108 h 30"/>
                              <a:gd name="T22" fmla="*/ 720 w 25"/>
                              <a:gd name="T23" fmla="*/ 72 h 30"/>
                              <a:gd name="T24" fmla="*/ 684 w 25"/>
                              <a:gd name="T25" fmla="*/ 36 h 30"/>
                              <a:gd name="T26" fmla="*/ 612 w 25"/>
                              <a:gd name="T27" fmla="*/ 0 h 30"/>
                              <a:gd name="T28" fmla="*/ 576 w 25"/>
                              <a:gd name="T29" fmla="*/ 0 h 30"/>
                              <a:gd name="T30" fmla="*/ 540 w 25"/>
                              <a:gd name="T31" fmla="*/ 0 h 30"/>
                              <a:gd name="T32" fmla="*/ 468 w 25"/>
                              <a:gd name="T33" fmla="*/ 0 h 30"/>
                              <a:gd name="T34" fmla="*/ 432 w 25"/>
                              <a:gd name="T35" fmla="*/ 0 h 30"/>
                              <a:gd name="T36" fmla="*/ 360 w 25"/>
                              <a:gd name="T37" fmla="*/ 36 h 30"/>
                              <a:gd name="T38" fmla="*/ 324 w 25"/>
                              <a:gd name="T39" fmla="*/ 36 h 30"/>
                              <a:gd name="T40" fmla="*/ 252 w 25"/>
                              <a:gd name="T41" fmla="*/ 72 h 30"/>
                              <a:gd name="T42" fmla="*/ 216 w 25"/>
                              <a:gd name="T43" fmla="*/ 108 h 30"/>
                              <a:gd name="T44" fmla="*/ 180 w 25"/>
                              <a:gd name="T45" fmla="*/ 180 h 30"/>
                              <a:gd name="T46" fmla="*/ 144 w 25"/>
                              <a:gd name="T47" fmla="*/ 216 h 30"/>
                              <a:gd name="T48" fmla="*/ 108 w 25"/>
                              <a:gd name="T49" fmla="*/ 288 h 30"/>
                              <a:gd name="T50" fmla="*/ 72 w 25"/>
                              <a:gd name="T51" fmla="*/ 324 h 30"/>
                              <a:gd name="T52" fmla="*/ 36 w 25"/>
                              <a:gd name="T53" fmla="*/ 396 h 30"/>
                              <a:gd name="T54" fmla="*/ 36 w 25"/>
                              <a:gd name="T55" fmla="*/ 432 h 30"/>
                              <a:gd name="T56" fmla="*/ 0 w 25"/>
                              <a:gd name="T57" fmla="*/ 504 h 30"/>
                              <a:gd name="T58" fmla="*/ 0 w 25"/>
                              <a:gd name="T59" fmla="*/ 576 h 30"/>
                              <a:gd name="T60" fmla="*/ 0 w 25"/>
                              <a:gd name="T61" fmla="*/ 648 h 30"/>
                              <a:gd name="T62" fmla="*/ 0 w 25"/>
                              <a:gd name="T63" fmla="*/ 720 h 30"/>
                              <a:gd name="T64" fmla="*/ 36 w 25"/>
                              <a:gd name="T65" fmla="*/ 756 h 30"/>
                              <a:gd name="T66" fmla="*/ 36 w 25"/>
                              <a:gd name="T67" fmla="*/ 828 h 30"/>
                              <a:gd name="T68" fmla="*/ 72 w 25"/>
                              <a:gd name="T69" fmla="*/ 864 h 30"/>
                              <a:gd name="T70" fmla="*/ 108 w 25"/>
                              <a:gd name="T71" fmla="*/ 936 h 30"/>
                              <a:gd name="T72" fmla="*/ 144 w 25"/>
                              <a:gd name="T73" fmla="*/ 972 h 30"/>
                              <a:gd name="T74" fmla="*/ 180 w 25"/>
                              <a:gd name="T75" fmla="*/ 1008 h 30"/>
                              <a:gd name="T76" fmla="*/ 216 w 25"/>
                              <a:gd name="T77" fmla="*/ 1008 h 30"/>
                              <a:gd name="T78" fmla="*/ 252 w 25"/>
                              <a:gd name="T79" fmla="*/ 1044 h 30"/>
                              <a:gd name="T80" fmla="*/ 324 w 25"/>
                              <a:gd name="T81" fmla="*/ 1044 h 30"/>
                              <a:gd name="T82" fmla="*/ 360 w 25"/>
                              <a:gd name="T83" fmla="*/ 1080 h 30"/>
                              <a:gd name="T84" fmla="*/ 432 w 25"/>
                              <a:gd name="T85" fmla="*/ 1080 h 30"/>
                              <a:gd name="T86" fmla="*/ 468 w 25"/>
                              <a:gd name="T87" fmla="*/ 1044 h 30"/>
                              <a:gd name="T88" fmla="*/ 540 w 25"/>
                              <a:gd name="T89" fmla="*/ 1044 h 30"/>
                              <a:gd name="T90" fmla="*/ 576 w 25"/>
                              <a:gd name="T91" fmla="*/ 1008 h 30"/>
                              <a:gd name="T92" fmla="*/ 612 w 25"/>
                              <a:gd name="T93" fmla="*/ 972 h 30"/>
                              <a:gd name="T94" fmla="*/ 684 w 25"/>
                              <a:gd name="T95" fmla="*/ 936 h 30"/>
                              <a:gd name="T96" fmla="*/ 720 w 25"/>
                              <a:gd name="T97" fmla="*/ 900 h 30"/>
                              <a:gd name="T98" fmla="*/ 756 w 25"/>
                              <a:gd name="T99" fmla="*/ 864 h 30"/>
                              <a:gd name="T100" fmla="*/ 792 w 25"/>
                              <a:gd name="T101" fmla="*/ 792 h 30"/>
                              <a:gd name="T102" fmla="*/ 828 w 25"/>
                              <a:gd name="T103" fmla="*/ 756 h 30"/>
                              <a:gd name="T104" fmla="*/ 864 w 25"/>
                              <a:gd name="T105" fmla="*/ 684 h 30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w 25"/>
                              <a:gd name="T160" fmla="*/ 0 h 30"/>
                              <a:gd name="T161" fmla="*/ 25 w 25"/>
                              <a:gd name="T162" fmla="*/ 30 h 30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T159" t="T160" r="T161" b="T162"/>
                            <a:pathLst>
                              <a:path w="25" h="30">
                                <a:moveTo>
                                  <a:pt x="24" y="19"/>
                                </a:moveTo>
                                <a:lnTo>
                                  <a:pt x="24" y="17"/>
                                </a:lnTo>
                                <a:lnTo>
                                  <a:pt x="25" y="15"/>
                                </a:lnTo>
                                <a:lnTo>
                                  <a:pt x="25" y="13"/>
                                </a:lnTo>
                                <a:lnTo>
                                  <a:pt x="25" y="12"/>
                                </a:lnTo>
                                <a:lnTo>
                                  <a:pt x="25" y="10"/>
                                </a:lnTo>
                                <a:lnTo>
                                  <a:pt x="24" y="8"/>
                                </a:lnTo>
                                <a:lnTo>
                                  <a:pt x="24" y="7"/>
                                </a:lnTo>
                                <a:lnTo>
                                  <a:pt x="23" y="5"/>
                                </a:lnTo>
                                <a:lnTo>
                                  <a:pt x="22" y="4"/>
                                </a:lnTo>
                                <a:lnTo>
                                  <a:pt x="21" y="3"/>
                                </a:lnTo>
                                <a:lnTo>
                                  <a:pt x="20" y="2"/>
                                </a:lnTo>
                                <a:lnTo>
                                  <a:pt x="19" y="1"/>
                                </a:lnTo>
                                <a:lnTo>
                                  <a:pt x="17" y="0"/>
                                </a:lnTo>
                                <a:lnTo>
                                  <a:pt x="16" y="0"/>
                                </a:lnTo>
                                <a:lnTo>
                                  <a:pt x="15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7" y="2"/>
                                </a:lnTo>
                                <a:lnTo>
                                  <a:pt x="6" y="3"/>
                                </a:lnTo>
                                <a:lnTo>
                                  <a:pt x="5" y="5"/>
                                </a:lnTo>
                                <a:lnTo>
                                  <a:pt x="4" y="6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0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20"/>
                                </a:lnTo>
                                <a:lnTo>
                                  <a:pt x="1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4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6" y="28"/>
                                </a:lnTo>
                                <a:lnTo>
                                  <a:pt x="7" y="29"/>
                                </a:lnTo>
                                <a:lnTo>
                                  <a:pt x="9" y="29"/>
                                </a:lnTo>
                                <a:lnTo>
                                  <a:pt x="10" y="30"/>
                                </a:lnTo>
                                <a:lnTo>
                                  <a:pt x="12" y="30"/>
                                </a:lnTo>
                                <a:lnTo>
                                  <a:pt x="13" y="29"/>
                                </a:lnTo>
                                <a:lnTo>
                                  <a:pt x="15" y="29"/>
                                </a:lnTo>
                                <a:lnTo>
                                  <a:pt x="16" y="28"/>
                                </a:lnTo>
                                <a:lnTo>
                                  <a:pt x="17" y="27"/>
                                </a:lnTo>
                                <a:lnTo>
                                  <a:pt x="19" y="26"/>
                                </a:lnTo>
                                <a:lnTo>
                                  <a:pt x="20" y="25"/>
                                </a:lnTo>
                                <a:lnTo>
                                  <a:pt x="21" y="24"/>
                                </a:lnTo>
                                <a:lnTo>
                                  <a:pt x="22" y="22"/>
                                </a:lnTo>
                                <a:lnTo>
                                  <a:pt x="23" y="21"/>
                                </a:lnTo>
                                <a:lnTo>
                                  <a:pt x="24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1238501" name="Freeform 137">
                          <a:extLst>
                            <a:ext uri="{FF2B5EF4-FFF2-40B4-BE49-F238E27FC236}">
                              <a16:creationId xmlns:a16="http://schemas.microsoft.com/office/drawing/2014/main" id="{73B6572C-89B5-A920-4E76-9791B197A2E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16" y="2013"/>
                            <a:ext cx="42" cy="48"/>
                          </a:xfrm>
                          <a:custGeom>
                            <a:avLst/>
                            <a:gdLst>
                              <a:gd name="T0" fmla="*/ 216 w 7"/>
                              <a:gd name="T1" fmla="*/ 180 h 8"/>
                              <a:gd name="T2" fmla="*/ 216 w 7"/>
                              <a:gd name="T3" fmla="*/ 144 h 8"/>
                              <a:gd name="T4" fmla="*/ 252 w 7"/>
                              <a:gd name="T5" fmla="*/ 108 h 8"/>
                              <a:gd name="T6" fmla="*/ 216 w 7"/>
                              <a:gd name="T7" fmla="*/ 72 h 8"/>
                              <a:gd name="T8" fmla="*/ 216 w 7"/>
                              <a:gd name="T9" fmla="*/ 36 h 8"/>
                              <a:gd name="T10" fmla="*/ 216 w 7"/>
                              <a:gd name="T11" fmla="*/ 36 h 8"/>
                              <a:gd name="T12" fmla="*/ 180 w 7"/>
                              <a:gd name="T13" fmla="*/ 0 h 8"/>
                              <a:gd name="T14" fmla="*/ 144 w 7"/>
                              <a:gd name="T15" fmla="*/ 0 h 8"/>
                              <a:gd name="T16" fmla="*/ 144 w 7"/>
                              <a:gd name="T17" fmla="*/ 0 h 8"/>
                              <a:gd name="T18" fmla="*/ 108 w 7"/>
                              <a:gd name="T19" fmla="*/ 0 h 8"/>
                              <a:gd name="T20" fmla="*/ 72 w 7"/>
                              <a:gd name="T21" fmla="*/ 36 h 8"/>
                              <a:gd name="T22" fmla="*/ 36 w 7"/>
                              <a:gd name="T23" fmla="*/ 36 h 8"/>
                              <a:gd name="T24" fmla="*/ 36 w 7"/>
                              <a:gd name="T25" fmla="*/ 72 h 8"/>
                              <a:gd name="T26" fmla="*/ 36 w 7"/>
                              <a:gd name="T27" fmla="*/ 108 h 8"/>
                              <a:gd name="T28" fmla="*/ 0 w 7"/>
                              <a:gd name="T29" fmla="*/ 144 h 8"/>
                              <a:gd name="T30" fmla="*/ 0 w 7"/>
                              <a:gd name="T31" fmla="*/ 180 h 8"/>
                              <a:gd name="T32" fmla="*/ 0 w 7"/>
                              <a:gd name="T33" fmla="*/ 180 h 8"/>
                              <a:gd name="T34" fmla="*/ 36 w 7"/>
                              <a:gd name="T35" fmla="*/ 216 h 8"/>
                              <a:gd name="T36" fmla="*/ 36 w 7"/>
                              <a:gd name="T37" fmla="*/ 252 h 8"/>
                              <a:gd name="T38" fmla="*/ 72 w 7"/>
                              <a:gd name="T39" fmla="*/ 252 h 8"/>
                              <a:gd name="T40" fmla="*/ 108 w 7"/>
                              <a:gd name="T41" fmla="*/ 252 h 8"/>
                              <a:gd name="T42" fmla="*/ 108 w 7"/>
                              <a:gd name="T43" fmla="*/ 288 h 8"/>
                              <a:gd name="T44" fmla="*/ 144 w 7"/>
                              <a:gd name="T45" fmla="*/ 252 h 8"/>
                              <a:gd name="T46" fmla="*/ 180 w 7"/>
                              <a:gd name="T47" fmla="*/ 252 h 8"/>
                              <a:gd name="T48" fmla="*/ 180 w 7"/>
                              <a:gd name="T49" fmla="*/ 216 h 8"/>
                              <a:gd name="T50" fmla="*/ 216 w 7"/>
                              <a:gd name="T51" fmla="*/ 216 h 8"/>
                              <a:gd name="T52" fmla="*/ 216 w 7"/>
                              <a:gd name="T53" fmla="*/ 180 h 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7"/>
                              <a:gd name="T82" fmla="*/ 0 h 8"/>
                              <a:gd name="T83" fmla="*/ 7 w 7"/>
                              <a:gd name="T84" fmla="*/ 8 h 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7" h="8">
                                <a:moveTo>
                                  <a:pt x="6" y="5"/>
                                </a:moveTo>
                                <a:lnTo>
                                  <a:pt x="6" y="4"/>
                                </a:lnTo>
                                <a:lnTo>
                                  <a:pt x="7" y="3"/>
                                </a:lnTo>
                                <a:lnTo>
                                  <a:pt x="6" y="2"/>
                                </a:lnTo>
                                <a:lnTo>
                                  <a:pt x="6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1"/>
                                </a:lnTo>
                                <a:lnTo>
                                  <a:pt x="1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1" y="6"/>
                                </a:lnTo>
                                <a:lnTo>
                                  <a:pt x="1" y="7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3" y="8"/>
                                </a:lnTo>
                                <a:lnTo>
                                  <a:pt x="4" y="7"/>
                                </a:lnTo>
                                <a:lnTo>
                                  <a:pt x="5" y="7"/>
                                </a:lnTo>
                                <a:lnTo>
                                  <a:pt x="5" y="6"/>
                                </a:lnTo>
                                <a:lnTo>
                                  <a:pt x="6" y="6"/>
                                </a:lnTo>
                                <a:lnTo>
                                  <a:pt x="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12727198" name="Freeform 138">
                          <a:extLst>
                            <a:ext uri="{FF2B5EF4-FFF2-40B4-BE49-F238E27FC236}">
                              <a16:creationId xmlns:a16="http://schemas.microsoft.com/office/drawing/2014/main" id="{8C249A03-9471-2720-C49F-C4A5A0B66BD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16" y="2013"/>
                            <a:ext cx="42" cy="48"/>
                          </a:xfrm>
                          <a:custGeom>
                            <a:avLst/>
                            <a:gdLst>
                              <a:gd name="T0" fmla="*/ 216 w 7"/>
                              <a:gd name="T1" fmla="*/ 180 h 8"/>
                              <a:gd name="T2" fmla="*/ 216 w 7"/>
                              <a:gd name="T3" fmla="*/ 144 h 8"/>
                              <a:gd name="T4" fmla="*/ 252 w 7"/>
                              <a:gd name="T5" fmla="*/ 108 h 8"/>
                              <a:gd name="T6" fmla="*/ 216 w 7"/>
                              <a:gd name="T7" fmla="*/ 72 h 8"/>
                              <a:gd name="T8" fmla="*/ 216 w 7"/>
                              <a:gd name="T9" fmla="*/ 36 h 8"/>
                              <a:gd name="T10" fmla="*/ 216 w 7"/>
                              <a:gd name="T11" fmla="*/ 36 h 8"/>
                              <a:gd name="T12" fmla="*/ 180 w 7"/>
                              <a:gd name="T13" fmla="*/ 0 h 8"/>
                              <a:gd name="T14" fmla="*/ 144 w 7"/>
                              <a:gd name="T15" fmla="*/ 0 h 8"/>
                              <a:gd name="T16" fmla="*/ 144 w 7"/>
                              <a:gd name="T17" fmla="*/ 0 h 8"/>
                              <a:gd name="T18" fmla="*/ 108 w 7"/>
                              <a:gd name="T19" fmla="*/ 0 h 8"/>
                              <a:gd name="T20" fmla="*/ 72 w 7"/>
                              <a:gd name="T21" fmla="*/ 36 h 8"/>
                              <a:gd name="T22" fmla="*/ 36 w 7"/>
                              <a:gd name="T23" fmla="*/ 36 h 8"/>
                              <a:gd name="T24" fmla="*/ 36 w 7"/>
                              <a:gd name="T25" fmla="*/ 72 h 8"/>
                              <a:gd name="T26" fmla="*/ 36 w 7"/>
                              <a:gd name="T27" fmla="*/ 108 h 8"/>
                              <a:gd name="T28" fmla="*/ 0 w 7"/>
                              <a:gd name="T29" fmla="*/ 144 h 8"/>
                              <a:gd name="T30" fmla="*/ 0 w 7"/>
                              <a:gd name="T31" fmla="*/ 180 h 8"/>
                              <a:gd name="T32" fmla="*/ 0 w 7"/>
                              <a:gd name="T33" fmla="*/ 180 h 8"/>
                              <a:gd name="T34" fmla="*/ 36 w 7"/>
                              <a:gd name="T35" fmla="*/ 216 h 8"/>
                              <a:gd name="T36" fmla="*/ 36 w 7"/>
                              <a:gd name="T37" fmla="*/ 252 h 8"/>
                              <a:gd name="T38" fmla="*/ 72 w 7"/>
                              <a:gd name="T39" fmla="*/ 252 h 8"/>
                              <a:gd name="T40" fmla="*/ 108 w 7"/>
                              <a:gd name="T41" fmla="*/ 252 h 8"/>
                              <a:gd name="T42" fmla="*/ 108 w 7"/>
                              <a:gd name="T43" fmla="*/ 288 h 8"/>
                              <a:gd name="T44" fmla="*/ 144 w 7"/>
                              <a:gd name="T45" fmla="*/ 252 h 8"/>
                              <a:gd name="T46" fmla="*/ 180 w 7"/>
                              <a:gd name="T47" fmla="*/ 252 h 8"/>
                              <a:gd name="T48" fmla="*/ 180 w 7"/>
                              <a:gd name="T49" fmla="*/ 216 h 8"/>
                              <a:gd name="T50" fmla="*/ 216 w 7"/>
                              <a:gd name="T51" fmla="*/ 216 h 8"/>
                              <a:gd name="T52" fmla="*/ 216 w 7"/>
                              <a:gd name="T53" fmla="*/ 180 h 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7"/>
                              <a:gd name="T82" fmla="*/ 0 h 8"/>
                              <a:gd name="T83" fmla="*/ 7 w 7"/>
                              <a:gd name="T84" fmla="*/ 8 h 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7" h="8">
                                <a:moveTo>
                                  <a:pt x="6" y="5"/>
                                </a:moveTo>
                                <a:lnTo>
                                  <a:pt x="6" y="4"/>
                                </a:lnTo>
                                <a:lnTo>
                                  <a:pt x="7" y="3"/>
                                </a:lnTo>
                                <a:lnTo>
                                  <a:pt x="6" y="2"/>
                                </a:lnTo>
                                <a:lnTo>
                                  <a:pt x="6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1"/>
                                </a:lnTo>
                                <a:lnTo>
                                  <a:pt x="1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1" y="6"/>
                                </a:lnTo>
                                <a:lnTo>
                                  <a:pt x="1" y="7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3" y="8"/>
                                </a:lnTo>
                                <a:lnTo>
                                  <a:pt x="4" y="7"/>
                                </a:lnTo>
                                <a:lnTo>
                                  <a:pt x="5" y="7"/>
                                </a:lnTo>
                                <a:lnTo>
                                  <a:pt x="5" y="6"/>
                                </a:lnTo>
                                <a:lnTo>
                                  <a:pt x="6" y="6"/>
                                </a:lnTo>
                                <a:lnTo>
                                  <a:pt x="6" y="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163496" name="Freeform 139">
                          <a:extLst>
                            <a:ext uri="{FF2B5EF4-FFF2-40B4-BE49-F238E27FC236}">
                              <a16:creationId xmlns:a16="http://schemas.microsoft.com/office/drawing/2014/main" id="{D8C2EDB6-129F-71CF-5491-6EDD6BD0CDF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25" y="908"/>
                            <a:ext cx="155" cy="114"/>
                          </a:xfrm>
                          <a:custGeom>
                            <a:avLst/>
                            <a:gdLst>
                              <a:gd name="T0" fmla="*/ 924 w 26"/>
                              <a:gd name="T1" fmla="*/ 144 h 19"/>
                              <a:gd name="T2" fmla="*/ 250 w 26"/>
                              <a:gd name="T3" fmla="*/ 0 h 19"/>
                              <a:gd name="T4" fmla="*/ 215 w 26"/>
                              <a:gd name="T5" fmla="*/ 0 h 19"/>
                              <a:gd name="T6" fmla="*/ 179 w 26"/>
                              <a:gd name="T7" fmla="*/ 0 h 19"/>
                              <a:gd name="T8" fmla="*/ 143 w 26"/>
                              <a:gd name="T9" fmla="*/ 36 h 19"/>
                              <a:gd name="T10" fmla="*/ 107 w 26"/>
                              <a:gd name="T11" fmla="*/ 36 h 19"/>
                              <a:gd name="T12" fmla="*/ 72 w 26"/>
                              <a:gd name="T13" fmla="*/ 72 h 19"/>
                              <a:gd name="T14" fmla="*/ 36 w 26"/>
                              <a:gd name="T15" fmla="*/ 108 h 19"/>
                              <a:gd name="T16" fmla="*/ 36 w 26"/>
                              <a:gd name="T17" fmla="*/ 144 h 19"/>
                              <a:gd name="T18" fmla="*/ 0 w 26"/>
                              <a:gd name="T19" fmla="*/ 180 h 19"/>
                              <a:gd name="T20" fmla="*/ 0 w 26"/>
                              <a:gd name="T21" fmla="*/ 252 h 19"/>
                              <a:gd name="T22" fmla="*/ 0 w 26"/>
                              <a:gd name="T23" fmla="*/ 288 h 19"/>
                              <a:gd name="T24" fmla="*/ 0 w 26"/>
                              <a:gd name="T25" fmla="*/ 324 h 19"/>
                              <a:gd name="T26" fmla="*/ 0 w 26"/>
                              <a:gd name="T27" fmla="*/ 360 h 19"/>
                              <a:gd name="T28" fmla="*/ 36 w 26"/>
                              <a:gd name="T29" fmla="*/ 432 h 19"/>
                              <a:gd name="T30" fmla="*/ 36 w 26"/>
                              <a:gd name="T31" fmla="*/ 432 h 19"/>
                              <a:gd name="T32" fmla="*/ 72 w 26"/>
                              <a:gd name="T33" fmla="*/ 468 h 19"/>
                              <a:gd name="T34" fmla="*/ 107 w 26"/>
                              <a:gd name="T35" fmla="*/ 504 h 19"/>
                              <a:gd name="T36" fmla="*/ 781 w 26"/>
                              <a:gd name="T37" fmla="*/ 684 h 19"/>
                              <a:gd name="T38" fmla="*/ 924 w 26"/>
                              <a:gd name="T39" fmla="*/ 144 h 1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26"/>
                              <a:gd name="T61" fmla="*/ 0 h 19"/>
                              <a:gd name="T62" fmla="*/ 26 w 26"/>
                              <a:gd name="T63" fmla="*/ 19 h 19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26" h="19">
                                <a:moveTo>
                                  <a:pt x="26" y="4"/>
                                </a:move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3" y="14"/>
                                </a:lnTo>
                                <a:lnTo>
                                  <a:pt x="22" y="19"/>
                                </a:lnTo>
                                <a:lnTo>
                                  <a:pt x="2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20450613" name="Freeform 140">
                          <a:extLst>
                            <a:ext uri="{FF2B5EF4-FFF2-40B4-BE49-F238E27FC236}">
                              <a16:creationId xmlns:a16="http://schemas.microsoft.com/office/drawing/2014/main" id="{F8D9FBA6-CAD0-4A9F-A465-68DDEEA32FA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25" y="908"/>
                            <a:ext cx="155" cy="114"/>
                          </a:xfrm>
                          <a:custGeom>
                            <a:avLst/>
                            <a:gdLst>
                              <a:gd name="T0" fmla="*/ 924 w 26"/>
                              <a:gd name="T1" fmla="*/ 144 h 19"/>
                              <a:gd name="T2" fmla="*/ 250 w 26"/>
                              <a:gd name="T3" fmla="*/ 0 h 19"/>
                              <a:gd name="T4" fmla="*/ 215 w 26"/>
                              <a:gd name="T5" fmla="*/ 0 h 19"/>
                              <a:gd name="T6" fmla="*/ 179 w 26"/>
                              <a:gd name="T7" fmla="*/ 0 h 19"/>
                              <a:gd name="T8" fmla="*/ 143 w 26"/>
                              <a:gd name="T9" fmla="*/ 36 h 19"/>
                              <a:gd name="T10" fmla="*/ 107 w 26"/>
                              <a:gd name="T11" fmla="*/ 36 h 19"/>
                              <a:gd name="T12" fmla="*/ 72 w 26"/>
                              <a:gd name="T13" fmla="*/ 72 h 19"/>
                              <a:gd name="T14" fmla="*/ 36 w 26"/>
                              <a:gd name="T15" fmla="*/ 108 h 19"/>
                              <a:gd name="T16" fmla="*/ 36 w 26"/>
                              <a:gd name="T17" fmla="*/ 144 h 19"/>
                              <a:gd name="T18" fmla="*/ 0 w 26"/>
                              <a:gd name="T19" fmla="*/ 180 h 19"/>
                              <a:gd name="T20" fmla="*/ 0 w 26"/>
                              <a:gd name="T21" fmla="*/ 252 h 19"/>
                              <a:gd name="T22" fmla="*/ 0 w 26"/>
                              <a:gd name="T23" fmla="*/ 288 h 19"/>
                              <a:gd name="T24" fmla="*/ 0 w 26"/>
                              <a:gd name="T25" fmla="*/ 324 h 19"/>
                              <a:gd name="T26" fmla="*/ 0 w 26"/>
                              <a:gd name="T27" fmla="*/ 360 h 19"/>
                              <a:gd name="T28" fmla="*/ 36 w 26"/>
                              <a:gd name="T29" fmla="*/ 432 h 19"/>
                              <a:gd name="T30" fmla="*/ 36 w 26"/>
                              <a:gd name="T31" fmla="*/ 432 h 19"/>
                              <a:gd name="T32" fmla="*/ 72 w 26"/>
                              <a:gd name="T33" fmla="*/ 468 h 19"/>
                              <a:gd name="T34" fmla="*/ 107 w 26"/>
                              <a:gd name="T35" fmla="*/ 504 h 19"/>
                              <a:gd name="T36" fmla="*/ 781 w 26"/>
                              <a:gd name="T37" fmla="*/ 684 h 19"/>
                              <a:gd name="T38" fmla="*/ 924 w 26"/>
                              <a:gd name="T39" fmla="*/ 144 h 1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26"/>
                              <a:gd name="T61" fmla="*/ 0 h 19"/>
                              <a:gd name="T62" fmla="*/ 26 w 26"/>
                              <a:gd name="T63" fmla="*/ 19 h 19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26" h="19">
                                <a:moveTo>
                                  <a:pt x="26" y="4"/>
                                </a:move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3" y="14"/>
                                </a:lnTo>
                                <a:lnTo>
                                  <a:pt x="22" y="19"/>
                                </a:lnTo>
                                <a:lnTo>
                                  <a:pt x="26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7425062" name="Freeform 141">
                          <a:extLst>
                            <a:ext uri="{FF2B5EF4-FFF2-40B4-BE49-F238E27FC236}">
                              <a16:creationId xmlns:a16="http://schemas.microsoft.com/office/drawing/2014/main" id="{F9210411-4C37-7419-68B1-FDA25B7AFB5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79" y="884"/>
                            <a:ext cx="125" cy="185"/>
                          </a:xfrm>
                          <a:custGeom>
                            <a:avLst/>
                            <a:gdLst>
                              <a:gd name="T0" fmla="*/ 744 w 21"/>
                              <a:gd name="T1" fmla="*/ 72 h 31"/>
                              <a:gd name="T2" fmla="*/ 565 w 21"/>
                              <a:gd name="T3" fmla="*/ 0 h 31"/>
                              <a:gd name="T4" fmla="*/ 530 w 21"/>
                              <a:gd name="T5" fmla="*/ 0 h 31"/>
                              <a:gd name="T6" fmla="*/ 458 w 21"/>
                              <a:gd name="T7" fmla="*/ 0 h 31"/>
                              <a:gd name="T8" fmla="*/ 423 w 21"/>
                              <a:gd name="T9" fmla="*/ 0 h 31"/>
                              <a:gd name="T10" fmla="*/ 357 w 21"/>
                              <a:gd name="T11" fmla="*/ 36 h 31"/>
                              <a:gd name="T12" fmla="*/ 321 w 21"/>
                              <a:gd name="T13" fmla="*/ 36 h 31"/>
                              <a:gd name="T14" fmla="*/ 286 w 21"/>
                              <a:gd name="T15" fmla="*/ 72 h 31"/>
                              <a:gd name="T16" fmla="*/ 214 w 21"/>
                              <a:gd name="T17" fmla="*/ 107 h 31"/>
                              <a:gd name="T18" fmla="*/ 179 w 21"/>
                              <a:gd name="T19" fmla="*/ 143 h 31"/>
                              <a:gd name="T20" fmla="*/ 143 w 21"/>
                              <a:gd name="T21" fmla="*/ 215 h 31"/>
                              <a:gd name="T22" fmla="*/ 107 w 21"/>
                              <a:gd name="T23" fmla="*/ 251 h 31"/>
                              <a:gd name="T24" fmla="*/ 71 w 21"/>
                              <a:gd name="T25" fmla="*/ 322 h 31"/>
                              <a:gd name="T26" fmla="*/ 36 w 21"/>
                              <a:gd name="T27" fmla="*/ 358 h 31"/>
                              <a:gd name="T28" fmla="*/ 36 w 21"/>
                              <a:gd name="T29" fmla="*/ 430 h 31"/>
                              <a:gd name="T30" fmla="*/ 36 w 21"/>
                              <a:gd name="T31" fmla="*/ 501 h 31"/>
                              <a:gd name="T32" fmla="*/ 0 w 21"/>
                              <a:gd name="T33" fmla="*/ 567 h 31"/>
                              <a:gd name="T34" fmla="*/ 0 w 21"/>
                              <a:gd name="T35" fmla="*/ 639 h 31"/>
                              <a:gd name="T36" fmla="*/ 0 w 21"/>
                              <a:gd name="T37" fmla="*/ 674 h 31"/>
                              <a:gd name="T38" fmla="*/ 36 w 21"/>
                              <a:gd name="T39" fmla="*/ 746 h 31"/>
                              <a:gd name="T40" fmla="*/ 36 w 21"/>
                              <a:gd name="T41" fmla="*/ 818 h 31"/>
                              <a:gd name="T42" fmla="*/ 71 w 21"/>
                              <a:gd name="T43" fmla="*/ 853 h 31"/>
                              <a:gd name="T44" fmla="*/ 107 w 21"/>
                              <a:gd name="T45" fmla="*/ 925 h 31"/>
                              <a:gd name="T46" fmla="*/ 143 w 21"/>
                              <a:gd name="T47" fmla="*/ 961 h 31"/>
                              <a:gd name="T48" fmla="*/ 179 w 21"/>
                              <a:gd name="T49" fmla="*/ 997 h 31"/>
                              <a:gd name="T50" fmla="*/ 250 w 21"/>
                              <a:gd name="T51" fmla="*/ 1032 h 31"/>
                              <a:gd name="T52" fmla="*/ 458 w 21"/>
                              <a:gd name="T53" fmla="*/ 1104 h 31"/>
                              <a:gd name="T54" fmla="*/ 744 w 21"/>
                              <a:gd name="T55" fmla="*/ 72 h 31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21"/>
                              <a:gd name="T85" fmla="*/ 0 h 31"/>
                              <a:gd name="T86" fmla="*/ 21 w 21"/>
                              <a:gd name="T87" fmla="*/ 31 h 31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21" h="31">
                                <a:moveTo>
                                  <a:pt x="21" y="2"/>
                                </a:moveTo>
                                <a:lnTo>
                                  <a:pt x="16" y="0"/>
                                </a:lnTo>
                                <a:lnTo>
                                  <a:pt x="15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8" y="2"/>
                                </a:lnTo>
                                <a:lnTo>
                                  <a:pt x="6" y="3"/>
                                </a:lnTo>
                                <a:lnTo>
                                  <a:pt x="5" y="4"/>
                                </a:lnTo>
                                <a:lnTo>
                                  <a:pt x="4" y="6"/>
                                </a:lnTo>
                                <a:lnTo>
                                  <a:pt x="3" y="7"/>
                                </a:lnTo>
                                <a:lnTo>
                                  <a:pt x="2" y="9"/>
                                </a:lnTo>
                                <a:lnTo>
                                  <a:pt x="1" y="10"/>
                                </a:lnTo>
                                <a:lnTo>
                                  <a:pt x="1" y="12"/>
                                </a:lnTo>
                                <a:lnTo>
                                  <a:pt x="1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19"/>
                                </a:lnTo>
                                <a:lnTo>
                                  <a:pt x="1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4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7" y="29"/>
                                </a:lnTo>
                                <a:lnTo>
                                  <a:pt x="13" y="31"/>
                                </a:lnTo>
                                <a:lnTo>
                                  <a:pt x="2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99827432" name="Freeform 142">
                          <a:extLst>
                            <a:ext uri="{FF2B5EF4-FFF2-40B4-BE49-F238E27FC236}">
                              <a16:creationId xmlns:a16="http://schemas.microsoft.com/office/drawing/2014/main" id="{C9085058-7345-16AE-E328-13BCCFB5BC6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79" y="884"/>
                            <a:ext cx="125" cy="185"/>
                          </a:xfrm>
                          <a:custGeom>
                            <a:avLst/>
                            <a:gdLst>
                              <a:gd name="T0" fmla="*/ 744 w 21"/>
                              <a:gd name="T1" fmla="*/ 72 h 31"/>
                              <a:gd name="T2" fmla="*/ 565 w 21"/>
                              <a:gd name="T3" fmla="*/ 0 h 31"/>
                              <a:gd name="T4" fmla="*/ 530 w 21"/>
                              <a:gd name="T5" fmla="*/ 0 h 31"/>
                              <a:gd name="T6" fmla="*/ 458 w 21"/>
                              <a:gd name="T7" fmla="*/ 0 h 31"/>
                              <a:gd name="T8" fmla="*/ 423 w 21"/>
                              <a:gd name="T9" fmla="*/ 0 h 31"/>
                              <a:gd name="T10" fmla="*/ 357 w 21"/>
                              <a:gd name="T11" fmla="*/ 36 h 31"/>
                              <a:gd name="T12" fmla="*/ 321 w 21"/>
                              <a:gd name="T13" fmla="*/ 36 h 31"/>
                              <a:gd name="T14" fmla="*/ 286 w 21"/>
                              <a:gd name="T15" fmla="*/ 72 h 31"/>
                              <a:gd name="T16" fmla="*/ 214 w 21"/>
                              <a:gd name="T17" fmla="*/ 107 h 31"/>
                              <a:gd name="T18" fmla="*/ 179 w 21"/>
                              <a:gd name="T19" fmla="*/ 143 h 31"/>
                              <a:gd name="T20" fmla="*/ 143 w 21"/>
                              <a:gd name="T21" fmla="*/ 215 h 31"/>
                              <a:gd name="T22" fmla="*/ 107 w 21"/>
                              <a:gd name="T23" fmla="*/ 251 h 31"/>
                              <a:gd name="T24" fmla="*/ 71 w 21"/>
                              <a:gd name="T25" fmla="*/ 322 h 31"/>
                              <a:gd name="T26" fmla="*/ 36 w 21"/>
                              <a:gd name="T27" fmla="*/ 358 h 31"/>
                              <a:gd name="T28" fmla="*/ 36 w 21"/>
                              <a:gd name="T29" fmla="*/ 430 h 31"/>
                              <a:gd name="T30" fmla="*/ 36 w 21"/>
                              <a:gd name="T31" fmla="*/ 501 h 31"/>
                              <a:gd name="T32" fmla="*/ 0 w 21"/>
                              <a:gd name="T33" fmla="*/ 567 h 31"/>
                              <a:gd name="T34" fmla="*/ 0 w 21"/>
                              <a:gd name="T35" fmla="*/ 639 h 31"/>
                              <a:gd name="T36" fmla="*/ 0 w 21"/>
                              <a:gd name="T37" fmla="*/ 674 h 31"/>
                              <a:gd name="T38" fmla="*/ 36 w 21"/>
                              <a:gd name="T39" fmla="*/ 746 h 31"/>
                              <a:gd name="T40" fmla="*/ 36 w 21"/>
                              <a:gd name="T41" fmla="*/ 818 h 31"/>
                              <a:gd name="T42" fmla="*/ 71 w 21"/>
                              <a:gd name="T43" fmla="*/ 853 h 31"/>
                              <a:gd name="T44" fmla="*/ 107 w 21"/>
                              <a:gd name="T45" fmla="*/ 925 h 31"/>
                              <a:gd name="T46" fmla="*/ 143 w 21"/>
                              <a:gd name="T47" fmla="*/ 961 h 31"/>
                              <a:gd name="T48" fmla="*/ 179 w 21"/>
                              <a:gd name="T49" fmla="*/ 997 h 31"/>
                              <a:gd name="T50" fmla="*/ 250 w 21"/>
                              <a:gd name="T51" fmla="*/ 1032 h 31"/>
                              <a:gd name="T52" fmla="*/ 458 w 21"/>
                              <a:gd name="T53" fmla="*/ 1104 h 31"/>
                              <a:gd name="T54" fmla="*/ 744 w 21"/>
                              <a:gd name="T55" fmla="*/ 72 h 31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21"/>
                              <a:gd name="T85" fmla="*/ 0 h 31"/>
                              <a:gd name="T86" fmla="*/ 21 w 21"/>
                              <a:gd name="T87" fmla="*/ 31 h 31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21" h="31">
                                <a:moveTo>
                                  <a:pt x="21" y="2"/>
                                </a:moveTo>
                                <a:lnTo>
                                  <a:pt x="16" y="0"/>
                                </a:lnTo>
                                <a:lnTo>
                                  <a:pt x="15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8" y="2"/>
                                </a:lnTo>
                                <a:lnTo>
                                  <a:pt x="6" y="3"/>
                                </a:lnTo>
                                <a:lnTo>
                                  <a:pt x="5" y="4"/>
                                </a:lnTo>
                                <a:lnTo>
                                  <a:pt x="4" y="6"/>
                                </a:lnTo>
                                <a:lnTo>
                                  <a:pt x="3" y="7"/>
                                </a:lnTo>
                                <a:lnTo>
                                  <a:pt x="2" y="9"/>
                                </a:lnTo>
                                <a:lnTo>
                                  <a:pt x="1" y="10"/>
                                </a:lnTo>
                                <a:lnTo>
                                  <a:pt x="1" y="12"/>
                                </a:lnTo>
                                <a:lnTo>
                                  <a:pt x="1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19"/>
                                </a:lnTo>
                                <a:lnTo>
                                  <a:pt x="1" y="21"/>
                                </a:lnTo>
                                <a:lnTo>
                                  <a:pt x="1" y="23"/>
                                </a:lnTo>
                                <a:lnTo>
                                  <a:pt x="2" y="24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7" y="29"/>
                                </a:lnTo>
                                <a:lnTo>
                                  <a:pt x="13" y="31"/>
                                </a:lnTo>
                                <a:lnTo>
                                  <a:pt x="21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1225227" name="Freeform 143">
                          <a:extLst>
                            <a:ext uri="{FF2B5EF4-FFF2-40B4-BE49-F238E27FC236}">
                              <a16:creationId xmlns:a16="http://schemas.microsoft.com/office/drawing/2014/main" id="{C273E122-1D18-2240-3646-01A7EF08D74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15" y="896"/>
                            <a:ext cx="143" cy="179"/>
                          </a:xfrm>
                          <a:custGeom>
                            <a:avLst/>
                            <a:gdLst>
                              <a:gd name="T0" fmla="*/ 816 w 24"/>
                              <a:gd name="T1" fmla="*/ 603 h 30"/>
                              <a:gd name="T2" fmla="*/ 852 w 24"/>
                              <a:gd name="T3" fmla="*/ 567 h 30"/>
                              <a:gd name="T4" fmla="*/ 852 w 24"/>
                              <a:gd name="T5" fmla="*/ 501 h 30"/>
                              <a:gd name="T6" fmla="*/ 852 w 24"/>
                              <a:gd name="T7" fmla="*/ 430 h 30"/>
                              <a:gd name="T8" fmla="*/ 852 w 24"/>
                              <a:gd name="T9" fmla="*/ 358 h 30"/>
                              <a:gd name="T10" fmla="*/ 816 w 24"/>
                              <a:gd name="T11" fmla="*/ 322 h 30"/>
                              <a:gd name="T12" fmla="*/ 816 w 24"/>
                              <a:gd name="T13" fmla="*/ 251 h 30"/>
                              <a:gd name="T14" fmla="*/ 781 w 24"/>
                              <a:gd name="T15" fmla="*/ 179 h 30"/>
                              <a:gd name="T16" fmla="*/ 745 w 24"/>
                              <a:gd name="T17" fmla="*/ 143 h 30"/>
                              <a:gd name="T18" fmla="*/ 709 w 24"/>
                              <a:gd name="T19" fmla="*/ 107 h 30"/>
                              <a:gd name="T20" fmla="*/ 673 w 24"/>
                              <a:gd name="T21" fmla="*/ 72 h 30"/>
                              <a:gd name="T22" fmla="*/ 638 w 24"/>
                              <a:gd name="T23" fmla="*/ 36 h 30"/>
                              <a:gd name="T24" fmla="*/ 602 w 24"/>
                              <a:gd name="T25" fmla="*/ 0 h 30"/>
                              <a:gd name="T26" fmla="*/ 530 w 24"/>
                              <a:gd name="T27" fmla="*/ 0 h 30"/>
                              <a:gd name="T28" fmla="*/ 495 w 24"/>
                              <a:gd name="T29" fmla="*/ 0 h 30"/>
                              <a:gd name="T30" fmla="*/ 459 w 24"/>
                              <a:gd name="T31" fmla="*/ 0 h 30"/>
                              <a:gd name="T32" fmla="*/ 393 w 24"/>
                              <a:gd name="T33" fmla="*/ 0 h 30"/>
                              <a:gd name="T34" fmla="*/ 358 w 24"/>
                              <a:gd name="T35" fmla="*/ 0 h 30"/>
                              <a:gd name="T36" fmla="*/ 286 w 24"/>
                              <a:gd name="T37" fmla="*/ 36 h 30"/>
                              <a:gd name="T38" fmla="*/ 250 w 24"/>
                              <a:gd name="T39" fmla="*/ 72 h 30"/>
                              <a:gd name="T40" fmla="*/ 215 w 24"/>
                              <a:gd name="T41" fmla="*/ 107 h 30"/>
                              <a:gd name="T42" fmla="*/ 143 w 24"/>
                              <a:gd name="T43" fmla="*/ 143 h 30"/>
                              <a:gd name="T44" fmla="*/ 107 w 24"/>
                              <a:gd name="T45" fmla="*/ 179 h 30"/>
                              <a:gd name="T46" fmla="*/ 72 w 24"/>
                              <a:gd name="T47" fmla="*/ 215 h 30"/>
                              <a:gd name="T48" fmla="*/ 36 w 24"/>
                              <a:gd name="T49" fmla="*/ 286 h 30"/>
                              <a:gd name="T50" fmla="*/ 36 w 24"/>
                              <a:gd name="T51" fmla="*/ 358 h 30"/>
                              <a:gd name="T52" fmla="*/ 0 w 24"/>
                              <a:gd name="T53" fmla="*/ 394 h 30"/>
                              <a:gd name="T54" fmla="*/ 0 w 24"/>
                              <a:gd name="T55" fmla="*/ 465 h 30"/>
                              <a:gd name="T56" fmla="*/ 0 w 24"/>
                              <a:gd name="T57" fmla="*/ 537 h 30"/>
                              <a:gd name="T58" fmla="*/ 0 w 24"/>
                              <a:gd name="T59" fmla="*/ 603 h 30"/>
                              <a:gd name="T60" fmla="*/ 0 w 24"/>
                              <a:gd name="T61" fmla="*/ 674 h 30"/>
                              <a:gd name="T62" fmla="*/ 0 w 24"/>
                              <a:gd name="T63" fmla="*/ 710 h 30"/>
                              <a:gd name="T64" fmla="*/ 36 w 24"/>
                              <a:gd name="T65" fmla="*/ 782 h 30"/>
                              <a:gd name="T66" fmla="*/ 36 w 24"/>
                              <a:gd name="T67" fmla="*/ 817 h 30"/>
                              <a:gd name="T68" fmla="*/ 72 w 24"/>
                              <a:gd name="T69" fmla="*/ 889 h 30"/>
                              <a:gd name="T70" fmla="*/ 107 w 24"/>
                              <a:gd name="T71" fmla="*/ 925 h 30"/>
                              <a:gd name="T72" fmla="*/ 143 w 24"/>
                              <a:gd name="T73" fmla="*/ 961 h 30"/>
                              <a:gd name="T74" fmla="*/ 179 w 24"/>
                              <a:gd name="T75" fmla="*/ 996 h 30"/>
                              <a:gd name="T76" fmla="*/ 250 w 24"/>
                              <a:gd name="T77" fmla="*/ 1032 h 30"/>
                              <a:gd name="T78" fmla="*/ 286 w 24"/>
                              <a:gd name="T79" fmla="*/ 1032 h 30"/>
                              <a:gd name="T80" fmla="*/ 322 w 24"/>
                              <a:gd name="T81" fmla="*/ 1032 h 30"/>
                              <a:gd name="T82" fmla="*/ 393 w 24"/>
                              <a:gd name="T83" fmla="*/ 1068 h 30"/>
                              <a:gd name="T84" fmla="*/ 429 w 24"/>
                              <a:gd name="T85" fmla="*/ 1032 h 30"/>
                              <a:gd name="T86" fmla="*/ 495 w 24"/>
                              <a:gd name="T87" fmla="*/ 1032 h 30"/>
                              <a:gd name="T88" fmla="*/ 530 w 24"/>
                              <a:gd name="T89" fmla="*/ 996 h 30"/>
                              <a:gd name="T90" fmla="*/ 602 w 24"/>
                              <a:gd name="T91" fmla="*/ 996 h 30"/>
                              <a:gd name="T92" fmla="*/ 638 w 24"/>
                              <a:gd name="T93" fmla="*/ 961 h 30"/>
                              <a:gd name="T94" fmla="*/ 673 w 24"/>
                              <a:gd name="T95" fmla="*/ 889 h 30"/>
                              <a:gd name="T96" fmla="*/ 709 w 24"/>
                              <a:gd name="T97" fmla="*/ 853 h 30"/>
                              <a:gd name="T98" fmla="*/ 745 w 24"/>
                              <a:gd name="T99" fmla="*/ 817 h 30"/>
                              <a:gd name="T100" fmla="*/ 781 w 24"/>
                              <a:gd name="T101" fmla="*/ 746 h 30"/>
                              <a:gd name="T102" fmla="*/ 816 w 24"/>
                              <a:gd name="T103" fmla="*/ 674 h 30"/>
                              <a:gd name="T104" fmla="*/ 816 w 24"/>
                              <a:gd name="T105" fmla="*/ 638 h 30"/>
                              <a:gd name="T106" fmla="*/ 816 w 24"/>
                              <a:gd name="T107" fmla="*/ 603 h 30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w 24"/>
                              <a:gd name="T163" fmla="*/ 0 h 30"/>
                              <a:gd name="T164" fmla="*/ 24 w 24"/>
                              <a:gd name="T165" fmla="*/ 30 h 30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T162" t="T163" r="T164" b="T165"/>
                            <a:pathLst>
                              <a:path w="24" h="30">
                                <a:moveTo>
                                  <a:pt x="23" y="17"/>
                                </a:moveTo>
                                <a:lnTo>
                                  <a:pt x="24" y="16"/>
                                </a:lnTo>
                                <a:lnTo>
                                  <a:pt x="24" y="14"/>
                                </a:lnTo>
                                <a:lnTo>
                                  <a:pt x="24" y="12"/>
                                </a:lnTo>
                                <a:lnTo>
                                  <a:pt x="24" y="10"/>
                                </a:lnTo>
                                <a:lnTo>
                                  <a:pt x="23" y="9"/>
                                </a:lnTo>
                                <a:lnTo>
                                  <a:pt x="23" y="7"/>
                                </a:lnTo>
                                <a:lnTo>
                                  <a:pt x="22" y="5"/>
                                </a:lnTo>
                                <a:lnTo>
                                  <a:pt x="21" y="4"/>
                                </a:lnTo>
                                <a:lnTo>
                                  <a:pt x="20" y="3"/>
                                </a:lnTo>
                                <a:lnTo>
                                  <a:pt x="19" y="2"/>
                                </a:lnTo>
                                <a:lnTo>
                                  <a:pt x="18" y="1"/>
                                </a:lnTo>
                                <a:lnTo>
                                  <a:pt x="17" y="0"/>
                                </a:lnTo>
                                <a:lnTo>
                                  <a:pt x="15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1"/>
                                </a:lnTo>
                                <a:lnTo>
                                  <a:pt x="7" y="2"/>
                                </a:lnTo>
                                <a:lnTo>
                                  <a:pt x="6" y="3"/>
                                </a:lnTo>
                                <a:lnTo>
                                  <a:pt x="4" y="4"/>
                                </a:lnTo>
                                <a:lnTo>
                                  <a:pt x="3" y="5"/>
                                </a:lnTo>
                                <a:lnTo>
                                  <a:pt x="2" y="6"/>
                                </a:lnTo>
                                <a:lnTo>
                                  <a:pt x="1" y="8"/>
                                </a:lnTo>
                                <a:lnTo>
                                  <a:pt x="1" y="10"/>
                                </a:ln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0" y="17"/>
                                </a:lnTo>
                                <a:lnTo>
                                  <a:pt x="0" y="19"/>
                                </a:lnTo>
                                <a:lnTo>
                                  <a:pt x="0" y="20"/>
                                </a:lnTo>
                                <a:lnTo>
                                  <a:pt x="1" y="22"/>
                                </a:lnTo>
                                <a:lnTo>
                                  <a:pt x="1" y="23"/>
                                </a:lnTo>
                                <a:lnTo>
                                  <a:pt x="2" y="25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7" y="29"/>
                                </a:lnTo>
                                <a:lnTo>
                                  <a:pt x="8" y="29"/>
                                </a:lnTo>
                                <a:lnTo>
                                  <a:pt x="9" y="29"/>
                                </a:lnTo>
                                <a:lnTo>
                                  <a:pt x="11" y="30"/>
                                </a:lnTo>
                                <a:lnTo>
                                  <a:pt x="12" y="29"/>
                                </a:lnTo>
                                <a:lnTo>
                                  <a:pt x="14" y="29"/>
                                </a:lnTo>
                                <a:lnTo>
                                  <a:pt x="15" y="28"/>
                                </a:lnTo>
                                <a:lnTo>
                                  <a:pt x="17" y="28"/>
                                </a:lnTo>
                                <a:lnTo>
                                  <a:pt x="18" y="27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21" y="23"/>
                                </a:lnTo>
                                <a:lnTo>
                                  <a:pt x="22" y="21"/>
                                </a:lnTo>
                                <a:lnTo>
                                  <a:pt x="23" y="19"/>
                                </a:lnTo>
                                <a:lnTo>
                                  <a:pt x="23" y="18"/>
                                </a:lnTo>
                                <a:lnTo>
                                  <a:pt x="23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14287440" name="Freeform 144">
                          <a:extLst>
                            <a:ext uri="{FF2B5EF4-FFF2-40B4-BE49-F238E27FC236}">
                              <a16:creationId xmlns:a16="http://schemas.microsoft.com/office/drawing/2014/main" id="{55DD62C0-F36D-8A32-40B5-95BA3A02FB6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15" y="896"/>
                            <a:ext cx="143" cy="179"/>
                          </a:xfrm>
                          <a:custGeom>
                            <a:avLst/>
                            <a:gdLst>
                              <a:gd name="T0" fmla="*/ 816 w 24"/>
                              <a:gd name="T1" fmla="*/ 603 h 30"/>
                              <a:gd name="T2" fmla="*/ 852 w 24"/>
                              <a:gd name="T3" fmla="*/ 567 h 30"/>
                              <a:gd name="T4" fmla="*/ 852 w 24"/>
                              <a:gd name="T5" fmla="*/ 501 h 30"/>
                              <a:gd name="T6" fmla="*/ 852 w 24"/>
                              <a:gd name="T7" fmla="*/ 430 h 30"/>
                              <a:gd name="T8" fmla="*/ 852 w 24"/>
                              <a:gd name="T9" fmla="*/ 358 h 30"/>
                              <a:gd name="T10" fmla="*/ 816 w 24"/>
                              <a:gd name="T11" fmla="*/ 322 h 30"/>
                              <a:gd name="T12" fmla="*/ 816 w 24"/>
                              <a:gd name="T13" fmla="*/ 251 h 30"/>
                              <a:gd name="T14" fmla="*/ 781 w 24"/>
                              <a:gd name="T15" fmla="*/ 179 h 30"/>
                              <a:gd name="T16" fmla="*/ 745 w 24"/>
                              <a:gd name="T17" fmla="*/ 143 h 30"/>
                              <a:gd name="T18" fmla="*/ 709 w 24"/>
                              <a:gd name="T19" fmla="*/ 107 h 30"/>
                              <a:gd name="T20" fmla="*/ 673 w 24"/>
                              <a:gd name="T21" fmla="*/ 72 h 30"/>
                              <a:gd name="T22" fmla="*/ 638 w 24"/>
                              <a:gd name="T23" fmla="*/ 36 h 30"/>
                              <a:gd name="T24" fmla="*/ 602 w 24"/>
                              <a:gd name="T25" fmla="*/ 0 h 30"/>
                              <a:gd name="T26" fmla="*/ 530 w 24"/>
                              <a:gd name="T27" fmla="*/ 0 h 30"/>
                              <a:gd name="T28" fmla="*/ 495 w 24"/>
                              <a:gd name="T29" fmla="*/ 0 h 30"/>
                              <a:gd name="T30" fmla="*/ 459 w 24"/>
                              <a:gd name="T31" fmla="*/ 0 h 30"/>
                              <a:gd name="T32" fmla="*/ 393 w 24"/>
                              <a:gd name="T33" fmla="*/ 0 h 30"/>
                              <a:gd name="T34" fmla="*/ 358 w 24"/>
                              <a:gd name="T35" fmla="*/ 0 h 30"/>
                              <a:gd name="T36" fmla="*/ 286 w 24"/>
                              <a:gd name="T37" fmla="*/ 36 h 30"/>
                              <a:gd name="T38" fmla="*/ 250 w 24"/>
                              <a:gd name="T39" fmla="*/ 72 h 30"/>
                              <a:gd name="T40" fmla="*/ 215 w 24"/>
                              <a:gd name="T41" fmla="*/ 107 h 30"/>
                              <a:gd name="T42" fmla="*/ 143 w 24"/>
                              <a:gd name="T43" fmla="*/ 143 h 30"/>
                              <a:gd name="T44" fmla="*/ 107 w 24"/>
                              <a:gd name="T45" fmla="*/ 179 h 30"/>
                              <a:gd name="T46" fmla="*/ 72 w 24"/>
                              <a:gd name="T47" fmla="*/ 215 h 30"/>
                              <a:gd name="T48" fmla="*/ 36 w 24"/>
                              <a:gd name="T49" fmla="*/ 286 h 30"/>
                              <a:gd name="T50" fmla="*/ 36 w 24"/>
                              <a:gd name="T51" fmla="*/ 358 h 30"/>
                              <a:gd name="T52" fmla="*/ 0 w 24"/>
                              <a:gd name="T53" fmla="*/ 394 h 30"/>
                              <a:gd name="T54" fmla="*/ 0 w 24"/>
                              <a:gd name="T55" fmla="*/ 465 h 30"/>
                              <a:gd name="T56" fmla="*/ 0 w 24"/>
                              <a:gd name="T57" fmla="*/ 537 h 30"/>
                              <a:gd name="T58" fmla="*/ 0 w 24"/>
                              <a:gd name="T59" fmla="*/ 603 h 30"/>
                              <a:gd name="T60" fmla="*/ 0 w 24"/>
                              <a:gd name="T61" fmla="*/ 674 h 30"/>
                              <a:gd name="T62" fmla="*/ 0 w 24"/>
                              <a:gd name="T63" fmla="*/ 710 h 30"/>
                              <a:gd name="T64" fmla="*/ 36 w 24"/>
                              <a:gd name="T65" fmla="*/ 782 h 30"/>
                              <a:gd name="T66" fmla="*/ 36 w 24"/>
                              <a:gd name="T67" fmla="*/ 817 h 30"/>
                              <a:gd name="T68" fmla="*/ 72 w 24"/>
                              <a:gd name="T69" fmla="*/ 889 h 30"/>
                              <a:gd name="T70" fmla="*/ 107 w 24"/>
                              <a:gd name="T71" fmla="*/ 925 h 30"/>
                              <a:gd name="T72" fmla="*/ 143 w 24"/>
                              <a:gd name="T73" fmla="*/ 961 h 30"/>
                              <a:gd name="T74" fmla="*/ 179 w 24"/>
                              <a:gd name="T75" fmla="*/ 996 h 30"/>
                              <a:gd name="T76" fmla="*/ 250 w 24"/>
                              <a:gd name="T77" fmla="*/ 1032 h 30"/>
                              <a:gd name="T78" fmla="*/ 286 w 24"/>
                              <a:gd name="T79" fmla="*/ 1032 h 30"/>
                              <a:gd name="T80" fmla="*/ 322 w 24"/>
                              <a:gd name="T81" fmla="*/ 1032 h 30"/>
                              <a:gd name="T82" fmla="*/ 393 w 24"/>
                              <a:gd name="T83" fmla="*/ 1068 h 30"/>
                              <a:gd name="T84" fmla="*/ 429 w 24"/>
                              <a:gd name="T85" fmla="*/ 1032 h 30"/>
                              <a:gd name="T86" fmla="*/ 495 w 24"/>
                              <a:gd name="T87" fmla="*/ 1032 h 30"/>
                              <a:gd name="T88" fmla="*/ 530 w 24"/>
                              <a:gd name="T89" fmla="*/ 996 h 30"/>
                              <a:gd name="T90" fmla="*/ 602 w 24"/>
                              <a:gd name="T91" fmla="*/ 996 h 30"/>
                              <a:gd name="T92" fmla="*/ 638 w 24"/>
                              <a:gd name="T93" fmla="*/ 961 h 30"/>
                              <a:gd name="T94" fmla="*/ 673 w 24"/>
                              <a:gd name="T95" fmla="*/ 889 h 30"/>
                              <a:gd name="T96" fmla="*/ 709 w 24"/>
                              <a:gd name="T97" fmla="*/ 853 h 30"/>
                              <a:gd name="T98" fmla="*/ 745 w 24"/>
                              <a:gd name="T99" fmla="*/ 817 h 30"/>
                              <a:gd name="T100" fmla="*/ 781 w 24"/>
                              <a:gd name="T101" fmla="*/ 746 h 30"/>
                              <a:gd name="T102" fmla="*/ 816 w 24"/>
                              <a:gd name="T103" fmla="*/ 674 h 30"/>
                              <a:gd name="T104" fmla="*/ 816 w 24"/>
                              <a:gd name="T105" fmla="*/ 638 h 30"/>
                              <a:gd name="T106" fmla="*/ 816 w 24"/>
                              <a:gd name="T107" fmla="*/ 603 h 30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w 24"/>
                              <a:gd name="T163" fmla="*/ 0 h 30"/>
                              <a:gd name="T164" fmla="*/ 24 w 24"/>
                              <a:gd name="T165" fmla="*/ 30 h 30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T162" t="T163" r="T164" b="T165"/>
                            <a:pathLst>
                              <a:path w="24" h="30">
                                <a:moveTo>
                                  <a:pt x="23" y="17"/>
                                </a:moveTo>
                                <a:lnTo>
                                  <a:pt x="24" y="16"/>
                                </a:lnTo>
                                <a:lnTo>
                                  <a:pt x="24" y="14"/>
                                </a:lnTo>
                                <a:lnTo>
                                  <a:pt x="24" y="12"/>
                                </a:lnTo>
                                <a:lnTo>
                                  <a:pt x="24" y="10"/>
                                </a:lnTo>
                                <a:lnTo>
                                  <a:pt x="23" y="9"/>
                                </a:lnTo>
                                <a:lnTo>
                                  <a:pt x="23" y="7"/>
                                </a:lnTo>
                                <a:lnTo>
                                  <a:pt x="22" y="5"/>
                                </a:lnTo>
                                <a:lnTo>
                                  <a:pt x="21" y="4"/>
                                </a:lnTo>
                                <a:lnTo>
                                  <a:pt x="20" y="3"/>
                                </a:lnTo>
                                <a:lnTo>
                                  <a:pt x="19" y="2"/>
                                </a:lnTo>
                                <a:lnTo>
                                  <a:pt x="18" y="1"/>
                                </a:lnTo>
                                <a:lnTo>
                                  <a:pt x="17" y="0"/>
                                </a:lnTo>
                                <a:lnTo>
                                  <a:pt x="15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1"/>
                                </a:lnTo>
                                <a:lnTo>
                                  <a:pt x="7" y="2"/>
                                </a:lnTo>
                                <a:lnTo>
                                  <a:pt x="6" y="3"/>
                                </a:lnTo>
                                <a:lnTo>
                                  <a:pt x="4" y="4"/>
                                </a:lnTo>
                                <a:lnTo>
                                  <a:pt x="3" y="5"/>
                                </a:lnTo>
                                <a:lnTo>
                                  <a:pt x="2" y="6"/>
                                </a:lnTo>
                                <a:lnTo>
                                  <a:pt x="1" y="8"/>
                                </a:lnTo>
                                <a:lnTo>
                                  <a:pt x="1" y="10"/>
                                </a:ln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0" y="17"/>
                                </a:lnTo>
                                <a:lnTo>
                                  <a:pt x="0" y="19"/>
                                </a:lnTo>
                                <a:lnTo>
                                  <a:pt x="0" y="20"/>
                                </a:lnTo>
                                <a:lnTo>
                                  <a:pt x="1" y="22"/>
                                </a:lnTo>
                                <a:lnTo>
                                  <a:pt x="1" y="23"/>
                                </a:lnTo>
                                <a:lnTo>
                                  <a:pt x="2" y="25"/>
                                </a:lnTo>
                                <a:lnTo>
                                  <a:pt x="3" y="26"/>
                                </a:lnTo>
                                <a:lnTo>
                                  <a:pt x="4" y="27"/>
                                </a:lnTo>
                                <a:lnTo>
                                  <a:pt x="5" y="28"/>
                                </a:lnTo>
                                <a:lnTo>
                                  <a:pt x="7" y="29"/>
                                </a:lnTo>
                                <a:lnTo>
                                  <a:pt x="8" y="29"/>
                                </a:lnTo>
                                <a:lnTo>
                                  <a:pt x="9" y="29"/>
                                </a:lnTo>
                                <a:lnTo>
                                  <a:pt x="11" y="30"/>
                                </a:lnTo>
                                <a:lnTo>
                                  <a:pt x="12" y="29"/>
                                </a:lnTo>
                                <a:lnTo>
                                  <a:pt x="14" y="29"/>
                                </a:lnTo>
                                <a:lnTo>
                                  <a:pt x="15" y="28"/>
                                </a:lnTo>
                                <a:lnTo>
                                  <a:pt x="17" y="28"/>
                                </a:lnTo>
                                <a:lnTo>
                                  <a:pt x="18" y="27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21" y="23"/>
                                </a:lnTo>
                                <a:lnTo>
                                  <a:pt x="22" y="21"/>
                                </a:lnTo>
                                <a:lnTo>
                                  <a:pt x="23" y="19"/>
                                </a:lnTo>
                                <a:lnTo>
                                  <a:pt x="23" y="18"/>
                                </a:lnTo>
                                <a:lnTo>
                                  <a:pt x="23" y="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570063" name="Freeform 145">
                          <a:extLst>
                            <a:ext uri="{FF2B5EF4-FFF2-40B4-BE49-F238E27FC236}">
                              <a16:creationId xmlns:a16="http://schemas.microsoft.com/office/drawing/2014/main" id="{308951F0-43DD-B92D-3199-F0924D834BE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8" y="962"/>
                            <a:ext cx="36" cy="42"/>
                          </a:xfrm>
                          <a:custGeom>
                            <a:avLst/>
                            <a:gdLst>
                              <a:gd name="T0" fmla="*/ 216 w 6"/>
                              <a:gd name="T1" fmla="*/ 144 h 7"/>
                              <a:gd name="T2" fmla="*/ 216 w 6"/>
                              <a:gd name="T3" fmla="*/ 108 h 7"/>
                              <a:gd name="T4" fmla="*/ 216 w 6"/>
                              <a:gd name="T5" fmla="*/ 72 h 7"/>
                              <a:gd name="T6" fmla="*/ 216 w 6"/>
                              <a:gd name="T7" fmla="*/ 72 h 7"/>
                              <a:gd name="T8" fmla="*/ 180 w 6"/>
                              <a:gd name="T9" fmla="*/ 36 h 7"/>
                              <a:gd name="T10" fmla="*/ 180 w 6"/>
                              <a:gd name="T11" fmla="*/ 0 h 7"/>
                              <a:gd name="T12" fmla="*/ 144 w 6"/>
                              <a:gd name="T13" fmla="*/ 0 h 7"/>
                              <a:gd name="T14" fmla="*/ 108 w 6"/>
                              <a:gd name="T15" fmla="*/ 0 h 7"/>
                              <a:gd name="T16" fmla="*/ 108 w 6"/>
                              <a:gd name="T17" fmla="*/ 0 h 7"/>
                              <a:gd name="T18" fmla="*/ 72 w 6"/>
                              <a:gd name="T19" fmla="*/ 0 h 7"/>
                              <a:gd name="T20" fmla="*/ 36 w 6"/>
                              <a:gd name="T21" fmla="*/ 0 h 7"/>
                              <a:gd name="T22" fmla="*/ 36 w 6"/>
                              <a:gd name="T23" fmla="*/ 36 h 7"/>
                              <a:gd name="T24" fmla="*/ 0 w 6"/>
                              <a:gd name="T25" fmla="*/ 72 h 7"/>
                              <a:gd name="T26" fmla="*/ 0 w 6"/>
                              <a:gd name="T27" fmla="*/ 108 h 7"/>
                              <a:gd name="T28" fmla="*/ 0 w 6"/>
                              <a:gd name="T29" fmla="*/ 144 h 7"/>
                              <a:gd name="T30" fmla="*/ 0 w 6"/>
                              <a:gd name="T31" fmla="*/ 180 h 7"/>
                              <a:gd name="T32" fmla="*/ 0 w 6"/>
                              <a:gd name="T33" fmla="*/ 180 h 7"/>
                              <a:gd name="T34" fmla="*/ 0 w 6"/>
                              <a:gd name="T35" fmla="*/ 216 h 7"/>
                              <a:gd name="T36" fmla="*/ 36 w 6"/>
                              <a:gd name="T37" fmla="*/ 252 h 7"/>
                              <a:gd name="T38" fmla="*/ 72 w 6"/>
                              <a:gd name="T39" fmla="*/ 252 h 7"/>
                              <a:gd name="T40" fmla="*/ 72 w 6"/>
                              <a:gd name="T41" fmla="*/ 252 h 7"/>
                              <a:gd name="T42" fmla="*/ 108 w 6"/>
                              <a:gd name="T43" fmla="*/ 252 h 7"/>
                              <a:gd name="T44" fmla="*/ 144 w 6"/>
                              <a:gd name="T45" fmla="*/ 252 h 7"/>
                              <a:gd name="T46" fmla="*/ 144 w 6"/>
                              <a:gd name="T47" fmla="*/ 252 h 7"/>
                              <a:gd name="T48" fmla="*/ 180 w 6"/>
                              <a:gd name="T49" fmla="*/ 216 h 7"/>
                              <a:gd name="T50" fmla="*/ 180 w 6"/>
                              <a:gd name="T51" fmla="*/ 180 h 7"/>
                              <a:gd name="T52" fmla="*/ 216 w 6"/>
                              <a:gd name="T53" fmla="*/ 144 h 7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6"/>
                              <a:gd name="T82" fmla="*/ 0 h 7"/>
                              <a:gd name="T83" fmla="*/ 6 w 6"/>
                              <a:gd name="T84" fmla="*/ 7 h 7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6" h="7">
                                <a:moveTo>
                                  <a:pt x="6" y="4"/>
                                </a:move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4" y="7"/>
                                </a:lnTo>
                                <a:lnTo>
                                  <a:pt x="5" y="6"/>
                                </a:lnTo>
                                <a:lnTo>
                                  <a:pt x="5" y="5"/>
                                </a:lnTo>
                                <a:lnTo>
                                  <a:pt x="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89438775" name="Freeform 146">
                          <a:extLst>
                            <a:ext uri="{FF2B5EF4-FFF2-40B4-BE49-F238E27FC236}">
                              <a16:creationId xmlns:a16="http://schemas.microsoft.com/office/drawing/2014/main" id="{5654850F-5A81-0DAD-10D2-ED1B0618993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8" y="962"/>
                            <a:ext cx="36" cy="42"/>
                          </a:xfrm>
                          <a:custGeom>
                            <a:avLst/>
                            <a:gdLst>
                              <a:gd name="T0" fmla="*/ 216 w 6"/>
                              <a:gd name="T1" fmla="*/ 144 h 7"/>
                              <a:gd name="T2" fmla="*/ 216 w 6"/>
                              <a:gd name="T3" fmla="*/ 108 h 7"/>
                              <a:gd name="T4" fmla="*/ 216 w 6"/>
                              <a:gd name="T5" fmla="*/ 72 h 7"/>
                              <a:gd name="T6" fmla="*/ 216 w 6"/>
                              <a:gd name="T7" fmla="*/ 72 h 7"/>
                              <a:gd name="T8" fmla="*/ 180 w 6"/>
                              <a:gd name="T9" fmla="*/ 36 h 7"/>
                              <a:gd name="T10" fmla="*/ 180 w 6"/>
                              <a:gd name="T11" fmla="*/ 0 h 7"/>
                              <a:gd name="T12" fmla="*/ 144 w 6"/>
                              <a:gd name="T13" fmla="*/ 0 h 7"/>
                              <a:gd name="T14" fmla="*/ 108 w 6"/>
                              <a:gd name="T15" fmla="*/ 0 h 7"/>
                              <a:gd name="T16" fmla="*/ 108 w 6"/>
                              <a:gd name="T17" fmla="*/ 0 h 7"/>
                              <a:gd name="T18" fmla="*/ 72 w 6"/>
                              <a:gd name="T19" fmla="*/ 0 h 7"/>
                              <a:gd name="T20" fmla="*/ 36 w 6"/>
                              <a:gd name="T21" fmla="*/ 0 h 7"/>
                              <a:gd name="T22" fmla="*/ 36 w 6"/>
                              <a:gd name="T23" fmla="*/ 36 h 7"/>
                              <a:gd name="T24" fmla="*/ 0 w 6"/>
                              <a:gd name="T25" fmla="*/ 72 h 7"/>
                              <a:gd name="T26" fmla="*/ 0 w 6"/>
                              <a:gd name="T27" fmla="*/ 108 h 7"/>
                              <a:gd name="T28" fmla="*/ 0 w 6"/>
                              <a:gd name="T29" fmla="*/ 144 h 7"/>
                              <a:gd name="T30" fmla="*/ 0 w 6"/>
                              <a:gd name="T31" fmla="*/ 180 h 7"/>
                              <a:gd name="T32" fmla="*/ 0 w 6"/>
                              <a:gd name="T33" fmla="*/ 180 h 7"/>
                              <a:gd name="T34" fmla="*/ 0 w 6"/>
                              <a:gd name="T35" fmla="*/ 216 h 7"/>
                              <a:gd name="T36" fmla="*/ 36 w 6"/>
                              <a:gd name="T37" fmla="*/ 252 h 7"/>
                              <a:gd name="T38" fmla="*/ 72 w 6"/>
                              <a:gd name="T39" fmla="*/ 252 h 7"/>
                              <a:gd name="T40" fmla="*/ 72 w 6"/>
                              <a:gd name="T41" fmla="*/ 252 h 7"/>
                              <a:gd name="T42" fmla="*/ 108 w 6"/>
                              <a:gd name="T43" fmla="*/ 252 h 7"/>
                              <a:gd name="T44" fmla="*/ 144 w 6"/>
                              <a:gd name="T45" fmla="*/ 252 h 7"/>
                              <a:gd name="T46" fmla="*/ 144 w 6"/>
                              <a:gd name="T47" fmla="*/ 252 h 7"/>
                              <a:gd name="T48" fmla="*/ 180 w 6"/>
                              <a:gd name="T49" fmla="*/ 216 h 7"/>
                              <a:gd name="T50" fmla="*/ 180 w 6"/>
                              <a:gd name="T51" fmla="*/ 180 h 7"/>
                              <a:gd name="T52" fmla="*/ 216 w 6"/>
                              <a:gd name="T53" fmla="*/ 144 h 7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6"/>
                              <a:gd name="T82" fmla="*/ 0 h 7"/>
                              <a:gd name="T83" fmla="*/ 6 w 6"/>
                              <a:gd name="T84" fmla="*/ 7 h 7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6" h="7">
                                <a:moveTo>
                                  <a:pt x="6" y="4"/>
                                </a:move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4" y="7"/>
                                </a:lnTo>
                                <a:lnTo>
                                  <a:pt x="5" y="6"/>
                                </a:lnTo>
                                <a:lnTo>
                                  <a:pt x="5" y="5"/>
                                </a:lnTo>
                                <a:lnTo>
                                  <a:pt x="6" y="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7167602" name="Freeform 147">
                          <a:extLst>
                            <a:ext uri="{FF2B5EF4-FFF2-40B4-BE49-F238E27FC236}">
                              <a16:creationId xmlns:a16="http://schemas.microsoft.com/office/drawing/2014/main" id="{5BCA4EA2-FC82-7E89-B4BA-845A30D2FE0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53" y="591"/>
                            <a:ext cx="138" cy="108"/>
                          </a:xfrm>
                          <a:custGeom>
                            <a:avLst/>
                            <a:gdLst>
                              <a:gd name="T0" fmla="*/ 828 w 23"/>
                              <a:gd name="T1" fmla="*/ 108 h 18"/>
                              <a:gd name="T2" fmla="*/ 252 w 23"/>
                              <a:gd name="T3" fmla="*/ 0 h 18"/>
                              <a:gd name="T4" fmla="*/ 216 w 23"/>
                              <a:gd name="T5" fmla="*/ 0 h 18"/>
                              <a:gd name="T6" fmla="*/ 180 w 23"/>
                              <a:gd name="T7" fmla="*/ 0 h 18"/>
                              <a:gd name="T8" fmla="*/ 180 w 23"/>
                              <a:gd name="T9" fmla="*/ 0 h 18"/>
                              <a:gd name="T10" fmla="*/ 144 w 23"/>
                              <a:gd name="T11" fmla="*/ 36 h 18"/>
                              <a:gd name="T12" fmla="*/ 108 w 23"/>
                              <a:gd name="T13" fmla="*/ 72 h 18"/>
                              <a:gd name="T14" fmla="*/ 72 w 23"/>
                              <a:gd name="T15" fmla="*/ 108 h 18"/>
                              <a:gd name="T16" fmla="*/ 72 w 23"/>
                              <a:gd name="T17" fmla="*/ 108 h 18"/>
                              <a:gd name="T18" fmla="*/ 36 w 23"/>
                              <a:gd name="T19" fmla="*/ 180 h 18"/>
                              <a:gd name="T20" fmla="*/ 36 w 23"/>
                              <a:gd name="T21" fmla="*/ 216 h 18"/>
                              <a:gd name="T22" fmla="*/ 0 w 23"/>
                              <a:gd name="T23" fmla="*/ 252 h 18"/>
                              <a:gd name="T24" fmla="*/ 0 w 23"/>
                              <a:gd name="T25" fmla="*/ 288 h 18"/>
                              <a:gd name="T26" fmla="*/ 0 w 23"/>
                              <a:gd name="T27" fmla="*/ 360 h 18"/>
                              <a:gd name="T28" fmla="*/ 36 w 23"/>
                              <a:gd name="T29" fmla="*/ 396 h 18"/>
                              <a:gd name="T30" fmla="*/ 36 w 23"/>
                              <a:gd name="T31" fmla="*/ 432 h 18"/>
                              <a:gd name="T32" fmla="*/ 72 w 23"/>
                              <a:gd name="T33" fmla="*/ 468 h 18"/>
                              <a:gd name="T34" fmla="*/ 72 w 23"/>
                              <a:gd name="T35" fmla="*/ 504 h 18"/>
                              <a:gd name="T36" fmla="*/ 108 w 23"/>
                              <a:gd name="T37" fmla="*/ 540 h 18"/>
                              <a:gd name="T38" fmla="*/ 144 w 23"/>
                              <a:gd name="T39" fmla="*/ 540 h 18"/>
                              <a:gd name="T40" fmla="*/ 720 w 23"/>
                              <a:gd name="T41" fmla="*/ 648 h 18"/>
                              <a:gd name="T42" fmla="*/ 828 w 23"/>
                              <a:gd name="T43" fmla="*/ 108 h 18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23"/>
                              <a:gd name="T67" fmla="*/ 0 h 18"/>
                              <a:gd name="T68" fmla="*/ 23 w 23"/>
                              <a:gd name="T69" fmla="*/ 18 h 18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23" h="18">
                                <a:moveTo>
                                  <a:pt x="23" y="3"/>
                                </a:move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1"/>
                                </a:lnTo>
                                <a:lnTo>
                                  <a:pt x="3" y="2"/>
                                </a:lnTo>
                                <a:lnTo>
                                  <a:pt x="2" y="3"/>
                                </a:lnTo>
                                <a:lnTo>
                                  <a:pt x="1" y="5"/>
                                </a:lnTo>
                                <a:lnTo>
                                  <a:pt x="1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2" y="14"/>
                                </a:lnTo>
                                <a:lnTo>
                                  <a:pt x="3" y="15"/>
                                </a:lnTo>
                                <a:lnTo>
                                  <a:pt x="4" y="15"/>
                                </a:lnTo>
                                <a:lnTo>
                                  <a:pt x="20" y="18"/>
                                </a:ln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754664210" name="Freeform 148">
                          <a:extLst>
                            <a:ext uri="{FF2B5EF4-FFF2-40B4-BE49-F238E27FC236}">
                              <a16:creationId xmlns:a16="http://schemas.microsoft.com/office/drawing/2014/main" id="{4A344E65-913A-B72B-DAA9-734C6052E5A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53" y="591"/>
                            <a:ext cx="138" cy="108"/>
                          </a:xfrm>
                          <a:custGeom>
                            <a:avLst/>
                            <a:gdLst>
                              <a:gd name="T0" fmla="*/ 828 w 23"/>
                              <a:gd name="T1" fmla="*/ 108 h 18"/>
                              <a:gd name="T2" fmla="*/ 252 w 23"/>
                              <a:gd name="T3" fmla="*/ 0 h 18"/>
                              <a:gd name="T4" fmla="*/ 216 w 23"/>
                              <a:gd name="T5" fmla="*/ 0 h 18"/>
                              <a:gd name="T6" fmla="*/ 180 w 23"/>
                              <a:gd name="T7" fmla="*/ 0 h 18"/>
                              <a:gd name="T8" fmla="*/ 180 w 23"/>
                              <a:gd name="T9" fmla="*/ 0 h 18"/>
                              <a:gd name="T10" fmla="*/ 144 w 23"/>
                              <a:gd name="T11" fmla="*/ 36 h 18"/>
                              <a:gd name="T12" fmla="*/ 108 w 23"/>
                              <a:gd name="T13" fmla="*/ 72 h 18"/>
                              <a:gd name="T14" fmla="*/ 72 w 23"/>
                              <a:gd name="T15" fmla="*/ 108 h 18"/>
                              <a:gd name="T16" fmla="*/ 72 w 23"/>
                              <a:gd name="T17" fmla="*/ 108 h 18"/>
                              <a:gd name="T18" fmla="*/ 36 w 23"/>
                              <a:gd name="T19" fmla="*/ 180 h 18"/>
                              <a:gd name="T20" fmla="*/ 36 w 23"/>
                              <a:gd name="T21" fmla="*/ 216 h 18"/>
                              <a:gd name="T22" fmla="*/ 0 w 23"/>
                              <a:gd name="T23" fmla="*/ 252 h 18"/>
                              <a:gd name="T24" fmla="*/ 0 w 23"/>
                              <a:gd name="T25" fmla="*/ 288 h 18"/>
                              <a:gd name="T26" fmla="*/ 0 w 23"/>
                              <a:gd name="T27" fmla="*/ 360 h 18"/>
                              <a:gd name="T28" fmla="*/ 36 w 23"/>
                              <a:gd name="T29" fmla="*/ 396 h 18"/>
                              <a:gd name="T30" fmla="*/ 36 w 23"/>
                              <a:gd name="T31" fmla="*/ 432 h 18"/>
                              <a:gd name="T32" fmla="*/ 72 w 23"/>
                              <a:gd name="T33" fmla="*/ 468 h 18"/>
                              <a:gd name="T34" fmla="*/ 72 w 23"/>
                              <a:gd name="T35" fmla="*/ 504 h 18"/>
                              <a:gd name="T36" fmla="*/ 108 w 23"/>
                              <a:gd name="T37" fmla="*/ 540 h 18"/>
                              <a:gd name="T38" fmla="*/ 144 w 23"/>
                              <a:gd name="T39" fmla="*/ 540 h 18"/>
                              <a:gd name="T40" fmla="*/ 720 w 23"/>
                              <a:gd name="T41" fmla="*/ 648 h 18"/>
                              <a:gd name="T42" fmla="*/ 828 w 23"/>
                              <a:gd name="T43" fmla="*/ 108 h 18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23"/>
                              <a:gd name="T67" fmla="*/ 0 h 18"/>
                              <a:gd name="T68" fmla="*/ 23 w 23"/>
                              <a:gd name="T69" fmla="*/ 18 h 18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23" h="18">
                                <a:moveTo>
                                  <a:pt x="23" y="3"/>
                                </a:move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1"/>
                                </a:lnTo>
                                <a:lnTo>
                                  <a:pt x="3" y="2"/>
                                </a:lnTo>
                                <a:lnTo>
                                  <a:pt x="2" y="3"/>
                                </a:lnTo>
                                <a:lnTo>
                                  <a:pt x="1" y="5"/>
                                </a:lnTo>
                                <a:lnTo>
                                  <a:pt x="1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2" y="14"/>
                                </a:lnTo>
                                <a:lnTo>
                                  <a:pt x="3" y="15"/>
                                </a:lnTo>
                                <a:lnTo>
                                  <a:pt x="4" y="15"/>
                                </a:lnTo>
                                <a:lnTo>
                                  <a:pt x="20" y="18"/>
                                </a:ln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616776" name="Freeform 149">
                          <a:extLst>
                            <a:ext uri="{FF2B5EF4-FFF2-40B4-BE49-F238E27FC236}">
                              <a16:creationId xmlns:a16="http://schemas.microsoft.com/office/drawing/2014/main" id="{AE78F318-85AD-BEF1-5F61-970DF21B079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97" cy="340"/>
                          </a:xfrm>
                          <a:custGeom>
                            <a:avLst/>
                            <a:gdLst>
                              <a:gd name="T0" fmla="*/ 1176 w 33"/>
                              <a:gd name="T1" fmla="*/ 107 h 57"/>
                              <a:gd name="T2" fmla="*/ 889 w 33"/>
                              <a:gd name="T3" fmla="*/ 36 h 57"/>
                              <a:gd name="T4" fmla="*/ 710 w 33"/>
                              <a:gd name="T5" fmla="*/ 0 h 57"/>
                              <a:gd name="T6" fmla="*/ 639 w 33"/>
                              <a:gd name="T7" fmla="*/ 36 h 57"/>
                              <a:gd name="T8" fmla="*/ 573 w 33"/>
                              <a:gd name="T9" fmla="*/ 72 h 57"/>
                              <a:gd name="T10" fmla="*/ 466 w 33"/>
                              <a:gd name="T11" fmla="*/ 107 h 57"/>
                              <a:gd name="T12" fmla="*/ 394 w 33"/>
                              <a:gd name="T13" fmla="*/ 143 h 57"/>
                              <a:gd name="T14" fmla="*/ 322 w 33"/>
                              <a:gd name="T15" fmla="*/ 215 h 57"/>
                              <a:gd name="T16" fmla="*/ 251 w 33"/>
                              <a:gd name="T17" fmla="*/ 286 h 57"/>
                              <a:gd name="T18" fmla="*/ 179 w 33"/>
                              <a:gd name="T19" fmla="*/ 394 h 57"/>
                              <a:gd name="T20" fmla="*/ 143 w 33"/>
                              <a:gd name="T21" fmla="*/ 501 h 57"/>
                              <a:gd name="T22" fmla="*/ 107 w 33"/>
                              <a:gd name="T23" fmla="*/ 602 h 57"/>
                              <a:gd name="T24" fmla="*/ 72 w 33"/>
                              <a:gd name="T25" fmla="*/ 710 h 57"/>
                              <a:gd name="T26" fmla="*/ 36 w 33"/>
                              <a:gd name="T27" fmla="*/ 817 h 57"/>
                              <a:gd name="T28" fmla="*/ 0 w 33"/>
                              <a:gd name="T29" fmla="*/ 925 h 57"/>
                              <a:gd name="T30" fmla="*/ 0 w 33"/>
                              <a:gd name="T31" fmla="*/ 1068 h 57"/>
                              <a:gd name="T32" fmla="*/ 0 w 33"/>
                              <a:gd name="T33" fmla="*/ 1175 h 57"/>
                              <a:gd name="T34" fmla="*/ 36 w 33"/>
                              <a:gd name="T35" fmla="*/ 1282 h 57"/>
                              <a:gd name="T36" fmla="*/ 36 w 33"/>
                              <a:gd name="T37" fmla="*/ 1390 h 57"/>
                              <a:gd name="T38" fmla="*/ 72 w 33"/>
                              <a:gd name="T39" fmla="*/ 1497 h 57"/>
                              <a:gd name="T40" fmla="*/ 107 w 33"/>
                              <a:gd name="T41" fmla="*/ 1599 h 57"/>
                              <a:gd name="T42" fmla="*/ 179 w 33"/>
                              <a:gd name="T43" fmla="*/ 1670 h 57"/>
                              <a:gd name="T44" fmla="*/ 215 w 33"/>
                              <a:gd name="T45" fmla="*/ 1778 h 57"/>
                              <a:gd name="T46" fmla="*/ 358 w 33"/>
                              <a:gd name="T47" fmla="*/ 1885 h 57"/>
                              <a:gd name="T48" fmla="*/ 782 w 33"/>
                              <a:gd name="T49" fmla="*/ 2028 h 57"/>
                              <a:gd name="T50" fmla="*/ 1176 w 33"/>
                              <a:gd name="T51" fmla="*/ 107 h 57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w 33"/>
                              <a:gd name="T79" fmla="*/ 0 h 57"/>
                              <a:gd name="T80" fmla="*/ 33 w 33"/>
                              <a:gd name="T81" fmla="*/ 57 h 57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T78" t="T79" r="T80" b="T81"/>
                            <a:pathLst>
                              <a:path w="33" h="57">
                                <a:moveTo>
                                  <a:pt x="33" y="3"/>
                                </a:moveTo>
                                <a:lnTo>
                                  <a:pt x="25" y="1"/>
                                </a:lnTo>
                                <a:lnTo>
                                  <a:pt x="20" y="0"/>
                                </a:lnTo>
                                <a:lnTo>
                                  <a:pt x="18" y="1"/>
                                </a:lnTo>
                                <a:lnTo>
                                  <a:pt x="16" y="2"/>
                                </a:lnTo>
                                <a:lnTo>
                                  <a:pt x="13" y="3"/>
                                </a:lnTo>
                                <a:lnTo>
                                  <a:pt x="11" y="4"/>
                                </a:lnTo>
                                <a:lnTo>
                                  <a:pt x="9" y="6"/>
                                </a:lnTo>
                                <a:lnTo>
                                  <a:pt x="7" y="8"/>
                                </a:lnTo>
                                <a:lnTo>
                                  <a:pt x="5" y="11"/>
                                </a:lnTo>
                                <a:lnTo>
                                  <a:pt x="4" y="14"/>
                                </a:lnTo>
                                <a:lnTo>
                                  <a:pt x="3" y="17"/>
                                </a:lnTo>
                                <a:lnTo>
                                  <a:pt x="2" y="20"/>
                                </a:lnTo>
                                <a:lnTo>
                                  <a:pt x="1" y="23"/>
                                </a:lnTo>
                                <a:lnTo>
                                  <a:pt x="0" y="26"/>
                                </a:lnTo>
                                <a:lnTo>
                                  <a:pt x="0" y="30"/>
                                </a:lnTo>
                                <a:lnTo>
                                  <a:pt x="0" y="33"/>
                                </a:lnTo>
                                <a:lnTo>
                                  <a:pt x="1" y="36"/>
                                </a:lnTo>
                                <a:lnTo>
                                  <a:pt x="1" y="39"/>
                                </a:lnTo>
                                <a:lnTo>
                                  <a:pt x="2" y="42"/>
                                </a:lnTo>
                                <a:lnTo>
                                  <a:pt x="3" y="45"/>
                                </a:lnTo>
                                <a:lnTo>
                                  <a:pt x="5" y="47"/>
                                </a:lnTo>
                                <a:lnTo>
                                  <a:pt x="6" y="50"/>
                                </a:lnTo>
                                <a:lnTo>
                                  <a:pt x="10" y="53"/>
                                </a:lnTo>
                                <a:lnTo>
                                  <a:pt x="22" y="57"/>
                                </a:lnTo>
                                <a:lnTo>
                                  <a:pt x="3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70232875" name="Freeform 150">
                          <a:extLst>
                            <a:ext uri="{FF2B5EF4-FFF2-40B4-BE49-F238E27FC236}">
                              <a16:creationId xmlns:a16="http://schemas.microsoft.com/office/drawing/2014/main" id="{E84F29F9-8620-1D4A-CA0A-42FEB8C33CC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97" cy="340"/>
                          </a:xfrm>
                          <a:custGeom>
                            <a:avLst/>
                            <a:gdLst>
                              <a:gd name="T0" fmla="*/ 1176 w 33"/>
                              <a:gd name="T1" fmla="*/ 107 h 57"/>
                              <a:gd name="T2" fmla="*/ 889 w 33"/>
                              <a:gd name="T3" fmla="*/ 36 h 57"/>
                              <a:gd name="T4" fmla="*/ 710 w 33"/>
                              <a:gd name="T5" fmla="*/ 0 h 57"/>
                              <a:gd name="T6" fmla="*/ 639 w 33"/>
                              <a:gd name="T7" fmla="*/ 36 h 57"/>
                              <a:gd name="T8" fmla="*/ 573 w 33"/>
                              <a:gd name="T9" fmla="*/ 72 h 57"/>
                              <a:gd name="T10" fmla="*/ 466 w 33"/>
                              <a:gd name="T11" fmla="*/ 107 h 57"/>
                              <a:gd name="T12" fmla="*/ 394 w 33"/>
                              <a:gd name="T13" fmla="*/ 143 h 57"/>
                              <a:gd name="T14" fmla="*/ 322 w 33"/>
                              <a:gd name="T15" fmla="*/ 215 h 57"/>
                              <a:gd name="T16" fmla="*/ 251 w 33"/>
                              <a:gd name="T17" fmla="*/ 286 h 57"/>
                              <a:gd name="T18" fmla="*/ 179 w 33"/>
                              <a:gd name="T19" fmla="*/ 394 h 57"/>
                              <a:gd name="T20" fmla="*/ 143 w 33"/>
                              <a:gd name="T21" fmla="*/ 501 h 57"/>
                              <a:gd name="T22" fmla="*/ 107 w 33"/>
                              <a:gd name="T23" fmla="*/ 602 h 57"/>
                              <a:gd name="T24" fmla="*/ 72 w 33"/>
                              <a:gd name="T25" fmla="*/ 710 h 57"/>
                              <a:gd name="T26" fmla="*/ 36 w 33"/>
                              <a:gd name="T27" fmla="*/ 817 h 57"/>
                              <a:gd name="T28" fmla="*/ 0 w 33"/>
                              <a:gd name="T29" fmla="*/ 925 h 57"/>
                              <a:gd name="T30" fmla="*/ 0 w 33"/>
                              <a:gd name="T31" fmla="*/ 1068 h 57"/>
                              <a:gd name="T32" fmla="*/ 0 w 33"/>
                              <a:gd name="T33" fmla="*/ 1175 h 57"/>
                              <a:gd name="T34" fmla="*/ 36 w 33"/>
                              <a:gd name="T35" fmla="*/ 1282 h 57"/>
                              <a:gd name="T36" fmla="*/ 36 w 33"/>
                              <a:gd name="T37" fmla="*/ 1390 h 57"/>
                              <a:gd name="T38" fmla="*/ 72 w 33"/>
                              <a:gd name="T39" fmla="*/ 1497 h 57"/>
                              <a:gd name="T40" fmla="*/ 107 w 33"/>
                              <a:gd name="T41" fmla="*/ 1599 h 57"/>
                              <a:gd name="T42" fmla="*/ 179 w 33"/>
                              <a:gd name="T43" fmla="*/ 1670 h 57"/>
                              <a:gd name="T44" fmla="*/ 215 w 33"/>
                              <a:gd name="T45" fmla="*/ 1778 h 57"/>
                              <a:gd name="T46" fmla="*/ 358 w 33"/>
                              <a:gd name="T47" fmla="*/ 1885 h 57"/>
                              <a:gd name="T48" fmla="*/ 782 w 33"/>
                              <a:gd name="T49" fmla="*/ 2028 h 57"/>
                              <a:gd name="T50" fmla="*/ 1176 w 33"/>
                              <a:gd name="T51" fmla="*/ 107 h 57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w 33"/>
                              <a:gd name="T79" fmla="*/ 0 h 57"/>
                              <a:gd name="T80" fmla="*/ 33 w 33"/>
                              <a:gd name="T81" fmla="*/ 57 h 57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T78" t="T79" r="T80" b="T81"/>
                            <a:pathLst>
                              <a:path w="33" h="57">
                                <a:moveTo>
                                  <a:pt x="33" y="3"/>
                                </a:moveTo>
                                <a:lnTo>
                                  <a:pt x="25" y="1"/>
                                </a:lnTo>
                                <a:lnTo>
                                  <a:pt x="20" y="0"/>
                                </a:lnTo>
                                <a:lnTo>
                                  <a:pt x="18" y="1"/>
                                </a:lnTo>
                                <a:lnTo>
                                  <a:pt x="16" y="2"/>
                                </a:lnTo>
                                <a:lnTo>
                                  <a:pt x="13" y="3"/>
                                </a:lnTo>
                                <a:lnTo>
                                  <a:pt x="11" y="4"/>
                                </a:lnTo>
                                <a:lnTo>
                                  <a:pt x="9" y="6"/>
                                </a:lnTo>
                                <a:lnTo>
                                  <a:pt x="7" y="8"/>
                                </a:lnTo>
                                <a:lnTo>
                                  <a:pt x="5" y="11"/>
                                </a:lnTo>
                                <a:lnTo>
                                  <a:pt x="4" y="14"/>
                                </a:lnTo>
                                <a:lnTo>
                                  <a:pt x="3" y="17"/>
                                </a:lnTo>
                                <a:lnTo>
                                  <a:pt x="2" y="20"/>
                                </a:lnTo>
                                <a:lnTo>
                                  <a:pt x="1" y="23"/>
                                </a:lnTo>
                                <a:lnTo>
                                  <a:pt x="0" y="26"/>
                                </a:lnTo>
                                <a:lnTo>
                                  <a:pt x="0" y="30"/>
                                </a:lnTo>
                                <a:lnTo>
                                  <a:pt x="0" y="33"/>
                                </a:lnTo>
                                <a:lnTo>
                                  <a:pt x="1" y="36"/>
                                </a:lnTo>
                                <a:lnTo>
                                  <a:pt x="1" y="39"/>
                                </a:lnTo>
                                <a:lnTo>
                                  <a:pt x="2" y="42"/>
                                </a:lnTo>
                                <a:lnTo>
                                  <a:pt x="3" y="45"/>
                                </a:lnTo>
                                <a:lnTo>
                                  <a:pt x="5" y="47"/>
                                </a:lnTo>
                                <a:lnTo>
                                  <a:pt x="6" y="50"/>
                                </a:lnTo>
                                <a:lnTo>
                                  <a:pt x="10" y="53"/>
                                </a:lnTo>
                                <a:lnTo>
                                  <a:pt x="22" y="57"/>
                                </a:lnTo>
                                <a:lnTo>
                                  <a:pt x="33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2321076" name="Freeform 151">
                          <a:extLst>
                            <a:ext uri="{FF2B5EF4-FFF2-40B4-BE49-F238E27FC236}">
                              <a16:creationId xmlns:a16="http://schemas.microsoft.com/office/drawing/2014/main" id="{8F6B31E8-AEBE-6CC9-5901-F3833617813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43" y="520"/>
                            <a:ext cx="239" cy="328"/>
                          </a:xfrm>
                          <a:custGeom>
                            <a:avLst/>
                            <a:gdLst>
                              <a:gd name="T0" fmla="*/ 1392 w 40"/>
                              <a:gd name="T1" fmla="*/ 1175 h 55"/>
                              <a:gd name="T2" fmla="*/ 1428 w 40"/>
                              <a:gd name="T3" fmla="*/ 1032 h 55"/>
                              <a:gd name="T4" fmla="*/ 1428 w 40"/>
                              <a:gd name="T5" fmla="*/ 924 h 55"/>
                              <a:gd name="T6" fmla="*/ 1428 w 40"/>
                              <a:gd name="T7" fmla="*/ 817 h 55"/>
                              <a:gd name="T8" fmla="*/ 1392 w 40"/>
                              <a:gd name="T9" fmla="*/ 710 h 55"/>
                              <a:gd name="T10" fmla="*/ 1356 w 40"/>
                              <a:gd name="T11" fmla="*/ 567 h 55"/>
                              <a:gd name="T12" fmla="*/ 1356 w 40"/>
                              <a:gd name="T13" fmla="*/ 465 h 55"/>
                              <a:gd name="T14" fmla="*/ 1285 w 40"/>
                              <a:gd name="T15" fmla="*/ 394 h 55"/>
                              <a:gd name="T16" fmla="*/ 1249 w 40"/>
                              <a:gd name="T17" fmla="*/ 286 h 55"/>
                              <a:gd name="T18" fmla="*/ 1177 w 40"/>
                              <a:gd name="T19" fmla="*/ 215 h 55"/>
                              <a:gd name="T20" fmla="*/ 1141 w 40"/>
                              <a:gd name="T21" fmla="*/ 143 h 55"/>
                              <a:gd name="T22" fmla="*/ 1070 w 40"/>
                              <a:gd name="T23" fmla="*/ 107 h 55"/>
                              <a:gd name="T24" fmla="*/ 962 w 40"/>
                              <a:gd name="T25" fmla="*/ 72 h 55"/>
                              <a:gd name="T26" fmla="*/ 890 w 40"/>
                              <a:gd name="T27" fmla="*/ 36 h 55"/>
                              <a:gd name="T28" fmla="*/ 819 w 40"/>
                              <a:gd name="T29" fmla="*/ 0 h 55"/>
                              <a:gd name="T30" fmla="*/ 747 w 40"/>
                              <a:gd name="T31" fmla="*/ 0 h 55"/>
                              <a:gd name="T32" fmla="*/ 645 w 40"/>
                              <a:gd name="T33" fmla="*/ 36 h 55"/>
                              <a:gd name="T34" fmla="*/ 574 w 40"/>
                              <a:gd name="T35" fmla="*/ 72 h 55"/>
                              <a:gd name="T36" fmla="*/ 502 w 40"/>
                              <a:gd name="T37" fmla="*/ 107 h 55"/>
                              <a:gd name="T38" fmla="*/ 430 w 40"/>
                              <a:gd name="T39" fmla="*/ 143 h 55"/>
                              <a:gd name="T40" fmla="*/ 323 w 40"/>
                              <a:gd name="T41" fmla="*/ 215 h 55"/>
                              <a:gd name="T42" fmla="*/ 251 w 40"/>
                              <a:gd name="T43" fmla="*/ 322 h 55"/>
                              <a:gd name="T44" fmla="*/ 215 w 40"/>
                              <a:gd name="T45" fmla="*/ 394 h 55"/>
                              <a:gd name="T46" fmla="*/ 143 w 40"/>
                              <a:gd name="T47" fmla="*/ 495 h 55"/>
                              <a:gd name="T48" fmla="*/ 108 w 40"/>
                              <a:gd name="T49" fmla="*/ 602 h 55"/>
                              <a:gd name="T50" fmla="*/ 72 w 40"/>
                              <a:gd name="T51" fmla="*/ 710 h 55"/>
                              <a:gd name="T52" fmla="*/ 36 w 40"/>
                              <a:gd name="T53" fmla="*/ 817 h 55"/>
                              <a:gd name="T54" fmla="*/ 36 w 40"/>
                              <a:gd name="T55" fmla="*/ 924 h 55"/>
                              <a:gd name="T56" fmla="*/ 0 w 40"/>
                              <a:gd name="T57" fmla="*/ 1067 h 55"/>
                              <a:gd name="T58" fmla="*/ 36 w 40"/>
                              <a:gd name="T59" fmla="*/ 1175 h 55"/>
                              <a:gd name="T60" fmla="*/ 36 w 40"/>
                              <a:gd name="T61" fmla="*/ 1282 h 55"/>
                              <a:gd name="T62" fmla="*/ 72 w 40"/>
                              <a:gd name="T63" fmla="*/ 1390 h 55"/>
                              <a:gd name="T64" fmla="*/ 108 w 40"/>
                              <a:gd name="T65" fmla="*/ 1491 h 55"/>
                              <a:gd name="T66" fmla="*/ 143 w 40"/>
                              <a:gd name="T67" fmla="*/ 1598 h 55"/>
                              <a:gd name="T68" fmla="*/ 179 w 40"/>
                              <a:gd name="T69" fmla="*/ 1670 h 55"/>
                              <a:gd name="T70" fmla="*/ 251 w 40"/>
                              <a:gd name="T71" fmla="*/ 1777 h 55"/>
                              <a:gd name="T72" fmla="*/ 323 w 40"/>
                              <a:gd name="T73" fmla="*/ 1813 h 55"/>
                              <a:gd name="T74" fmla="*/ 394 w 40"/>
                              <a:gd name="T75" fmla="*/ 1885 h 55"/>
                              <a:gd name="T76" fmla="*/ 466 w 40"/>
                              <a:gd name="T77" fmla="*/ 1920 h 55"/>
                              <a:gd name="T78" fmla="*/ 538 w 40"/>
                              <a:gd name="T79" fmla="*/ 1956 h 55"/>
                              <a:gd name="T80" fmla="*/ 609 w 40"/>
                              <a:gd name="T81" fmla="*/ 1956 h 55"/>
                              <a:gd name="T82" fmla="*/ 681 w 40"/>
                              <a:gd name="T83" fmla="*/ 1956 h 55"/>
                              <a:gd name="T84" fmla="*/ 783 w 40"/>
                              <a:gd name="T85" fmla="*/ 1956 h 55"/>
                              <a:gd name="T86" fmla="*/ 854 w 40"/>
                              <a:gd name="T87" fmla="*/ 1920 h 55"/>
                              <a:gd name="T88" fmla="*/ 926 w 40"/>
                              <a:gd name="T89" fmla="*/ 1885 h 55"/>
                              <a:gd name="T90" fmla="*/ 1034 w 40"/>
                              <a:gd name="T91" fmla="*/ 1849 h 55"/>
                              <a:gd name="T92" fmla="*/ 1105 w 40"/>
                              <a:gd name="T93" fmla="*/ 1777 h 55"/>
                              <a:gd name="T94" fmla="*/ 1177 w 40"/>
                              <a:gd name="T95" fmla="*/ 1706 h 55"/>
                              <a:gd name="T96" fmla="*/ 1213 w 40"/>
                              <a:gd name="T97" fmla="*/ 1598 h 55"/>
                              <a:gd name="T98" fmla="*/ 1285 w 40"/>
                              <a:gd name="T99" fmla="*/ 1491 h 55"/>
                              <a:gd name="T100" fmla="*/ 1320 w 40"/>
                              <a:gd name="T101" fmla="*/ 1425 h 55"/>
                              <a:gd name="T102" fmla="*/ 1356 w 40"/>
                              <a:gd name="T103" fmla="*/ 1282 h 55"/>
                              <a:gd name="T104" fmla="*/ 1392 w 40"/>
                              <a:gd name="T105" fmla="*/ 1175 h 55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w 40"/>
                              <a:gd name="T160" fmla="*/ 0 h 55"/>
                              <a:gd name="T161" fmla="*/ 40 w 40"/>
                              <a:gd name="T162" fmla="*/ 55 h 55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T159" t="T160" r="T161" b="T162"/>
                            <a:pathLst>
                              <a:path w="40" h="55">
                                <a:moveTo>
                                  <a:pt x="39" y="33"/>
                                </a:moveTo>
                                <a:lnTo>
                                  <a:pt x="40" y="29"/>
                                </a:lnTo>
                                <a:lnTo>
                                  <a:pt x="40" y="26"/>
                                </a:lnTo>
                                <a:lnTo>
                                  <a:pt x="40" y="23"/>
                                </a:lnTo>
                                <a:lnTo>
                                  <a:pt x="39" y="20"/>
                                </a:lnTo>
                                <a:lnTo>
                                  <a:pt x="38" y="16"/>
                                </a:lnTo>
                                <a:lnTo>
                                  <a:pt x="38" y="13"/>
                                </a:lnTo>
                                <a:lnTo>
                                  <a:pt x="36" y="11"/>
                                </a:lnTo>
                                <a:lnTo>
                                  <a:pt x="35" y="8"/>
                                </a:lnTo>
                                <a:lnTo>
                                  <a:pt x="33" y="6"/>
                                </a:lnTo>
                                <a:lnTo>
                                  <a:pt x="32" y="4"/>
                                </a:lnTo>
                                <a:lnTo>
                                  <a:pt x="30" y="3"/>
                                </a:lnTo>
                                <a:lnTo>
                                  <a:pt x="27" y="2"/>
                                </a:lnTo>
                                <a:lnTo>
                                  <a:pt x="25" y="1"/>
                                </a:lnTo>
                                <a:lnTo>
                                  <a:pt x="23" y="0"/>
                                </a:lnTo>
                                <a:lnTo>
                                  <a:pt x="21" y="0"/>
                                </a:lnTo>
                                <a:lnTo>
                                  <a:pt x="18" y="1"/>
                                </a:lnTo>
                                <a:lnTo>
                                  <a:pt x="16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4"/>
                                </a:lnTo>
                                <a:lnTo>
                                  <a:pt x="9" y="6"/>
                                </a:lnTo>
                                <a:lnTo>
                                  <a:pt x="7" y="9"/>
                                </a:lnTo>
                                <a:lnTo>
                                  <a:pt x="6" y="11"/>
                                </a:lnTo>
                                <a:lnTo>
                                  <a:pt x="4" y="14"/>
                                </a:lnTo>
                                <a:lnTo>
                                  <a:pt x="3" y="17"/>
                                </a:lnTo>
                                <a:lnTo>
                                  <a:pt x="2" y="20"/>
                                </a:lnTo>
                                <a:lnTo>
                                  <a:pt x="1" y="23"/>
                                </a:lnTo>
                                <a:lnTo>
                                  <a:pt x="1" y="26"/>
                                </a:lnTo>
                                <a:lnTo>
                                  <a:pt x="0" y="30"/>
                                </a:lnTo>
                                <a:lnTo>
                                  <a:pt x="1" y="33"/>
                                </a:lnTo>
                                <a:lnTo>
                                  <a:pt x="1" y="36"/>
                                </a:lnTo>
                                <a:lnTo>
                                  <a:pt x="2" y="39"/>
                                </a:lnTo>
                                <a:lnTo>
                                  <a:pt x="3" y="42"/>
                                </a:lnTo>
                                <a:lnTo>
                                  <a:pt x="4" y="45"/>
                                </a:lnTo>
                                <a:lnTo>
                                  <a:pt x="5" y="47"/>
                                </a:lnTo>
                                <a:lnTo>
                                  <a:pt x="7" y="50"/>
                                </a:lnTo>
                                <a:lnTo>
                                  <a:pt x="9" y="51"/>
                                </a:lnTo>
                                <a:lnTo>
                                  <a:pt x="11" y="53"/>
                                </a:lnTo>
                                <a:lnTo>
                                  <a:pt x="13" y="54"/>
                                </a:lnTo>
                                <a:lnTo>
                                  <a:pt x="15" y="55"/>
                                </a:lnTo>
                                <a:lnTo>
                                  <a:pt x="17" y="55"/>
                                </a:lnTo>
                                <a:lnTo>
                                  <a:pt x="19" y="55"/>
                                </a:lnTo>
                                <a:lnTo>
                                  <a:pt x="22" y="55"/>
                                </a:lnTo>
                                <a:lnTo>
                                  <a:pt x="24" y="54"/>
                                </a:lnTo>
                                <a:lnTo>
                                  <a:pt x="26" y="53"/>
                                </a:lnTo>
                                <a:lnTo>
                                  <a:pt x="29" y="52"/>
                                </a:lnTo>
                                <a:lnTo>
                                  <a:pt x="31" y="50"/>
                                </a:lnTo>
                                <a:lnTo>
                                  <a:pt x="33" y="48"/>
                                </a:lnTo>
                                <a:lnTo>
                                  <a:pt x="34" y="45"/>
                                </a:lnTo>
                                <a:lnTo>
                                  <a:pt x="36" y="42"/>
                                </a:lnTo>
                                <a:lnTo>
                                  <a:pt x="37" y="40"/>
                                </a:lnTo>
                                <a:lnTo>
                                  <a:pt x="38" y="36"/>
                                </a:lnTo>
                                <a:lnTo>
                                  <a:pt x="3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75043368" name="Freeform 152">
                          <a:extLst>
                            <a:ext uri="{FF2B5EF4-FFF2-40B4-BE49-F238E27FC236}">
                              <a16:creationId xmlns:a16="http://schemas.microsoft.com/office/drawing/2014/main" id="{71B11A0C-0FB7-4260-8D30-1A5EEC80045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43" y="520"/>
                            <a:ext cx="239" cy="328"/>
                          </a:xfrm>
                          <a:custGeom>
                            <a:avLst/>
                            <a:gdLst>
                              <a:gd name="T0" fmla="*/ 1392 w 40"/>
                              <a:gd name="T1" fmla="*/ 1175 h 55"/>
                              <a:gd name="T2" fmla="*/ 1428 w 40"/>
                              <a:gd name="T3" fmla="*/ 1032 h 55"/>
                              <a:gd name="T4" fmla="*/ 1428 w 40"/>
                              <a:gd name="T5" fmla="*/ 924 h 55"/>
                              <a:gd name="T6" fmla="*/ 1428 w 40"/>
                              <a:gd name="T7" fmla="*/ 817 h 55"/>
                              <a:gd name="T8" fmla="*/ 1392 w 40"/>
                              <a:gd name="T9" fmla="*/ 710 h 55"/>
                              <a:gd name="T10" fmla="*/ 1356 w 40"/>
                              <a:gd name="T11" fmla="*/ 567 h 55"/>
                              <a:gd name="T12" fmla="*/ 1356 w 40"/>
                              <a:gd name="T13" fmla="*/ 465 h 55"/>
                              <a:gd name="T14" fmla="*/ 1285 w 40"/>
                              <a:gd name="T15" fmla="*/ 394 h 55"/>
                              <a:gd name="T16" fmla="*/ 1249 w 40"/>
                              <a:gd name="T17" fmla="*/ 286 h 55"/>
                              <a:gd name="T18" fmla="*/ 1177 w 40"/>
                              <a:gd name="T19" fmla="*/ 215 h 55"/>
                              <a:gd name="T20" fmla="*/ 1141 w 40"/>
                              <a:gd name="T21" fmla="*/ 143 h 55"/>
                              <a:gd name="T22" fmla="*/ 1070 w 40"/>
                              <a:gd name="T23" fmla="*/ 107 h 55"/>
                              <a:gd name="T24" fmla="*/ 962 w 40"/>
                              <a:gd name="T25" fmla="*/ 72 h 55"/>
                              <a:gd name="T26" fmla="*/ 890 w 40"/>
                              <a:gd name="T27" fmla="*/ 36 h 55"/>
                              <a:gd name="T28" fmla="*/ 819 w 40"/>
                              <a:gd name="T29" fmla="*/ 0 h 55"/>
                              <a:gd name="T30" fmla="*/ 747 w 40"/>
                              <a:gd name="T31" fmla="*/ 0 h 55"/>
                              <a:gd name="T32" fmla="*/ 645 w 40"/>
                              <a:gd name="T33" fmla="*/ 36 h 55"/>
                              <a:gd name="T34" fmla="*/ 574 w 40"/>
                              <a:gd name="T35" fmla="*/ 72 h 55"/>
                              <a:gd name="T36" fmla="*/ 502 w 40"/>
                              <a:gd name="T37" fmla="*/ 107 h 55"/>
                              <a:gd name="T38" fmla="*/ 430 w 40"/>
                              <a:gd name="T39" fmla="*/ 143 h 55"/>
                              <a:gd name="T40" fmla="*/ 323 w 40"/>
                              <a:gd name="T41" fmla="*/ 215 h 55"/>
                              <a:gd name="T42" fmla="*/ 251 w 40"/>
                              <a:gd name="T43" fmla="*/ 322 h 55"/>
                              <a:gd name="T44" fmla="*/ 215 w 40"/>
                              <a:gd name="T45" fmla="*/ 394 h 55"/>
                              <a:gd name="T46" fmla="*/ 143 w 40"/>
                              <a:gd name="T47" fmla="*/ 495 h 55"/>
                              <a:gd name="T48" fmla="*/ 108 w 40"/>
                              <a:gd name="T49" fmla="*/ 602 h 55"/>
                              <a:gd name="T50" fmla="*/ 72 w 40"/>
                              <a:gd name="T51" fmla="*/ 710 h 55"/>
                              <a:gd name="T52" fmla="*/ 36 w 40"/>
                              <a:gd name="T53" fmla="*/ 817 h 55"/>
                              <a:gd name="T54" fmla="*/ 36 w 40"/>
                              <a:gd name="T55" fmla="*/ 924 h 55"/>
                              <a:gd name="T56" fmla="*/ 0 w 40"/>
                              <a:gd name="T57" fmla="*/ 1067 h 55"/>
                              <a:gd name="T58" fmla="*/ 36 w 40"/>
                              <a:gd name="T59" fmla="*/ 1175 h 55"/>
                              <a:gd name="T60" fmla="*/ 36 w 40"/>
                              <a:gd name="T61" fmla="*/ 1282 h 55"/>
                              <a:gd name="T62" fmla="*/ 72 w 40"/>
                              <a:gd name="T63" fmla="*/ 1390 h 55"/>
                              <a:gd name="T64" fmla="*/ 108 w 40"/>
                              <a:gd name="T65" fmla="*/ 1491 h 55"/>
                              <a:gd name="T66" fmla="*/ 143 w 40"/>
                              <a:gd name="T67" fmla="*/ 1598 h 55"/>
                              <a:gd name="T68" fmla="*/ 179 w 40"/>
                              <a:gd name="T69" fmla="*/ 1670 h 55"/>
                              <a:gd name="T70" fmla="*/ 251 w 40"/>
                              <a:gd name="T71" fmla="*/ 1777 h 55"/>
                              <a:gd name="T72" fmla="*/ 323 w 40"/>
                              <a:gd name="T73" fmla="*/ 1813 h 55"/>
                              <a:gd name="T74" fmla="*/ 394 w 40"/>
                              <a:gd name="T75" fmla="*/ 1885 h 55"/>
                              <a:gd name="T76" fmla="*/ 466 w 40"/>
                              <a:gd name="T77" fmla="*/ 1920 h 55"/>
                              <a:gd name="T78" fmla="*/ 538 w 40"/>
                              <a:gd name="T79" fmla="*/ 1956 h 55"/>
                              <a:gd name="T80" fmla="*/ 609 w 40"/>
                              <a:gd name="T81" fmla="*/ 1956 h 55"/>
                              <a:gd name="T82" fmla="*/ 681 w 40"/>
                              <a:gd name="T83" fmla="*/ 1956 h 55"/>
                              <a:gd name="T84" fmla="*/ 783 w 40"/>
                              <a:gd name="T85" fmla="*/ 1956 h 55"/>
                              <a:gd name="T86" fmla="*/ 854 w 40"/>
                              <a:gd name="T87" fmla="*/ 1920 h 55"/>
                              <a:gd name="T88" fmla="*/ 926 w 40"/>
                              <a:gd name="T89" fmla="*/ 1885 h 55"/>
                              <a:gd name="T90" fmla="*/ 1034 w 40"/>
                              <a:gd name="T91" fmla="*/ 1849 h 55"/>
                              <a:gd name="T92" fmla="*/ 1105 w 40"/>
                              <a:gd name="T93" fmla="*/ 1777 h 55"/>
                              <a:gd name="T94" fmla="*/ 1177 w 40"/>
                              <a:gd name="T95" fmla="*/ 1706 h 55"/>
                              <a:gd name="T96" fmla="*/ 1213 w 40"/>
                              <a:gd name="T97" fmla="*/ 1598 h 55"/>
                              <a:gd name="T98" fmla="*/ 1285 w 40"/>
                              <a:gd name="T99" fmla="*/ 1491 h 55"/>
                              <a:gd name="T100" fmla="*/ 1320 w 40"/>
                              <a:gd name="T101" fmla="*/ 1425 h 55"/>
                              <a:gd name="T102" fmla="*/ 1356 w 40"/>
                              <a:gd name="T103" fmla="*/ 1282 h 55"/>
                              <a:gd name="T104" fmla="*/ 1392 w 40"/>
                              <a:gd name="T105" fmla="*/ 1175 h 55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w 40"/>
                              <a:gd name="T160" fmla="*/ 0 h 55"/>
                              <a:gd name="T161" fmla="*/ 40 w 40"/>
                              <a:gd name="T162" fmla="*/ 55 h 55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T159" t="T160" r="T161" b="T162"/>
                            <a:pathLst>
                              <a:path w="40" h="55">
                                <a:moveTo>
                                  <a:pt x="39" y="33"/>
                                </a:moveTo>
                                <a:lnTo>
                                  <a:pt x="40" y="29"/>
                                </a:lnTo>
                                <a:lnTo>
                                  <a:pt x="40" y="26"/>
                                </a:lnTo>
                                <a:lnTo>
                                  <a:pt x="40" y="23"/>
                                </a:lnTo>
                                <a:lnTo>
                                  <a:pt x="39" y="20"/>
                                </a:lnTo>
                                <a:lnTo>
                                  <a:pt x="38" y="16"/>
                                </a:lnTo>
                                <a:lnTo>
                                  <a:pt x="38" y="13"/>
                                </a:lnTo>
                                <a:lnTo>
                                  <a:pt x="36" y="11"/>
                                </a:lnTo>
                                <a:lnTo>
                                  <a:pt x="35" y="8"/>
                                </a:lnTo>
                                <a:lnTo>
                                  <a:pt x="33" y="6"/>
                                </a:lnTo>
                                <a:lnTo>
                                  <a:pt x="32" y="4"/>
                                </a:lnTo>
                                <a:lnTo>
                                  <a:pt x="30" y="3"/>
                                </a:lnTo>
                                <a:lnTo>
                                  <a:pt x="27" y="2"/>
                                </a:lnTo>
                                <a:lnTo>
                                  <a:pt x="25" y="1"/>
                                </a:lnTo>
                                <a:lnTo>
                                  <a:pt x="23" y="0"/>
                                </a:lnTo>
                                <a:lnTo>
                                  <a:pt x="21" y="0"/>
                                </a:lnTo>
                                <a:lnTo>
                                  <a:pt x="18" y="1"/>
                                </a:lnTo>
                                <a:lnTo>
                                  <a:pt x="16" y="2"/>
                                </a:lnTo>
                                <a:lnTo>
                                  <a:pt x="14" y="3"/>
                                </a:lnTo>
                                <a:lnTo>
                                  <a:pt x="12" y="4"/>
                                </a:lnTo>
                                <a:lnTo>
                                  <a:pt x="9" y="6"/>
                                </a:lnTo>
                                <a:lnTo>
                                  <a:pt x="7" y="9"/>
                                </a:lnTo>
                                <a:lnTo>
                                  <a:pt x="6" y="11"/>
                                </a:lnTo>
                                <a:lnTo>
                                  <a:pt x="4" y="14"/>
                                </a:lnTo>
                                <a:lnTo>
                                  <a:pt x="3" y="17"/>
                                </a:lnTo>
                                <a:lnTo>
                                  <a:pt x="2" y="20"/>
                                </a:lnTo>
                                <a:lnTo>
                                  <a:pt x="1" y="23"/>
                                </a:lnTo>
                                <a:lnTo>
                                  <a:pt x="1" y="26"/>
                                </a:lnTo>
                                <a:lnTo>
                                  <a:pt x="0" y="30"/>
                                </a:lnTo>
                                <a:lnTo>
                                  <a:pt x="1" y="33"/>
                                </a:lnTo>
                                <a:lnTo>
                                  <a:pt x="1" y="36"/>
                                </a:lnTo>
                                <a:lnTo>
                                  <a:pt x="2" y="39"/>
                                </a:lnTo>
                                <a:lnTo>
                                  <a:pt x="3" y="42"/>
                                </a:lnTo>
                                <a:lnTo>
                                  <a:pt x="4" y="45"/>
                                </a:lnTo>
                                <a:lnTo>
                                  <a:pt x="5" y="47"/>
                                </a:lnTo>
                                <a:lnTo>
                                  <a:pt x="7" y="50"/>
                                </a:lnTo>
                                <a:lnTo>
                                  <a:pt x="9" y="51"/>
                                </a:lnTo>
                                <a:lnTo>
                                  <a:pt x="11" y="53"/>
                                </a:lnTo>
                                <a:lnTo>
                                  <a:pt x="13" y="54"/>
                                </a:lnTo>
                                <a:lnTo>
                                  <a:pt x="15" y="55"/>
                                </a:lnTo>
                                <a:lnTo>
                                  <a:pt x="17" y="55"/>
                                </a:lnTo>
                                <a:lnTo>
                                  <a:pt x="19" y="55"/>
                                </a:lnTo>
                                <a:lnTo>
                                  <a:pt x="22" y="55"/>
                                </a:lnTo>
                                <a:lnTo>
                                  <a:pt x="24" y="54"/>
                                </a:lnTo>
                                <a:lnTo>
                                  <a:pt x="26" y="53"/>
                                </a:lnTo>
                                <a:lnTo>
                                  <a:pt x="29" y="52"/>
                                </a:lnTo>
                                <a:lnTo>
                                  <a:pt x="31" y="50"/>
                                </a:lnTo>
                                <a:lnTo>
                                  <a:pt x="33" y="48"/>
                                </a:lnTo>
                                <a:lnTo>
                                  <a:pt x="34" y="45"/>
                                </a:lnTo>
                                <a:lnTo>
                                  <a:pt x="36" y="42"/>
                                </a:lnTo>
                                <a:lnTo>
                                  <a:pt x="37" y="40"/>
                                </a:lnTo>
                                <a:lnTo>
                                  <a:pt x="38" y="36"/>
                                </a:lnTo>
                                <a:lnTo>
                                  <a:pt x="39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026887" name="Freeform 153">
                          <a:extLst>
                            <a:ext uri="{FF2B5EF4-FFF2-40B4-BE49-F238E27FC236}">
                              <a16:creationId xmlns:a16="http://schemas.microsoft.com/office/drawing/2014/main" id="{8E7AD1A7-507E-D3AF-E6DD-A8A0E8D44CB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33" y="645"/>
                            <a:ext cx="59" cy="84"/>
                          </a:xfrm>
                          <a:custGeom>
                            <a:avLst/>
                            <a:gdLst>
                              <a:gd name="T0" fmla="*/ 348 w 10"/>
                              <a:gd name="T1" fmla="*/ 288 h 14"/>
                              <a:gd name="T2" fmla="*/ 348 w 10"/>
                              <a:gd name="T3" fmla="*/ 216 h 14"/>
                              <a:gd name="T4" fmla="*/ 348 w 10"/>
                              <a:gd name="T5" fmla="*/ 180 h 14"/>
                              <a:gd name="T6" fmla="*/ 313 w 10"/>
                              <a:gd name="T7" fmla="*/ 108 h 14"/>
                              <a:gd name="T8" fmla="*/ 313 w 10"/>
                              <a:gd name="T9" fmla="*/ 72 h 14"/>
                              <a:gd name="T10" fmla="*/ 277 w 10"/>
                              <a:gd name="T11" fmla="*/ 36 h 14"/>
                              <a:gd name="T12" fmla="*/ 242 w 10"/>
                              <a:gd name="T13" fmla="*/ 0 h 14"/>
                              <a:gd name="T14" fmla="*/ 207 w 10"/>
                              <a:gd name="T15" fmla="*/ 0 h 14"/>
                              <a:gd name="T16" fmla="*/ 177 w 10"/>
                              <a:gd name="T17" fmla="*/ 0 h 14"/>
                              <a:gd name="T18" fmla="*/ 106 w 10"/>
                              <a:gd name="T19" fmla="*/ 36 h 14"/>
                              <a:gd name="T20" fmla="*/ 71 w 10"/>
                              <a:gd name="T21" fmla="*/ 72 h 14"/>
                              <a:gd name="T22" fmla="*/ 35 w 10"/>
                              <a:gd name="T23" fmla="*/ 108 h 14"/>
                              <a:gd name="T24" fmla="*/ 35 w 10"/>
                              <a:gd name="T25" fmla="*/ 144 h 14"/>
                              <a:gd name="T26" fmla="*/ 35 w 10"/>
                              <a:gd name="T27" fmla="*/ 216 h 14"/>
                              <a:gd name="T28" fmla="*/ 0 w 10"/>
                              <a:gd name="T29" fmla="*/ 252 h 14"/>
                              <a:gd name="T30" fmla="*/ 35 w 10"/>
                              <a:gd name="T31" fmla="*/ 324 h 14"/>
                              <a:gd name="T32" fmla="*/ 35 w 10"/>
                              <a:gd name="T33" fmla="*/ 396 h 14"/>
                              <a:gd name="T34" fmla="*/ 35 w 10"/>
                              <a:gd name="T35" fmla="*/ 432 h 14"/>
                              <a:gd name="T36" fmla="*/ 71 w 10"/>
                              <a:gd name="T37" fmla="*/ 468 h 14"/>
                              <a:gd name="T38" fmla="*/ 142 w 10"/>
                              <a:gd name="T39" fmla="*/ 504 h 14"/>
                              <a:gd name="T40" fmla="*/ 142 w 10"/>
                              <a:gd name="T41" fmla="*/ 504 h 14"/>
                              <a:gd name="T42" fmla="*/ 207 w 10"/>
                              <a:gd name="T43" fmla="*/ 504 h 14"/>
                              <a:gd name="T44" fmla="*/ 242 w 10"/>
                              <a:gd name="T45" fmla="*/ 468 h 14"/>
                              <a:gd name="T46" fmla="*/ 277 w 10"/>
                              <a:gd name="T47" fmla="*/ 432 h 14"/>
                              <a:gd name="T48" fmla="*/ 313 w 10"/>
                              <a:gd name="T49" fmla="*/ 396 h 14"/>
                              <a:gd name="T50" fmla="*/ 313 w 10"/>
                              <a:gd name="T51" fmla="*/ 360 h 14"/>
                              <a:gd name="T52" fmla="*/ 348 w 10"/>
                              <a:gd name="T53" fmla="*/ 288 h 14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0"/>
                              <a:gd name="T82" fmla="*/ 0 h 14"/>
                              <a:gd name="T83" fmla="*/ 10 w 10"/>
                              <a:gd name="T84" fmla="*/ 14 h 14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0" h="14">
                                <a:moveTo>
                                  <a:pt x="10" y="8"/>
                                </a:moveTo>
                                <a:lnTo>
                                  <a:pt x="10" y="6"/>
                                </a:lnTo>
                                <a:lnTo>
                                  <a:pt x="10" y="5"/>
                                </a:lnTo>
                                <a:lnTo>
                                  <a:pt x="9" y="3"/>
                                </a:lnTo>
                                <a:lnTo>
                                  <a:pt x="9" y="2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1" y="6"/>
                                </a:lnTo>
                                <a:lnTo>
                                  <a:pt x="0" y="7"/>
                                </a:lnTo>
                                <a:lnTo>
                                  <a:pt x="1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4" y="14"/>
                                </a:lnTo>
                                <a:lnTo>
                                  <a:pt x="6" y="14"/>
                                </a:lnTo>
                                <a:lnTo>
                                  <a:pt x="7" y="13"/>
                                </a:lnTo>
                                <a:lnTo>
                                  <a:pt x="8" y="12"/>
                                </a:lnTo>
                                <a:lnTo>
                                  <a:pt x="9" y="11"/>
                                </a:lnTo>
                                <a:lnTo>
                                  <a:pt x="9" y="10"/>
                                </a:lnTo>
                                <a:lnTo>
                                  <a:pt x="1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87822915" name="Freeform 154">
                          <a:extLst>
                            <a:ext uri="{FF2B5EF4-FFF2-40B4-BE49-F238E27FC236}">
                              <a16:creationId xmlns:a16="http://schemas.microsoft.com/office/drawing/2014/main" id="{1FE160D4-4190-C9A8-AAC6-5247C8C9E03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33" y="645"/>
                            <a:ext cx="59" cy="84"/>
                          </a:xfrm>
                          <a:custGeom>
                            <a:avLst/>
                            <a:gdLst>
                              <a:gd name="T0" fmla="*/ 348 w 10"/>
                              <a:gd name="T1" fmla="*/ 288 h 14"/>
                              <a:gd name="T2" fmla="*/ 348 w 10"/>
                              <a:gd name="T3" fmla="*/ 216 h 14"/>
                              <a:gd name="T4" fmla="*/ 348 w 10"/>
                              <a:gd name="T5" fmla="*/ 180 h 14"/>
                              <a:gd name="T6" fmla="*/ 313 w 10"/>
                              <a:gd name="T7" fmla="*/ 108 h 14"/>
                              <a:gd name="T8" fmla="*/ 313 w 10"/>
                              <a:gd name="T9" fmla="*/ 72 h 14"/>
                              <a:gd name="T10" fmla="*/ 277 w 10"/>
                              <a:gd name="T11" fmla="*/ 36 h 14"/>
                              <a:gd name="T12" fmla="*/ 242 w 10"/>
                              <a:gd name="T13" fmla="*/ 0 h 14"/>
                              <a:gd name="T14" fmla="*/ 207 w 10"/>
                              <a:gd name="T15" fmla="*/ 0 h 14"/>
                              <a:gd name="T16" fmla="*/ 177 w 10"/>
                              <a:gd name="T17" fmla="*/ 0 h 14"/>
                              <a:gd name="T18" fmla="*/ 106 w 10"/>
                              <a:gd name="T19" fmla="*/ 36 h 14"/>
                              <a:gd name="T20" fmla="*/ 71 w 10"/>
                              <a:gd name="T21" fmla="*/ 72 h 14"/>
                              <a:gd name="T22" fmla="*/ 35 w 10"/>
                              <a:gd name="T23" fmla="*/ 108 h 14"/>
                              <a:gd name="T24" fmla="*/ 35 w 10"/>
                              <a:gd name="T25" fmla="*/ 144 h 14"/>
                              <a:gd name="T26" fmla="*/ 35 w 10"/>
                              <a:gd name="T27" fmla="*/ 216 h 14"/>
                              <a:gd name="T28" fmla="*/ 0 w 10"/>
                              <a:gd name="T29" fmla="*/ 252 h 14"/>
                              <a:gd name="T30" fmla="*/ 35 w 10"/>
                              <a:gd name="T31" fmla="*/ 324 h 14"/>
                              <a:gd name="T32" fmla="*/ 35 w 10"/>
                              <a:gd name="T33" fmla="*/ 396 h 14"/>
                              <a:gd name="T34" fmla="*/ 35 w 10"/>
                              <a:gd name="T35" fmla="*/ 432 h 14"/>
                              <a:gd name="T36" fmla="*/ 71 w 10"/>
                              <a:gd name="T37" fmla="*/ 468 h 14"/>
                              <a:gd name="T38" fmla="*/ 142 w 10"/>
                              <a:gd name="T39" fmla="*/ 504 h 14"/>
                              <a:gd name="T40" fmla="*/ 142 w 10"/>
                              <a:gd name="T41" fmla="*/ 504 h 14"/>
                              <a:gd name="T42" fmla="*/ 207 w 10"/>
                              <a:gd name="T43" fmla="*/ 504 h 14"/>
                              <a:gd name="T44" fmla="*/ 242 w 10"/>
                              <a:gd name="T45" fmla="*/ 468 h 14"/>
                              <a:gd name="T46" fmla="*/ 277 w 10"/>
                              <a:gd name="T47" fmla="*/ 432 h 14"/>
                              <a:gd name="T48" fmla="*/ 313 w 10"/>
                              <a:gd name="T49" fmla="*/ 396 h 14"/>
                              <a:gd name="T50" fmla="*/ 313 w 10"/>
                              <a:gd name="T51" fmla="*/ 360 h 14"/>
                              <a:gd name="T52" fmla="*/ 348 w 10"/>
                              <a:gd name="T53" fmla="*/ 288 h 14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0"/>
                              <a:gd name="T82" fmla="*/ 0 h 14"/>
                              <a:gd name="T83" fmla="*/ 10 w 10"/>
                              <a:gd name="T84" fmla="*/ 14 h 14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0" h="14">
                                <a:moveTo>
                                  <a:pt x="10" y="8"/>
                                </a:moveTo>
                                <a:lnTo>
                                  <a:pt x="10" y="6"/>
                                </a:lnTo>
                                <a:lnTo>
                                  <a:pt x="10" y="5"/>
                                </a:lnTo>
                                <a:lnTo>
                                  <a:pt x="9" y="3"/>
                                </a:lnTo>
                                <a:lnTo>
                                  <a:pt x="9" y="2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1" y="6"/>
                                </a:lnTo>
                                <a:lnTo>
                                  <a:pt x="0" y="7"/>
                                </a:lnTo>
                                <a:lnTo>
                                  <a:pt x="1" y="9"/>
                                </a:lnTo>
                                <a:lnTo>
                                  <a:pt x="1" y="11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4" y="14"/>
                                </a:lnTo>
                                <a:lnTo>
                                  <a:pt x="6" y="14"/>
                                </a:lnTo>
                                <a:lnTo>
                                  <a:pt x="7" y="13"/>
                                </a:lnTo>
                                <a:lnTo>
                                  <a:pt x="8" y="12"/>
                                </a:lnTo>
                                <a:lnTo>
                                  <a:pt x="9" y="11"/>
                                </a:lnTo>
                                <a:lnTo>
                                  <a:pt x="9" y="10"/>
                                </a:lnTo>
                                <a:lnTo>
                                  <a:pt x="10" y="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5274847" name="Freeform 155">
                          <a:extLst>
                            <a:ext uri="{FF2B5EF4-FFF2-40B4-BE49-F238E27FC236}">
                              <a16:creationId xmlns:a16="http://schemas.microsoft.com/office/drawing/2014/main" id="{3DAD715A-D82F-CB37-48A1-ACAD6DBFE37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57" y="1123"/>
                            <a:ext cx="377" cy="108"/>
                          </a:xfrm>
                          <a:custGeom>
                            <a:avLst/>
                            <a:gdLst>
                              <a:gd name="T0" fmla="*/ 0 w 63"/>
                              <a:gd name="T1" fmla="*/ 0 h 18"/>
                              <a:gd name="T2" fmla="*/ 72 w 63"/>
                              <a:gd name="T3" fmla="*/ 72 h 18"/>
                              <a:gd name="T4" fmla="*/ 180 w 63"/>
                              <a:gd name="T5" fmla="*/ 180 h 18"/>
                              <a:gd name="T6" fmla="*/ 287 w 63"/>
                              <a:gd name="T7" fmla="*/ 252 h 18"/>
                              <a:gd name="T8" fmla="*/ 431 w 63"/>
                              <a:gd name="T9" fmla="*/ 324 h 18"/>
                              <a:gd name="T10" fmla="*/ 539 w 63"/>
                              <a:gd name="T11" fmla="*/ 396 h 18"/>
                              <a:gd name="T12" fmla="*/ 646 w 63"/>
                              <a:gd name="T13" fmla="*/ 432 h 18"/>
                              <a:gd name="T14" fmla="*/ 790 w 63"/>
                              <a:gd name="T15" fmla="*/ 504 h 18"/>
                              <a:gd name="T16" fmla="*/ 898 w 63"/>
                              <a:gd name="T17" fmla="*/ 540 h 18"/>
                              <a:gd name="T18" fmla="*/ 1041 w 63"/>
                              <a:gd name="T19" fmla="*/ 576 h 18"/>
                              <a:gd name="T20" fmla="*/ 1179 w 63"/>
                              <a:gd name="T21" fmla="*/ 612 h 18"/>
                              <a:gd name="T22" fmla="*/ 1287 w 63"/>
                              <a:gd name="T23" fmla="*/ 612 h 18"/>
                              <a:gd name="T24" fmla="*/ 1430 w 63"/>
                              <a:gd name="T25" fmla="*/ 648 h 18"/>
                              <a:gd name="T26" fmla="*/ 1574 w 63"/>
                              <a:gd name="T27" fmla="*/ 648 h 18"/>
                              <a:gd name="T28" fmla="*/ 1717 w 63"/>
                              <a:gd name="T29" fmla="*/ 648 h 18"/>
                              <a:gd name="T30" fmla="*/ 1825 w 63"/>
                              <a:gd name="T31" fmla="*/ 648 h 18"/>
                              <a:gd name="T32" fmla="*/ 1969 w 63"/>
                              <a:gd name="T33" fmla="*/ 612 h 18"/>
                              <a:gd name="T34" fmla="*/ 2112 w 63"/>
                              <a:gd name="T35" fmla="*/ 612 h 18"/>
                              <a:gd name="T36" fmla="*/ 2256 w 63"/>
                              <a:gd name="T37" fmla="*/ 576 h 18"/>
                              <a:gd name="T38" fmla="*/ 2256 w 63"/>
                              <a:gd name="T39" fmla="*/ 540 h 1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63"/>
                              <a:gd name="T61" fmla="*/ 0 h 18"/>
                              <a:gd name="T62" fmla="*/ 63 w 63"/>
                              <a:gd name="T63" fmla="*/ 18 h 1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63" h="18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5" y="5"/>
                                </a:lnTo>
                                <a:lnTo>
                                  <a:pt x="8" y="7"/>
                                </a:lnTo>
                                <a:lnTo>
                                  <a:pt x="12" y="9"/>
                                </a:lnTo>
                                <a:lnTo>
                                  <a:pt x="15" y="11"/>
                                </a:lnTo>
                                <a:lnTo>
                                  <a:pt x="18" y="12"/>
                                </a:lnTo>
                                <a:lnTo>
                                  <a:pt x="22" y="14"/>
                                </a:lnTo>
                                <a:lnTo>
                                  <a:pt x="25" y="15"/>
                                </a:lnTo>
                                <a:lnTo>
                                  <a:pt x="29" y="16"/>
                                </a:lnTo>
                                <a:lnTo>
                                  <a:pt x="33" y="17"/>
                                </a:lnTo>
                                <a:lnTo>
                                  <a:pt x="36" y="17"/>
                                </a:lnTo>
                                <a:lnTo>
                                  <a:pt x="40" y="18"/>
                                </a:lnTo>
                                <a:lnTo>
                                  <a:pt x="44" y="18"/>
                                </a:lnTo>
                                <a:lnTo>
                                  <a:pt x="48" y="18"/>
                                </a:lnTo>
                                <a:lnTo>
                                  <a:pt x="51" y="18"/>
                                </a:lnTo>
                                <a:lnTo>
                                  <a:pt x="55" y="17"/>
                                </a:lnTo>
                                <a:lnTo>
                                  <a:pt x="59" y="17"/>
                                </a:lnTo>
                                <a:lnTo>
                                  <a:pt x="63" y="16"/>
                                </a:lnTo>
                                <a:lnTo>
                                  <a:pt x="63" y="15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845782" name="Line 156">
                          <a:extLst>
                            <a:ext uri="{FF2B5EF4-FFF2-40B4-BE49-F238E27FC236}">
                              <a16:creationId xmlns:a16="http://schemas.microsoft.com/office/drawing/2014/main" id="{CBAE718D-A616-69B0-2D4C-76ABBC4F4B2F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>
                            <a:off x="239" y="1135"/>
                            <a:ext cx="18" cy="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653338" name="Line 157">
                          <a:extLst>
                            <a:ext uri="{FF2B5EF4-FFF2-40B4-BE49-F238E27FC236}">
                              <a16:creationId xmlns:a16="http://schemas.microsoft.com/office/drawing/2014/main" id="{4B7B6E78-F149-A276-72CE-24D059AFC99F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>
                            <a:off x="233" y="1141"/>
                            <a:ext cx="30" cy="4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2237773" name="Line 158">
                          <a:extLst>
                            <a:ext uri="{FF2B5EF4-FFF2-40B4-BE49-F238E27FC236}">
                              <a16:creationId xmlns:a16="http://schemas.microsoft.com/office/drawing/2014/main" id="{8F18DFC1-D4BD-C9A0-2DBA-816CA92B4141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251" y="1183"/>
                            <a:ext cx="12" cy="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6359913" name="Line 159">
                          <a:extLst>
                            <a:ext uri="{FF2B5EF4-FFF2-40B4-BE49-F238E27FC236}">
                              <a16:creationId xmlns:a16="http://schemas.microsoft.com/office/drawing/2014/main" id="{D5BE6135-2B7D-9631-FDEA-B9755EDE77D3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269" y="1201"/>
                            <a:ext cx="6" cy="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005789" name="Line 160">
                          <a:extLst>
                            <a:ext uri="{FF2B5EF4-FFF2-40B4-BE49-F238E27FC236}">
                              <a16:creationId xmlns:a16="http://schemas.microsoft.com/office/drawing/2014/main" id="{FED4E2B5-82F2-BC82-8345-79FFD60EB7D8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287" y="1213"/>
                            <a:ext cx="6" cy="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544937" name="Line 161">
                          <a:extLst>
                            <a:ext uri="{FF2B5EF4-FFF2-40B4-BE49-F238E27FC236}">
                              <a16:creationId xmlns:a16="http://schemas.microsoft.com/office/drawing/2014/main" id="{832B4B6D-608C-2E25-3CBE-091A4A80CFE2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317" y="1225"/>
                            <a:ext cx="6" cy="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6830985" name="Line 162">
                          <a:extLst>
                            <a:ext uri="{FF2B5EF4-FFF2-40B4-BE49-F238E27FC236}">
                              <a16:creationId xmlns:a16="http://schemas.microsoft.com/office/drawing/2014/main" id="{2F79C37F-36EF-BB38-B31D-2F2E0C78861C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269" y="1159"/>
                            <a:ext cx="12" cy="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851034" name="Line 163">
                          <a:extLst>
                            <a:ext uri="{FF2B5EF4-FFF2-40B4-BE49-F238E27FC236}">
                              <a16:creationId xmlns:a16="http://schemas.microsoft.com/office/drawing/2014/main" id="{62761F2B-CF18-7BC6-3DE0-1631FD8480DF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287" y="1171"/>
                            <a:ext cx="12" cy="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0366487" name="Line 164">
                          <a:extLst>
                            <a:ext uri="{FF2B5EF4-FFF2-40B4-BE49-F238E27FC236}">
                              <a16:creationId xmlns:a16="http://schemas.microsoft.com/office/drawing/2014/main" id="{434C5C47-FA99-E3BC-75B7-616168966672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 flipV="1">
                            <a:off x="616" y="1225"/>
                            <a:ext cx="18" cy="6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2428111" name="Line 165">
                          <a:extLst>
                            <a:ext uri="{FF2B5EF4-FFF2-40B4-BE49-F238E27FC236}">
                              <a16:creationId xmlns:a16="http://schemas.microsoft.com/office/drawing/2014/main" id="{64AE7B8C-8D60-6360-9B74-1CFCCB780C48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 flipV="1">
                            <a:off x="598" y="1237"/>
                            <a:ext cx="6" cy="5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3758030" name="Line 166">
                          <a:extLst>
                            <a:ext uri="{FF2B5EF4-FFF2-40B4-BE49-F238E27FC236}">
                              <a16:creationId xmlns:a16="http://schemas.microsoft.com/office/drawing/2014/main" id="{D26B1471-C167-4890-9F25-4C458034CAC2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 flipV="1">
                            <a:off x="580" y="1272"/>
                            <a:ext cx="6" cy="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565686" name="Line 167">
                          <a:extLst>
                            <a:ext uri="{FF2B5EF4-FFF2-40B4-BE49-F238E27FC236}">
                              <a16:creationId xmlns:a16="http://schemas.microsoft.com/office/drawing/2014/main" id="{18B93F2D-6EED-9A9D-3E7B-3AFA4C6763C2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556" y="1278"/>
                            <a:ext cx="0" cy="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2354271" name="Freeform 168">
                          <a:extLst>
                            <a:ext uri="{FF2B5EF4-FFF2-40B4-BE49-F238E27FC236}">
                              <a16:creationId xmlns:a16="http://schemas.microsoft.com/office/drawing/2014/main" id="{F423F029-FF00-5EDF-9551-7F732F6108C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31" y="1571"/>
                            <a:ext cx="47" cy="12"/>
                          </a:xfrm>
                          <a:custGeom>
                            <a:avLst/>
                            <a:gdLst>
                              <a:gd name="T0" fmla="*/ 0 w 8"/>
                              <a:gd name="T1" fmla="*/ 0 h 2"/>
                              <a:gd name="T2" fmla="*/ 35 w 8"/>
                              <a:gd name="T3" fmla="*/ 36 h 2"/>
                              <a:gd name="T4" fmla="*/ 71 w 8"/>
                              <a:gd name="T5" fmla="*/ 36 h 2"/>
                              <a:gd name="T6" fmla="*/ 170 w 8"/>
                              <a:gd name="T7" fmla="*/ 72 h 2"/>
                              <a:gd name="T8" fmla="*/ 276 w 8"/>
                              <a:gd name="T9" fmla="*/ 36 h 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8"/>
                              <a:gd name="T16" fmla="*/ 0 h 2"/>
                              <a:gd name="T17" fmla="*/ 8 w 8"/>
                              <a:gd name="T18" fmla="*/ 2 h 2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8" h="2">
                                <a:moveTo>
                                  <a:pt x="0" y="0"/>
                                </a:moveTo>
                                <a:lnTo>
                                  <a:pt x="1" y="1"/>
                                </a:lnTo>
                                <a:lnTo>
                                  <a:pt x="2" y="1"/>
                                </a:lnTo>
                                <a:lnTo>
                                  <a:pt x="5" y="2"/>
                                </a:lnTo>
                                <a:lnTo>
                                  <a:pt x="8" y="1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595916" name="Line 169">
                          <a:extLst>
                            <a:ext uri="{FF2B5EF4-FFF2-40B4-BE49-F238E27FC236}">
                              <a16:creationId xmlns:a16="http://schemas.microsoft.com/office/drawing/2014/main" id="{603A039B-0AF6-2AAF-A598-2E05D0524536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>
                            <a:off x="598" y="1709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652953" name="Freeform 170">
                          <a:extLst>
                            <a:ext uri="{FF2B5EF4-FFF2-40B4-BE49-F238E27FC236}">
                              <a16:creationId xmlns:a16="http://schemas.microsoft.com/office/drawing/2014/main" id="{C6B52405-0D50-6469-9ACC-AECF8FB1172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0" y="1846"/>
                            <a:ext cx="12" cy="42"/>
                          </a:xfrm>
                          <a:custGeom>
                            <a:avLst/>
                            <a:gdLst>
                              <a:gd name="T0" fmla="*/ 0 w 2"/>
                              <a:gd name="T1" fmla="*/ 0 h 7"/>
                              <a:gd name="T2" fmla="*/ 36 w 2"/>
                              <a:gd name="T3" fmla="*/ 0 h 7"/>
                              <a:gd name="T4" fmla="*/ 36 w 2"/>
                              <a:gd name="T5" fmla="*/ 72 h 7"/>
                              <a:gd name="T6" fmla="*/ 72 w 2"/>
                              <a:gd name="T7" fmla="*/ 144 h 7"/>
                              <a:gd name="T8" fmla="*/ 72 w 2"/>
                              <a:gd name="T9" fmla="*/ 216 h 7"/>
                              <a:gd name="T10" fmla="*/ 36 w 2"/>
                              <a:gd name="T11" fmla="*/ 252 h 7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w 2"/>
                              <a:gd name="T19" fmla="*/ 0 h 7"/>
                              <a:gd name="T20" fmla="*/ 2 w 2"/>
                              <a:gd name="T21" fmla="*/ 7 h 7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T18" t="T19" r="T20" b="T21"/>
                            <a:pathLst>
                              <a:path w="2" h="7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2"/>
                                </a:lnTo>
                                <a:lnTo>
                                  <a:pt x="2" y="4"/>
                                </a:lnTo>
                                <a:lnTo>
                                  <a:pt x="2" y="6"/>
                                </a:lnTo>
                                <a:lnTo>
                                  <a:pt x="1" y="7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5939455" name="Freeform 171">
                          <a:extLst>
                            <a:ext uri="{FF2B5EF4-FFF2-40B4-BE49-F238E27FC236}">
                              <a16:creationId xmlns:a16="http://schemas.microsoft.com/office/drawing/2014/main" id="{60C73BB8-866F-41AE-2D10-03491DA6622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92" y="1493"/>
                            <a:ext cx="418" cy="168"/>
                          </a:xfrm>
                          <a:custGeom>
                            <a:avLst/>
                            <a:gdLst>
                              <a:gd name="T0" fmla="*/ 0 w 70"/>
                              <a:gd name="T1" fmla="*/ 936 h 28"/>
                              <a:gd name="T2" fmla="*/ 107 w 70"/>
                              <a:gd name="T3" fmla="*/ 1008 h 28"/>
                              <a:gd name="T4" fmla="*/ 466 w 70"/>
                              <a:gd name="T5" fmla="*/ 1008 h 28"/>
                              <a:gd name="T6" fmla="*/ 1923 w 70"/>
                              <a:gd name="T7" fmla="*/ 252 h 28"/>
                              <a:gd name="T8" fmla="*/ 2496 w 70"/>
                              <a:gd name="T9" fmla="*/ 0 h 2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0"/>
                              <a:gd name="T16" fmla="*/ 0 h 28"/>
                              <a:gd name="T17" fmla="*/ 70 w 70"/>
                              <a:gd name="T18" fmla="*/ 28 h 28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0" h="28">
                                <a:moveTo>
                                  <a:pt x="0" y="26"/>
                                </a:moveTo>
                                <a:lnTo>
                                  <a:pt x="3" y="28"/>
                                </a:lnTo>
                                <a:lnTo>
                                  <a:pt x="13" y="28"/>
                                </a:lnTo>
                                <a:lnTo>
                                  <a:pt x="54" y="7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8025907" name="Freeform 172">
                          <a:extLst>
                            <a:ext uri="{FF2B5EF4-FFF2-40B4-BE49-F238E27FC236}">
                              <a16:creationId xmlns:a16="http://schemas.microsoft.com/office/drawing/2014/main" id="{93740AA2-B38B-0599-4AE3-010B3CB4417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69" y="1499"/>
                            <a:ext cx="120" cy="18"/>
                          </a:xfrm>
                          <a:custGeom>
                            <a:avLst/>
                            <a:gdLst>
                              <a:gd name="T0" fmla="*/ 0 w 20"/>
                              <a:gd name="T1" fmla="*/ 36 h 3"/>
                              <a:gd name="T2" fmla="*/ 144 w 20"/>
                              <a:gd name="T3" fmla="*/ 108 h 3"/>
                              <a:gd name="T4" fmla="*/ 468 w 20"/>
                              <a:gd name="T5" fmla="*/ 108 h 3"/>
                              <a:gd name="T6" fmla="*/ 720 w 20"/>
                              <a:gd name="T7" fmla="*/ 0 h 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0"/>
                              <a:gd name="T13" fmla="*/ 0 h 3"/>
                              <a:gd name="T14" fmla="*/ 20 w 20"/>
                              <a:gd name="T15" fmla="*/ 3 h 3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0" h="3">
                                <a:moveTo>
                                  <a:pt x="0" y="1"/>
                                </a:moveTo>
                                <a:lnTo>
                                  <a:pt x="4" y="3"/>
                                </a:lnTo>
                                <a:lnTo>
                                  <a:pt x="13" y="3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844365" name="Freeform 173">
                          <a:extLst>
                            <a:ext uri="{FF2B5EF4-FFF2-40B4-BE49-F238E27FC236}">
                              <a16:creationId xmlns:a16="http://schemas.microsoft.com/office/drawing/2014/main" id="{505486F4-6AD3-BC03-319A-BC1E31AFF34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38" y="1374"/>
                            <a:ext cx="138" cy="54"/>
                          </a:xfrm>
                          <a:custGeom>
                            <a:avLst/>
                            <a:gdLst>
                              <a:gd name="T0" fmla="*/ 0 w 23"/>
                              <a:gd name="T1" fmla="*/ 324 h 9"/>
                              <a:gd name="T2" fmla="*/ 360 w 23"/>
                              <a:gd name="T3" fmla="*/ 180 h 9"/>
                              <a:gd name="T4" fmla="*/ 828 w 23"/>
                              <a:gd name="T5" fmla="*/ 0 h 9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3"/>
                              <a:gd name="T10" fmla="*/ 0 h 9"/>
                              <a:gd name="T11" fmla="*/ 23 w 23"/>
                              <a:gd name="T12" fmla="*/ 9 h 9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3" h="9">
                                <a:moveTo>
                                  <a:pt x="0" y="9"/>
                                </a:moveTo>
                                <a:lnTo>
                                  <a:pt x="10" y="5"/>
                                </a:ln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0022804" name="Freeform 174">
                          <a:extLst>
                            <a:ext uri="{FF2B5EF4-FFF2-40B4-BE49-F238E27FC236}">
                              <a16:creationId xmlns:a16="http://schemas.microsoft.com/office/drawing/2014/main" id="{D02FD0D5-75FD-1536-F797-B25ABF9714C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20" y="1487"/>
                            <a:ext cx="48" cy="36"/>
                          </a:xfrm>
                          <a:custGeom>
                            <a:avLst/>
                            <a:gdLst>
                              <a:gd name="T0" fmla="*/ 0 w 8"/>
                              <a:gd name="T1" fmla="*/ 36 h 6"/>
                              <a:gd name="T2" fmla="*/ 36 w 8"/>
                              <a:gd name="T3" fmla="*/ 0 h 6"/>
                              <a:gd name="T4" fmla="*/ 288 w 8"/>
                              <a:gd name="T5" fmla="*/ 180 h 6"/>
                              <a:gd name="T6" fmla="*/ 288 w 8"/>
                              <a:gd name="T7" fmla="*/ 216 h 6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8"/>
                              <a:gd name="T13" fmla="*/ 0 h 6"/>
                              <a:gd name="T14" fmla="*/ 8 w 8"/>
                              <a:gd name="T15" fmla="*/ 6 h 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8" h="6">
                                <a:moveTo>
                                  <a:pt x="0" y="1"/>
                                </a:moveTo>
                                <a:lnTo>
                                  <a:pt x="1" y="0"/>
                                </a:lnTo>
                                <a:lnTo>
                                  <a:pt x="8" y="5"/>
                                </a:lnTo>
                                <a:lnTo>
                                  <a:pt x="8" y="6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9116106" name="Freeform 175">
                          <a:extLst>
                            <a:ext uri="{FF2B5EF4-FFF2-40B4-BE49-F238E27FC236}">
                              <a16:creationId xmlns:a16="http://schemas.microsoft.com/office/drawing/2014/main" id="{C22D1DA2-F220-08A0-F7C1-57B019A5585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2" y="1458"/>
                            <a:ext cx="120" cy="6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"/>
                              <a:gd name="T2" fmla="*/ 216 w 20"/>
                              <a:gd name="T3" fmla="*/ 106 h 11"/>
                              <a:gd name="T4" fmla="*/ 540 w 20"/>
                              <a:gd name="T5" fmla="*/ 278 h 11"/>
                              <a:gd name="T6" fmla="*/ 720 w 20"/>
                              <a:gd name="T7" fmla="*/ 384 h 1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0"/>
                              <a:gd name="T13" fmla="*/ 0 h 11"/>
                              <a:gd name="T14" fmla="*/ 20 w 20"/>
                              <a:gd name="T15" fmla="*/ 11 h 11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0" h="11">
                                <a:moveTo>
                                  <a:pt x="0" y="0"/>
                                </a:moveTo>
                                <a:lnTo>
                                  <a:pt x="6" y="3"/>
                                </a:lnTo>
                                <a:lnTo>
                                  <a:pt x="15" y="8"/>
                                </a:lnTo>
                                <a:lnTo>
                                  <a:pt x="20" y="11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016976" name="Freeform 176">
                          <a:extLst>
                            <a:ext uri="{FF2B5EF4-FFF2-40B4-BE49-F238E27FC236}">
                              <a16:creationId xmlns:a16="http://schemas.microsoft.com/office/drawing/2014/main" id="{111623C9-C0F9-878F-3BA2-ACC5E8D5899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0" y="2390"/>
                            <a:ext cx="42" cy="59"/>
                          </a:xfrm>
                          <a:custGeom>
                            <a:avLst/>
                            <a:gdLst>
                              <a:gd name="T0" fmla="*/ 216 w 7"/>
                              <a:gd name="T1" fmla="*/ 207 h 10"/>
                              <a:gd name="T2" fmla="*/ 252 w 7"/>
                              <a:gd name="T3" fmla="*/ 177 h 10"/>
                              <a:gd name="T4" fmla="*/ 252 w 7"/>
                              <a:gd name="T5" fmla="*/ 142 h 10"/>
                              <a:gd name="T6" fmla="*/ 252 w 7"/>
                              <a:gd name="T7" fmla="*/ 106 h 10"/>
                              <a:gd name="T8" fmla="*/ 252 w 7"/>
                              <a:gd name="T9" fmla="*/ 71 h 10"/>
                              <a:gd name="T10" fmla="*/ 252 w 7"/>
                              <a:gd name="T11" fmla="*/ 71 h 10"/>
                              <a:gd name="T12" fmla="*/ 252 w 7"/>
                              <a:gd name="T13" fmla="*/ 35 h 10"/>
                              <a:gd name="T14" fmla="*/ 216 w 7"/>
                              <a:gd name="T15" fmla="*/ 0 h 10"/>
                              <a:gd name="T16" fmla="*/ 216 w 7"/>
                              <a:gd name="T17" fmla="*/ 0 h 10"/>
                              <a:gd name="T18" fmla="*/ 180 w 7"/>
                              <a:gd name="T19" fmla="*/ 0 h 10"/>
                              <a:gd name="T20" fmla="*/ 144 w 7"/>
                              <a:gd name="T21" fmla="*/ 0 h 10"/>
                              <a:gd name="T22" fmla="*/ 144 w 7"/>
                              <a:gd name="T23" fmla="*/ 35 h 10"/>
                              <a:gd name="T24" fmla="*/ 108 w 7"/>
                              <a:gd name="T25" fmla="*/ 35 h 10"/>
                              <a:gd name="T26" fmla="*/ 72 w 7"/>
                              <a:gd name="T27" fmla="*/ 71 h 10"/>
                              <a:gd name="T28" fmla="*/ 72 w 7"/>
                              <a:gd name="T29" fmla="*/ 106 h 10"/>
                              <a:gd name="T30" fmla="*/ 36 w 7"/>
                              <a:gd name="T31" fmla="*/ 142 h 10"/>
                              <a:gd name="T32" fmla="*/ 36 w 7"/>
                              <a:gd name="T33" fmla="*/ 177 h 10"/>
                              <a:gd name="T34" fmla="*/ 0 w 7"/>
                              <a:gd name="T35" fmla="*/ 207 h 10"/>
                              <a:gd name="T36" fmla="*/ 0 w 7"/>
                              <a:gd name="T37" fmla="*/ 242 h 10"/>
                              <a:gd name="T38" fmla="*/ 0 w 7"/>
                              <a:gd name="T39" fmla="*/ 277 h 10"/>
                              <a:gd name="T40" fmla="*/ 0 w 7"/>
                              <a:gd name="T41" fmla="*/ 277 h 10"/>
                              <a:gd name="T42" fmla="*/ 36 w 7"/>
                              <a:gd name="T43" fmla="*/ 313 h 10"/>
                              <a:gd name="T44" fmla="*/ 36 w 7"/>
                              <a:gd name="T45" fmla="*/ 313 h 10"/>
                              <a:gd name="T46" fmla="*/ 36 w 7"/>
                              <a:gd name="T47" fmla="*/ 348 h 10"/>
                              <a:gd name="T48" fmla="*/ 72 w 7"/>
                              <a:gd name="T49" fmla="*/ 348 h 10"/>
                              <a:gd name="T50" fmla="*/ 108 w 7"/>
                              <a:gd name="T51" fmla="*/ 348 h 10"/>
                              <a:gd name="T52" fmla="*/ 108 w 7"/>
                              <a:gd name="T53" fmla="*/ 348 h 10"/>
                              <a:gd name="T54" fmla="*/ 144 w 7"/>
                              <a:gd name="T55" fmla="*/ 313 h 10"/>
                              <a:gd name="T56" fmla="*/ 180 w 7"/>
                              <a:gd name="T57" fmla="*/ 313 h 10"/>
                              <a:gd name="T58" fmla="*/ 180 w 7"/>
                              <a:gd name="T59" fmla="*/ 277 h 10"/>
                              <a:gd name="T60" fmla="*/ 216 w 7"/>
                              <a:gd name="T61" fmla="*/ 242 h 10"/>
                              <a:gd name="T62" fmla="*/ 216 w 7"/>
                              <a:gd name="T63" fmla="*/ 207 h 10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7"/>
                              <a:gd name="T97" fmla="*/ 0 h 10"/>
                              <a:gd name="T98" fmla="*/ 7 w 7"/>
                              <a:gd name="T99" fmla="*/ 10 h 10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7" h="10">
                                <a:moveTo>
                                  <a:pt x="6" y="6"/>
                                </a:moveTo>
                                <a:lnTo>
                                  <a:pt x="7" y="5"/>
                                </a:lnTo>
                                <a:lnTo>
                                  <a:pt x="7" y="4"/>
                                </a:lnTo>
                                <a:lnTo>
                                  <a:pt x="7" y="3"/>
                                </a:lnTo>
                                <a:lnTo>
                                  <a:pt x="7" y="2"/>
                                </a:lnTo>
                                <a:lnTo>
                                  <a:pt x="7" y="1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4" y="9"/>
                                </a:lnTo>
                                <a:lnTo>
                                  <a:pt x="5" y="9"/>
                                </a:lnTo>
                                <a:lnTo>
                                  <a:pt x="5" y="8"/>
                                </a:lnTo>
                                <a:lnTo>
                                  <a:pt x="6" y="7"/>
                                </a:lnTo>
                                <a:lnTo>
                                  <a:pt x="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64291054" name="Freeform 177">
                          <a:extLst>
                            <a:ext uri="{FF2B5EF4-FFF2-40B4-BE49-F238E27FC236}">
                              <a16:creationId xmlns:a16="http://schemas.microsoft.com/office/drawing/2014/main" id="{567E72D5-8488-AA1C-1F8D-302A226A1AB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0" y="2390"/>
                            <a:ext cx="42" cy="59"/>
                          </a:xfrm>
                          <a:custGeom>
                            <a:avLst/>
                            <a:gdLst>
                              <a:gd name="T0" fmla="*/ 216 w 7"/>
                              <a:gd name="T1" fmla="*/ 207 h 10"/>
                              <a:gd name="T2" fmla="*/ 252 w 7"/>
                              <a:gd name="T3" fmla="*/ 177 h 10"/>
                              <a:gd name="T4" fmla="*/ 252 w 7"/>
                              <a:gd name="T5" fmla="*/ 142 h 10"/>
                              <a:gd name="T6" fmla="*/ 252 w 7"/>
                              <a:gd name="T7" fmla="*/ 106 h 10"/>
                              <a:gd name="T8" fmla="*/ 252 w 7"/>
                              <a:gd name="T9" fmla="*/ 71 h 10"/>
                              <a:gd name="T10" fmla="*/ 252 w 7"/>
                              <a:gd name="T11" fmla="*/ 71 h 10"/>
                              <a:gd name="T12" fmla="*/ 252 w 7"/>
                              <a:gd name="T13" fmla="*/ 35 h 10"/>
                              <a:gd name="T14" fmla="*/ 216 w 7"/>
                              <a:gd name="T15" fmla="*/ 0 h 10"/>
                              <a:gd name="T16" fmla="*/ 216 w 7"/>
                              <a:gd name="T17" fmla="*/ 0 h 10"/>
                              <a:gd name="T18" fmla="*/ 180 w 7"/>
                              <a:gd name="T19" fmla="*/ 0 h 10"/>
                              <a:gd name="T20" fmla="*/ 144 w 7"/>
                              <a:gd name="T21" fmla="*/ 0 h 10"/>
                              <a:gd name="T22" fmla="*/ 144 w 7"/>
                              <a:gd name="T23" fmla="*/ 35 h 10"/>
                              <a:gd name="T24" fmla="*/ 108 w 7"/>
                              <a:gd name="T25" fmla="*/ 35 h 10"/>
                              <a:gd name="T26" fmla="*/ 72 w 7"/>
                              <a:gd name="T27" fmla="*/ 71 h 10"/>
                              <a:gd name="T28" fmla="*/ 72 w 7"/>
                              <a:gd name="T29" fmla="*/ 106 h 10"/>
                              <a:gd name="T30" fmla="*/ 36 w 7"/>
                              <a:gd name="T31" fmla="*/ 142 h 10"/>
                              <a:gd name="T32" fmla="*/ 36 w 7"/>
                              <a:gd name="T33" fmla="*/ 177 h 10"/>
                              <a:gd name="T34" fmla="*/ 0 w 7"/>
                              <a:gd name="T35" fmla="*/ 207 h 10"/>
                              <a:gd name="T36" fmla="*/ 0 w 7"/>
                              <a:gd name="T37" fmla="*/ 242 h 10"/>
                              <a:gd name="T38" fmla="*/ 0 w 7"/>
                              <a:gd name="T39" fmla="*/ 277 h 10"/>
                              <a:gd name="T40" fmla="*/ 0 w 7"/>
                              <a:gd name="T41" fmla="*/ 277 h 10"/>
                              <a:gd name="T42" fmla="*/ 36 w 7"/>
                              <a:gd name="T43" fmla="*/ 313 h 10"/>
                              <a:gd name="T44" fmla="*/ 36 w 7"/>
                              <a:gd name="T45" fmla="*/ 313 h 10"/>
                              <a:gd name="T46" fmla="*/ 36 w 7"/>
                              <a:gd name="T47" fmla="*/ 348 h 10"/>
                              <a:gd name="T48" fmla="*/ 72 w 7"/>
                              <a:gd name="T49" fmla="*/ 348 h 10"/>
                              <a:gd name="T50" fmla="*/ 108 w 7"/>
                              <a:gd name="T51" fmla="*/ 348 h 10"/>
                              <a:gd name="T52" fmla="*/ 108 w 7"/>
                              <a:gd name="T53" fmla="*/ 348 h 10"/>
                              <a:gd name="T54" fmla="*/ 144 w 7"/>
                              <a:gd name="T55" fmla="*/ 313 h 10"/>
                              <a:gd name="T56" fmla="*/ 180 w 7"/>
                              <a:gd name="T57" fmla="*/ 313 h 10"/>
                              <a:gd name="T58" fmla="*/ 180 w 7"/>
                              <a:gd name="T59" fmla="*/ 277 h 10"/>
                              <a:gd name="T60" fmla="*/ 216 w 7"/>
                              <a:gd name="T61" fmla="*/ 242 h 10"/>
                              <a:gd name="T62" fmla="*/ 216 w 7"/>
                              <a:gd name="T63" fmla="*/ 207 h 10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w 7"/>
                              <a:gd name="T97" fmla="*/ 0 h 10"/>
                              <a:gd name="T98" fmla="*/ 7 w 7"/>
                              <a:gd name="T99" fmla="*/ 10 h 10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T96" t="T97" r="T98" b="T99"/>
                            <a:pathLst>
                              <a:path w="7" h="10">
                                <a:moveTo>
                                  <a:pt x="6" y="6"/>
                                </a:moveTo>
                                <a:lnTo>
                                  <a:pt x="7" y="5"/>
                                </a:lnTo>
                                <a:lnTo>
                                  <a:pt x="7" y="4"/>
                                </a:lnTo>
                                <a:lnTo>
                                  <a:pt x="7" y="3"/>
                                </a:lnTo>
                                <a:lnTo>
                                  <a:pt x="7" y="2"/>
                                </a:lnTo>
                                <a:lnTo>
                                  <a:pt x="7" y="1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1" y="5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1" y="9"/>
                                </a:lnTo>
                                <a:lnTo>
                                  <a:pt x="1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10"/>
                                </a:lnTo>
                                <a:lnTo>
                                  <a:pt x="4" y="9"/>
                                </a:lnTo>
                                <a:lnTo>
                                  <a:pt x="5" y="9"/>
                                </a:lnTo>
                                <a:lnTo>
                                  <a:pt x="5" y="8"/>
                                </a:lnTo>
                                <a:lnTo>
                                  <a:pt x="6" y="7"/>
                                </a:lnTo>
                                <a:lnTo>
                                  <a:pt x="6" y="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1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FB965C" id="Group 23" o:spid="_x0000_s1026" style="position:absolute;margin-left:337.15pt;margin-top:6.1pt;width:124.85pt;height:197.95pt;z-index:-251661824;mso-width-relative:margin;mso-height-relative:margin" coordsize="1309,2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">
                <v:shape id="Freeform 24" o:spid="_x0000_s1027" style="position:absolute;left:126;top:1237;width:137;height:155;visibility:visible;mso-wrap-style:square;v-text-anchor:top" coordsize="23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" path="m4,26l1,24,,19,6,10,22,r1,9l11,20,4,26xe" strokeweight="1.5pt">
                  <v:path arrowok="t" o:connecttype="custom" o:connectlocs="852,5508;214,5085;0,4018;1275,2134;4646,0;4861,1920;2341,4227;852,5508" o:connectangles="0,0,0,0,0,0,0,0" textboxrect="0,0,23,26"/>
                </v:shape>
                <v:shape id="Freeform 25" o:spid="_x0000_s1028" style="position:absolute;left:126;top:1237;width:137;height:155;visibility:visible;mso-wrap-style:square;v-text-anchor:top" coordsize="23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" path="m4,26l1,24,,19,6,10,22,r1,9l11,20,4,26xe" filled="f" strokecolor="#24211d" strokeweight="1.5pt">
                  <v:path arrowok="t" o:connecttype="custom" o:connectlocs="852,5508;214,5085;0,4018;1275,2134;4646,0;4861,1920;2341,4227;852,5508" o:connectangles="0,0,0,0,0,0,0,0" textboxrect="0,0,23,26"/>
                </v:shape>
                <v:shape id="Freeform 26" o:spid="_x0000_s1029" style="position:absolute;left:156;top:1255;width:83;height:95;visibility:visible;mso-wrap-style:square;v-text-anchor:top" coordsize="1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" path="m2,16l1,13,,8,,6,1,3,5,,9,r3,l14,3,8,13,2,16xe" strokeweight="1.5pt">
                  <v:path arrowok="t" o:connecttype="custom" o:connectlocs="421,3349;213,2713;0,1692;0,1271;213,635;1055,0;1862,0;2496,0;2917,635;1654,2713;421,3349" o:connectangles="0,0,0,0,0,0,0,0,0,0,0" textboxrect="0,0,14,16"/>
                </v:shape>
                <v:shape id="Freeform 27" o:spid="_x0000_s1030" style="position:absolute;left:156;top:1255;width:83;height:95;visibility:visible;mso-wrap-style:square;v-text-anchor:top" coordsize="1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" path="m2,16l1,13,,8,,6,1,3,5,,9,r3,l14,3,8,13,2,16xe" filled="f" strokecolor="#24211d" strokeweight="1.5pt">
                  <v:path arrowok="t" o:connecttype="custom" o:connectlocs="421,3349;213,2713;0,1692;0,1271;213,635;1055,0;1862,0;2496,0;2917,635;1654,2713;421,3349" o:connectangles="0,0,0,0,0,0,0,0,0,0,0" textboxrect="0,0,14,16"/>
                </v:shape>
                <v:shape id="Freeform 28" o:spid="_x0000_s1031" style="position:absolute;left:831;top:412;width:90;height:173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" path="m,4l15,r,25l2,29,,4xe" strokeweight="1.5pt">
                  <v:path arrowok="t" o:connecttype="custom" o:connectlocs="0,853;3240,0;3240,5303;432,6156;0,853" o:connectangles="0,0,0,0,0" textboxrect="0,0,15,29"/>
                </v:shape>
                <v:shape id="Freeform 29" o:spid="_x0000_s1032" style="position:absolute;left:831;top:412;width:90;height:173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" path="m,4l15,r,25l2,29,,4xe" filled="f" strokecolor="#24211d" strokeweight="1.5pt">
                  <v:path arrowok="t" o:connecttype="custom" o:connectlocs="0,853;3240,0;3240,5303;432,6156;0,853" o:connectangles="0,0,0,0,0" textboxrect="0,0,15,29"/>
                </v:shape>
                <v:shape id="Freeform 30" o:spid="_x0000_s1033" style="position:absolute;left:867;top:956;width:233;height:591;visibility:visible;mso-wrap-style:square;v-text-anchor:top" coordsize="39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" path="m22,99l32,90,39,73,33,9,2,r8,37l11,41r1,3l12,48r,4l12,55r-1,4l11,63r-1,3l9,70,7,73,6,76,4,80,2,83,,86,22,99xe" strokeweight="1.5pt">
                  <v:path arrowok="t" o:connecttype="custom" o:connectlocs="4678,21061;6817,19139;8316,15539;7032,1922;430,0;2139,7874;2139,7874;2139,7874;2354,8734;2569,9372;2569,10226;2569,11050;2569,11689;2354,12542;2354,13402;2139,14041;1930,14894;1500,15539;1284,16178;854,17038;430,17640;0,18279;4678,21061" o:connectangles="0,0,0,0,0,0,0,0,0,0,0,0,0,0,0,0,0,0,0,0,0,0,0" textboxrect="0,0,39,99"/>
                </v:shape>
                <v:shape id="Freeform 31" o:spid="_x0000_s1034" style="position:absolute;left:867;top:956;width:233;height:591;visibility:visible;mso-wrap-style:square;v-text-anchor:top" coordsize="39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" path="m22,99l32,90,39,73,33,9,2,r8,37l11,41r1,3l12,48r,4l12,55r-1,4l11,63r-1,3l9,70,7,73,6,76,4,80,2,83,,86,22,99xe" filled="f" strokecolor="#24211d" strokeweight="1.5pt">
                  <v:path arrowok="t" o:connecttype="custom" o:connectlocs="4678,21061;6817,19139;8316,15539;7032,1922;430,0;2139,7874;2139,7874;2139,7874;2354,8734;2569,9372;2569,10226;2569,11050;2569,11689;2354,12542;2354,13402;2139,14041;1930,14894;1500,15539;1284,16178;854,17038;430,17640;0,18279;4678,21061" o:connectangles="0,0,0,0,0,0,0,0,0,0,0,0,0,0,0,0,0,0,0,0,0,0,0" textboxrect="0,0,39,99"/>
                </v:shape>
                <v:shape id="Freeform 32" o:spid="_x0000_s1035" style="position:absolute;left:837;top:585;width:346;height:974;visibility:visible;mso-wrap-style:square;v-text-anchor:top" coordsize="5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" path="m47,163r2,-4l51,155r2,-5l54,146r1,-5l56,137r1,-5l57,128r1,-5l58,119r-1,-5l57,110r,-5l56,101,55,94,53,86,52,78,50,71,48,63,46,56,43,48,41,41,38,34,35,27,33,23,27,10,,,,77,22,68r1,2l25,74r2,4l28,82r2,3l31,89r1,4l33,98r1,4l34,106r,4l35,113r,4l35,121r-1,4l34,129r-1,4l32,137r-1,3l30,144r-2,4l26,151r-2,3l47,163xe" strokeweight="1.5pt">
                  <v:path arrowok="t" o:connecttype="custom" o:connectlocs="9962,34777;10392,33923;10821,33062;11245,31993;11460,31138;11675,30098;11883,29244;12098,28174;12098,27314;12313,26244;12313,25390;12098,24314;12098,23460;12098,22390;11883,21565;11883,21565;11675,20066;11245,18351;11030,16642;10607,15142;10177,13427;9754,11963;9145,10248;8722,8748;8077,7248;7439,5748;7009,4894;7009,4894;5727,2145;0,0;0,16427;4659,14496;4659,14496;4874,14927;5303,15781;5727,16642;5942,17496;6371,18141;6586,18996;6795,19850;7009,20926;7224,21745;7224,22599;7224,23460;7224,23460;7439,24099;7439,24959;7439,25814;7224,26674;7224,27529;7009,28383;6795,29244;6586,29883;6371,30708;5942,31562;5518,32208;5089,32847;9962,34777" o:connectangles="0,0,0,0,0,0,0,0,0,0,0,0,0,0,0,0,0,0,0,0,0,0,0,0,0,0,0,0,0,0,0,0,0,0,0,0,0,0,0,0,0,0,0,0,0,0,0,0,0,0,0,0,0,0,0,0,0,0" textboxrect="0,0,58,163"/>
                </v:shape>
                <v:shape id="Freeform 33" o:spid="_x0000_s1036" style="position:absolute;left:837;top:585;width:346;height:974;visibility:visible;mso-wrap-style:square;v-text-anchor:top" coordsize="5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" path="m47,163r2,-4l51,155r2,-5l54,146r1,-5l56,137r1,-5l57,128r1,-5l58,119r-1,-5l57,110r,-5l56,101,55,94,53,86,52,78,50,71,48,63,46,56,43,48,41,41,38,34,35,27,33,23,27,10,,,,77,22,68r1,2l25,74r2,4l28,82r2,3l31,89r1,4l33,98r1,4l34,106r,4l35,113r,4l35,121r-1,4l34,129r-1,4l32,137r-1,3l30,144r-2,4l26,151r-2,3l47,163xe" filled="f" strokecolor="#24211d" strokeweight="1.5pt">
                  <v:path arrowok="t" o:connecttype="custom" o:connectlocs="9962,34777;10392,33923;10821,33062;11245,31993;11460,31138;11675,30098;11883,29244;12098,28174;12098,27314;12313,26244;12313,25390;12098,24314;12098,23460;12098,22390;11883,21565;11883,21565;11675,20066;11245,18351;11030,16642;10607,15142;10177,13427;9754,11963;9145,10248;8722,8748;8077,7248;7439,5748;7009,4894;7009,4894;5727,2145;0,0;0,16427;4659,14496;4659,14496;4874,14927;5303,15781;5727,16642;5942,17496;6371,18141;6586,18996;6795,19850;7009,20926;7224,21745;7224,22599;7224,23460;7224,23460;7439,24099;7439,24959;7439,25814;7224,26674;7224,27529;7009,28383;6795,29244;6586,29883;6371,30708;5942,31562;5518,32208;5089,32847;9962,34777" o:connectangles="0,0,0,0,0,0,0,0,0,0,0,0,0,0,0,0,0,0,0,0,0,0,0,0,0,0,0,0,0,0,0,0,0,0,0,0,0,0,0,0,0,0,0,0,0,0,0,0,0,0,0,0,0,0,0,0,0,0" textboxrect="0,0,58,163"/>
                </v:shape>
                <v:shape id="Freeform 34" o:spid="_x0000_s1037" style="position:absolute;left:604;top:2682;width:96;height:180;visibility:visible;mso-wrap-style:square;v-text-anchor:top" coordsize="1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" path="m,2l,23r13,7l16,17,16,,,2xe" strokeweight="1.5pt">
                  <v:path arrowok="t" o:connecttype="custom" o:connectlocs="0,432;0,4968;2808,6480;3456,3672;3456,0;0,432" o:connectangles="0,0,0,0,0,0" textboxrect="0,0,16,30"/>
                </v:shape>
                <v:shape id="Freeform 35" o:spid="_x0000_s1038" style="position:absolute;left:604;top:2682;width:96;height:180;visibility:visible;mso-wrap-style:square;v-text-anchor:top" coordsize="1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" path="m,2l,23r13,7l16,17,16,,,2xe" filled="f" strokecolor="#24211d" strokeweight="1.5pt">
                  <v:path arrowok="t" o:connecttype="custom" o:connectlocs="0,432;0,4968;2808,6480;3456,3672;3456,0;0,432" o:connectangles="0,0,0,0,0,0" textboxrect="0,0,16,30"/>
                </v:shape>
                <v:shape id="Freeform 36" o:spid="_x0000_s1039" style="position:absolute;top:2025;width:1309;height:837;visibility:visible;mso-wrap-style:square;v-text-anchor:top" coordsize="219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" path="m207,l130,13r-29,6l,58,,77,127,37r51,-9l114,116r,24l169,91r3,-2l175,87r2,-2l179,83r2,-3l183,78r2,-3l186,72r1,-3l188,66r1,-3l190,62r,-1l190,59r,-3l190,54r1,-3l192,49r1,-2l195,44r1,-2l198,41r1,-2l201,37r3,-1l219,29r,-20l207,xe" strokeweight="1.5pt">
                  <v:path arrowok="t" o:connecttype="custom" o:connectlocs="44195,0;27758,2786;21578,4077;0,12406;0,16441;27118,7898;38015,5967;24327,24805;24327,29917;36084,19442;36084,19442;36730,19018;37369,18587;37800,18157;38230,17726;38654,17087;39085,16656;39515,16011;39730,15371;39939,14761;40155,14121;40370,13476;40585,13260;40585,13260;40585,13045;40585,12615;40585,11975;40585,11545;40800,10899;41015,10474;41231,10044;41655,9398;41870,8974;42265,8759;42480,8328;42910,7898;43550,7682;43550,7682;46765,6182;46765,1931;44195,0" o:connectangles="0,0,0,0,0,0,0,0,0,0,0,0,0,0,0,0,0,0,0,0,0,0,0,0,0,0,0,0,0,0,0,0,0,0,0,0,0,0,0,0,0" textboxrect="0,0,219,140"/>
                </v:shape>
                <v:shape id="Freeform 37" o:spid="_x0000_s1040" style="position:absolute;top:2025;width:1309;height:837;visibility:visible;mso-wrap-style:square;v-text-anchor:top" coordsize="219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" path="m207,l130,13r-29,6l,58,,77,127,37r51,-9l114,116r,24l169,91r3,-2l175,87r2,-2l179,83r2,-3l183,78r2,-3l186,72r1,-3l188,66r1,-3l190,62r,-1l190,59r,-3l190,54r1,-3l192,49r1,-2l195,44r1,-2l198,41r1,-2l201,37r3,-1l219,29r,-20l207,xe" filled="f" strokecolor="#24211d" strokeweight="1.5pt">
                  <v:path arrowok="t" o:connecttype="custom" o:connectlocs="44195,0;27758,2786;21578,4077;0,12406;0,16441;27118,7898;38015,5967;24327,24805;24327,29917;36084,19442;36084,19442;36730,19018;37369,18587;37800,18157;38230,17726;38654,17087;39085,16656;39515,16011;39730,15371;39939,14761;40155,14121;40370,13476;40585,13260;40585,13260;40585,13045;40585,12615;40585,11975;40585,11545;40800,10899;41015,10474;41231,10044;41655,9398;41870,8974;42265,8759;42480,8328;42910,7898;43550,7682;43550,7682;46765,6182;46765,1931;44195,0" o:connectangles="0,0,0,0,0,0,0,0,0,0,0,0,0,0,0,0,0,0,0,0,0,0,0,0,0,0,0,0,0,0,0,0,0,0,0,0,0,0,0,0,0" textboxrect="0,0,219,140"/>
                </v:shape>
                <v:shape id="Freeform 38" o:spid="_x0000_s1041" style="position:absolute;left:1082;top:1959;width:203;height:168;visibility:visible;mso-wrap-style:square;v-text-anchor:top" coordsize="3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" path="m34,10l14,,2,4,,28r6,l31,15r3,-5xe" strokeweight="1.5pt">
                  <v:path arrowok="t" o:connecttype="custom" o:connectlocs="7236,2160;2997,0;430,864;0,6048;1284,6048;6598,3240;7236,2160" o:connectangles="0,0,0,0,0,0,0" textboxrect="0,0,34,28"/>
                </v:shape>
                <v:shape id="Freeform 39" o:spid="_x0000_s1042" style="position:absolute;left:1082;top:1959;width:203;height:168;visibility:visible;mso-wrap-style:square;v-text-anchor:top" coordsize="3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" path="m34,10l14,,2,4,,28r6,l31,15r3,-5xe" filled="f" strokecolor="#24211d" strokeweight="1.5pt">
                  <v:path arrowok="t" o:connecttype="custom" o:connectlocs="7236,2160;2997,0;430,864;0,6048;1284,6048;6598,3240;7236,2160" o:connectangles="0,0,0,0,0,0,0" textboxrect="0,0,34,28"/>
                </v:shape>
                <v:shape id="Freeform 40" o:spid="_x0000_s1043" style="position:absolute;left:747;top:2079;width:138;height:215;visibility:visible;mso-wrap-style:square;v-text-anchor:top" coordsize="2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" path="m,5l,32r1,1l4,34r3,2l12,36r4,l20,34r3,-2l23,31,23,,,5xe" strokeweight="1.5pt">
                  <v:path arrowok="t" o:connecttype="custom" o:connectlocs="0,1069;0,6814;216,7029;864,7238;1512,7668;2592,7668;3456,7668;4320,7238;4320,7238;4968,6814;4968,6599;4968,0;0,1069" o:connectangles="0,0,0,0,0,0,0,0,0,0,0,0,0" textboxrect="0,0,23,36"/>
                </v:shape>
                <v:shape id="Freeform 41" o:spid="_x0000_s1044" style="position:absolute;left:747;top:2079;width:138;height:215;visibility:visible;mso-wrap-style:square;v-text-anchor:top" coordsize="2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" path="m,5l,32r1,1l4,34r3,2l12,36r4,l20,34r3,-2l23,31,23,,,5xe" filled="f" strokecolor="#24211d" strokeweight="1.5pt">
                  <v:path arrowok="t" o:connecttype="custom" o:connectlocs="0,1069;0,6814;216,7029;864,7238;1512,7668;2592,7668;3456,7668;4320,7238;4320,7238;4968,6814;4968,6599;4968,0;0,1069" o:connectangles="0,0,0,0,0,0,0,0,0,0,0,0,0" textboxrect="0,0,23,36"/>
                </v:shape>
                <v:shape id="Freeform 42" o:spid="_x0000_s1045" style="position:absolute;left:646;top:2169;width:173;height:131;visibility:visible;mso-wrap-style:square;v-text-anchor:top" coordsize="2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" path="m2,22l27,10,28,8,29,5,28,4r,-1l27,2,26,,23,,21,,14,4,,10,2,22xe" strokeweight="1.5pt">
                  <v:path arrowok="t" o:connecttype="custom" o:connectlocs="430,4645;5727,2126;5942,1703;6156,1066;5942,851;5942,637;5727,423;5518,0;4874,0;4450,0;2989,851;0,2126;430,4645" o:connectangles="0,0,0,0,0,0,0,0,0,0,0,0,0" textboxrect="0,0,29,22"/>
                </v:shape>
                <v:shape id="Freeform 43" o:spid="_x0000_s1046" style="position:absolute;left:646;top:2169;width:173;height:131;visibility:visible;mso-wrap-style:square;v-text-anchor:top" coordsize="2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" path="m2,22l27,10,28,8,29,5,28,4r,-1l27,2,26,,23,,21,,14,4,,10,2,22xe" filled="f" strokecolor="#24211d" strokeweight="1.5pt">
                  <v:path arrowok="t" o:connecttype="custom" o:connectlocs="430,4645;5727,2126;5942,1703;6156,1066;5942,851;5942,637;5727,423;5518,0;4874,0;4450,0;2989,851;0,2126;430,4645" o:connectangles="0,0,0,0,0,0,0,0,0,0,0,0,0" textboxrect="0,0,29,22"/>
                </v:shape>
                <v:shape id="Freeform 44" o:spid="_x0000_s1047" style="position:absolute;left:269;top:2228;width:120;height:114;visibility:visible;mso-wrap-style:square;v-text-anchor:top" coordsize="2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" path="m6,19l3,18,1,17,,15,,12,1,9,4,7,6,5,12,3,20,,19,17,6,19xe" strokeweight="1.5pt">
                  <v:path arrowok="t" o:connecttype="custom" o:connectlocs="1296,4104;648,3888;216,3672;0,3240;0,2592;216,1944;864,1512;1296,1080;2592,648;4320,0;4104,3672;1296,4104" o:connectangles="0,0,0,0,0,0,0,0,0,0,0,0" textboxrect="0,0,20,19"/>
                </v:shape>
                <v:shape id="Freeform 45" o:spid="_x0000_s1048" style="position:absolute;left:269;top:2228;width:120;height:114;visibility:visible;mso-wrap-style:square;v-text-anchor:top" coordsize="2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" path="m6,19l3,18,1,17,,15,,12,1,9,4,7,6,5,12,3,20,,19,17,6,19xe" filled="f" strokecolor="#24211d" strokeweight="1.5pt">
                  <v:path arrowok="t" o:connecttype="custom" o:connectlocs="1296,4104;648,3888;216,3672;0,3240;0,2592;216,1944;864,1512;1296,1080;2592,648;4320,0;4104,3672;1296,4104" o:connectangles="0,0,0,0,0,0,0,0,0,0,0,0" textboxrect="0,0,20,19"/>
                </v:shape>
                <v:shape id="Freeform 46" o:spid="_x0000_s1049" style="position:absolute;left:413;top:2133;width:269;height:454;visibility:visible;mso-wrap-style:square;v-text-anchor:top" coordsize="4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" path="m16,r8,1l26,2r2,1l30,3r2,2l34,6r1,1l37,9r2,2l40,13r1,2l42,18r1,2l43,23r1,2l44,28r1,3l45,34r-1,2l44,39r-1,3l43,45r-1,3l41,51r-1,2l38,56r-1,2l35,61r-1,2l32,65r-2,2l28,69r-2,1l24,72r-2,1l19,74r-2,1l15,75r-2,1l10,76r-2,l6,75r-2,l2,74,,73,16,xe" strokeweight="1.5pt">
                  <v:path arrowok="t" o:connecttype="custom" o:connectlocs="3431,0;5111,215;5541,430;5966,645;6396,645;6827,1069;7251,1284;7466,1499;7897,1930;8327,2354;8542,2784;8757,3214;8967,3853;9182,4247;9182,4886;9397,5317;9397,5962;9612,6601;9612,7246;9397,7670;9397,8315;9182,8955;9182,9600;8967,10239;8757,10884;8542,11314;8112,11953;7897,12348;7466,12987;7251,13417;6827,13847;6396,14271;5966,14701;5541,14916;5111,15346;4716,15561;4071,15771;3646,15986;3216,15986;2786,16201;2146,16201;1716,16201;1285,15986;855,15986;430,15771;0,15561;3431,0" o:connectangles="0,0,0,0,0,0,0,0,0,0,0,0,0,0,0,0,0,0,0,0,0,0,0,0,0,0,0,0,0,0,0,0,0,0,0,0,0,0,0,0,0,0,0,0,0,0,0" textboxrect="0,0,45,76"/>
                </v:shape>
                <v:shape id="Freeform 47" o:spid="_x0000_s1050" style="position:absolute;left:413;top:2133;width:269;height:454;visibility:visible;mso-wrap-style:square;v-text-anchor:top" coordsize="4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" path="m16,r8,1l26,2r2,1l30,3r2,2l34,6r1,1l37,9r2,2l40,13r1,2l42,18r1,2l43,23r1,2l44,28r1,3l45,34r-1,2l44,39r-1,3l43,45r-1,3l41,51r-1,2l38,56r-1,2l35,61r-1,2l32,65r-2,2l28,69r-2,1l24,72r-2,1l19,74r-2,1l15,75r-2,1l10,76r-2,l6,75r-2,l2,74,,73,16,xe" filled="f" strokecolor="#24211d" strokeweight="1.5pt">
                  <v:path arrowok="t" o:connecttype="custom" o:connectlocs="3431,0;5111,215;5541,430;5966,645;6396,645;6827,1069;7251,1284;7466,1499;7897,1930;8327,2354;8542,2784;8757,3214;8967,3853;9182,4247;9182,4886;9397,5317;9397,5962;9612,6601;9612,7246;9397,7670;9397,8315;9182,8955;9182,9600;8967,10239;8757,10884;8542,11314;8112,11953;7897,12348;7466,12987;7251,13417;6827,13847;6396,14271;5966,14701;5541,14916;5111,15346;4716,15561;4071,15771;3646,15986;3216,15986;2786,16201;2146,16201;1716,16201;1285,15986;855,15986;430,15771;0,15561;3431,0" o:connectangles="0,0,0,0,0,0,0,0,0,0,0,0,0,0,0,0,0,0,0,0,0,0,0,0,0,0,0,0,0,0,0,0,0,0,0,0,0,0,0,0,0,0,0,0,0,0,0" textboxrect="0,0,45,76"/>
                </v:shape>
                <v:shape id="Freeform 48" o:spid="_x0000_s1051" style="position:absolute;left:287;top:2133;width:359;height:448;visibility:visible;mso-wrap-style:square;v-text-anchor:top" coordsize="6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" path="m58,42r1,-3l59,36r1,-3l60,31r,-3l59,25r,-3l58,20,57,17,56,15,55,13,54,11,53,9,51,7,49,5,48,4,46,3,44,2,42,1,40,,37,,35,,33,,31,,29,1r-3,l24,2,22,3,20,5,18,6,16,8r-2,2l12,12r-2,2l8,16,7,18,5,21,4,24,3,26,2,29,1,32r,3l,38r,2l,43r,3l,49r1,2l1,54r1,3l3,59r1,2l5,63r2,2l8,67r2,2l12,70r1,1l15,73r2,l19,74r3,1l24,75r2,l28,75r3,-1l33,73r2,l37,72r3,-2l42,69r2,-2l46,65r2,-2l49,61r2,-2l52,57r2,-3l55,52r1,-3l57,46r1,-3l58,42xe" strokeweight="1.5pt">
                  <v:path arrowok="t" o:connecttype="custom" o:connectlocs="12637,8315;12852,7031;12852,5961;12637,4677;12206,3638;11781,2784;11350,1929;10489,1069;9843,645;8987,215;7910,0;7054,0;6229,215;5158,430;4296,1069;3434,1714;2579,2569;1717,3423;1077,4462;646,5531;215,6816;0,8100;0,9169;0,10453;215,11523;646,12562;1077,13416;1717,14270;2579,14915;3225,15555;4081,15770;5158,15985;6013,15985;7054,15555;7910,15345;8987,14700;9843,13846;10489,12986;11135,12132;11781,11098;12206,9814;12421,8954" o:connectangles="0,0,0,0,0,0,0,0,0,0,0,0,0,0,0,0,0,0,0,0,0,0,0,0,0,0,0,0,0,0,0,0,0,0,0,0,0,0,0,0,0,0" textboxrect="0,0,60,75"/>
                </v:shape>
                <v:shape id="Freeform 49" o:spid="_x0000_s1052" style="position:absolute;left:287;top:2133;width:359;height:448;visibility:visible;mso-wrap-style:square;v-text-anchor:top" coordsize="6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" path="m58,42r1,-3l59,36r1,-3l60,31r,-3l59,25r,-3l58,20,57,17,56,15,55,13,54,11,53,9,51,7,49,5,48,4,46,3,44,2,42,1,40,,37,,35,,33,,31,,29,1r-3,l24,2,22,3,20,5,18,6,16,8r-2,2l12,12r-2,2l8,16,7,18,5,21,4,24,3,26,2,29,1,32r,3l,38r,2l,43r,3l,49r1,2l1,54r1,3l3,59r1,2l5,63r2,2l8,67r2,2l12,70r1,1l15,73r2,l19,74r3,1l24,75r2,l28,75r3,-1l33,73r2,l37,72r3,-2l42,69r2,-2l46,65r2,-2l49,61r2,-2l52,57r2,-3l55,52r1,-3l57,46r1,-3l58,42xe" filled="f" strokecolor="#24211d" strokeweight="1.5pt">
                  <v:path arrowok="t" o:connecttype="custom" o:connectlocs="12637,8315;12852,7031;12852,5961;12637,4677;12206,3638;11781,2784;11350,1929;10489,1069;9843,645;8987,215;7910,0;7054,0;6229,215;5158,430;4296,1069;3434,1714;2579,2569;1717,3423;1077,4462;646,5531;215,6816;0,8100;0,9169;0,10453;215,11523;646,12562;1077,13416;1717,14270;2579,14915;3225,15555;4081,15770;5158,15985;6013,15985;7054,15555;7910,15345;8987,14700;9843,13846;10489,12986;11135,12132;11781,11098;12206,9814;12421,8954" o:connectangles="0,0,0,0,0,0,0,0,0,0,0,0,0,0,0,0,0,0,0,0,0,0,0,0,0,0,0,0,0,0,0,0,0,0,0,0,0,0,0,0,0,0" textboxrect="0,0,60,75"/>
                </v:shape>
                <v:shape id="Freeform 50" o:spid="_x0000_s1053" style="position:absolute;left:305;top:2151;width:323;height:406;visibility:visible;mso-wrap-style:square;v-text-anchor:top" coordsize="5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" path="m53,38r,-2l53,33r1,-3l54,28,53,25r,-3l53,20,52,18,51,15,50,13,49,11,48,9,46,7,45,6,43,5,41,3,40,2r-2,l36,1r-2,l32,,29,1r-2,l25,1,23,2,21,3,19,4,17,5,15,7,13,9r-2,2l9,13,8,15,6,17,5,19,4,22,3,24,2,27,1,30r,2l,35r,3l,40r,3l,46r1,2l2,51r,2l3,55r1,2l6,59r1,2l9,63r1,1l12,65r2,1l16,67r2,l20,68r2,l24,68r2,l28,67r3,-1l33,66r2,-1l37,63r2,-1l41,60r1,-2l44,56r2,-2l47,52r1,-3l50,47r1,-3l52,42r,-3l53,38xe" strokeweight="1.5pt">
                  <v:path arrowok="t" o:connecttype="custom" o:connectlocs="11341,7666;11556,6383;11341,5314;11341,4245;10910,3206;10486,2352;9840,1499;9194,1069;8554,430;7692,215;6831,0;5796,215;4935,430;4079,854;3218,1499;2363,2352;1717,3206;1071,4030;646,5099;215,6383;0,7451;0,8520;0,9804;431,10872;646,11690;1286,12550;1932,13404;2578,13834;3433,14258;4295,14473;5150,14473;5976,14258;7046,14043;7908,13404;8763,12759;9409,11905;10055,11052;10695,10019;11126,8950;11341,8090" o:connectangles="0,0,0,0,0,0,0,0,0,0,0,0,0,0,0,0,0,0,0,0,0,0,0,0,0,0,0,0,0,0,0,0,0,0,0,0,0,0,0,0" textboxrect="0,0,54,68"/>
                </v:shape>
                <v:shape id="Freeform 51" o:spid="_x0000_s1054" style="position:absolute;left:305;top:2151;width:323;height:406;visibility:visible;mso-wrap-style:square;v-text-anchor:top" coordsize="5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" path="m53,38r,-2l53,33r1,-3l54,28,53,25r,-3l53,20,52,18,51,15,50,13,49,11,48,9,46,7,45,6,43,5,41,3,40,2r-2,l36,1r-2,l32,,29,1r-2,l25,1,23,2,21,3,19,4,17,5,15,7,13,9r-2,2l9,13,8,15,6,17,5,19,4,22,3,24,2,27,1,30r,2l,35r,3l,40r,3l,46r1,2l2,51r,2l3,55r1,2l6,59r1,2l9,63r1,1l12,65r2,1l16,67r2,l20,68r2,l24,68r2,l28,67r3,-1l33,66r2,-1l37,63r2,-1l41,60r1,-2l44,56r2,-2l47,52r1,-3l50,47r1,-3l52,42r,-3l53,38xe" filled="f" strokecolor="#24211d" strokeweight="1.5pt">
                  <v:path arrowok="t" o:connecttype="custom" o:connectlocs="11341,7666;11556,6383;11341,5314;11341,4245;10910,3206;10486,2352;9840,1499;9194,1069;8554,430;7692,215;6831,0;5796,215;4935,430;4079,854;3218,1499;2363,2352;1717,3206;1071,4030;646,5099;215,6383;0,7451;0,8520;0,9804;431,10872;646,11690;1286,12550;1932,13404;2578,13834;3433,14258;4295,14473;5150,14473;5976,14258;7046,14043;7908,13404;8763,12759;9409,11905;10055,11052;10695,10019;11126,8950;11341,8090" o:connectangles="0,0,0,0,0,0,0,0,0,0,0,0,0,0,0,0,0,0,0,0,0,0,0,0,0,0,0,0,0,0,0,0,0,0,0,0,0,0,0,0" textboxrect="0,0,54,68"/>
                </v:shape>
                <v:shape id="Freeform 52" o:spid="_x0000_s1055" style="position:absolute;left:604;top:2169;width:161;height:304;visibility:visible;mso-wrap-style:square;v-text-anchor:top" coordsize="2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" path="m2,l6,r9,3l19,5r4,3l24,10r3,6l27,27r-3,7l19,42r-5,5l13,48,9,51r-4,l2,50,,47,,43,1,41,3,37,6,33,9,32r3,-4l15,26r2,-4l17,20,16,17r-1,l14,15r-3,l10,11,9,9,7,7,7,5,5,3,4,1,2,xe" strokeweight="1.5pt">
                  <v:path arrowok="t" o:connecttype="custom" o:connectlocs="429,0;1282,0;3166,638;4019,1067;4872,1705;5086,2134;5724,3374;5724,5722;5086,7213;4019,8882;2952,9949;2773,10163;1920,10801;1067,10801;429,10586;0,9949;0,9096;215,8667;638,7850;1282,6998;1920,6789;2558,5931;3166,5508;3590,4655;3590,4226;3375,3588;3166,3588;2952,3165;2349,3165;2135,2343;1920,1919;1491,1490;1491,1067;1067,638;853,215;429,0" o:connectangles="0,0,0,0,0,0,0,0,0,0,0,0,0,0,0,0,0,0,0,0,0,0,0,0,0,0,0,0,0,0,0,0,0,0,0,0" textboxrect="0,0,27,51"/>
                </v:shape>
                <v:shape id="Freeform 53" o:spid="_x0000_s1056" style="position:absolute;left:604;top:2169;width:161;height:304;visibility:visible;mso-wrap-style:square;v-text-anchor:top" coordsize="2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" path="m2,l6,r9,3l19,5r4,3l24,10r3,6l27,27r-3,7l19,42r-5,5l13,48,9,51r-4,l2,50,,47,,43,1,41,3,37,6,33,9,32r3,-4l15,26r2,-4l17,20,16,17r-1,l14,15r-3,l10,11,9,9,7,7,7,5,5,3,4,1,2,xe" filled="f" strokecolor="#24211d" strokeweight="1.5pt">
                  <v:path arrowok="t" o:connecttype="custom" o:connectlocs="429,0;1282,0;3166,638;4019,1067;4872,1705;5086,2134;5724,3374;5724,5722;5086,7213;4019,8882;2952,9949;2773,10163;1920,10801;1067,10801;429,10586;0,9949;0,9096;215,8667;638,7850;1282,6998;1920,6789;2558,5931;3166,5508;3590,4655;3590,4226;3375,3588;3166,3588;2952,3165;2349,3165;2135,2343;1920,1919;1491,1490;1491,1067;1067,638;853,215;429,0" o:connectangles="0,0,0,0,0,0,0,0,0,0,0,0,0,0,0,0,0,0,0,0,0,0,0,0,0,0,0,0,0,0,0,0,0,0,0,0" textboxrect="0,0,27,51"/>
                </v:shape>
                <v:shape id="Freeform 54" o:spid="_x0000_s1057" style="position:absolute;left:646;top:1726;width:161;height:407;visibility:visible;mso-wrap-style:square;v-text-anchor:top" coordsize="2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" path="m22,68l,58,,1,27,,22,68xe" strokeweight="1.5pt">
                  <v:path arrowok="t" o:connecttype="custom" o:connectlocs="4657,14580;0,12431;0,215;5724,0;4657,14580" o:connectangles="0,0,0,0,0" textboxrect="0,0,27,68"/>
                </v:shape>
                <v:shape id="Freeform 55" o:spid="_x0000_s1058" style="position:absolute;left:646;top:1726;width:161;height:407;visibility:visible;mso-wrap-style:square;v-text-anchor:top" coordsize="2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" path="m22,68l,58,,1,27,,22,68xe" filled="f" strokecolor="#24211d" strokeweight="1.5pt">
                  <v:path arrowok="t" o:connecttype="custom" o:connectlocs="4657,14580;0,12431;0,215;5724,0;4657,14580" o:connectangles="0,0,0,0,0" textboxrect="0,0,27,68"/>
                </v:shape>
                <v:shape id="Freeform 56" o:spid="_x0000_s1059" style="position:absolute;left:604;top:1673;width:705;height:1063;visibility:visible;mso-wrap-style:square;v-text-anchor:top" coordsize="118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" path="m85,r,62l85,63r1,3l87,67r1,l89,68r1,l93,67r1,l114,58r4,10l96,76r-1,1l93,78r-1,1l91,80r-2,2l89,83r-1,2l88,87r-1,1l87,91r,3l87,97r-1,3l86,103r-1,2l83,108r-1,3l80,113r-1,3l77,118r-2,2l13,178,,170,52,111r2,-2l55,107r1,-3l57,102r1,-3l59,96r,-3l59,91r,-3l59,85r,-2l58,80,57,77,56,75,55,72,53,70r,-1l39,77,38,13,85,xe" strokeweight="1.5pt">
                  <v:path arrowok="t" o:connecttype="custom" o:connectlocs="18133,13198;18133,13407;18563,14267;18987,14482;19848,14267;20063,14267;25165,14482;20487,16190;19848,16620;19417,17050;18987,17689;18778,18543;18563,18758;18563,20006;18348,21290;18133,22359;17494,23643;16848,24718;15994,25572;2784,37910;11101,23643;11531,23219;11955,22150;12385,21075;12600,19791;12600,18758;12600,17689;12170,16405;11746,15336;11316,14691;8317,16405;18133,0" o:connectangles="0,0,0,0,0,0,0,0,0,0,0,0,0,0,0,0,0,0,0,0,0,0,0,0,0,0,0,0,0,0,0,0" textboxrect="0,0,118,178"/>
                </v:shape>
                <v:shape id="Freeform 57" o:spid="_x0000_s1060" style="position:absolute;left:604;top:1673;width:705;height:1063;visibility:visible;mso-wrap-style:square;v-text-anchor:top" coordsize="118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" path="m85,r,62l85,63r1,3l87,67r1,l89,68r1,l93,67r1,l114,58r4,10l96,76r-1,1l93,78r-1,1l91,80r-2,2l89,83r-1,2l88,87r-1,1l87,91r,3l87,97r-1,3l86,103r-1,2l83,108r-1,3l80,113r-1,3l77,118r-2,2l13,178,,170,52,111r2,-2l55,107r1,-3l57,102r1,-3l59,96r,-3l59,91r,-3l59,85r,-2l58,80,57,77,56,75,55,72,53,70r,-1l39,77,38,13,85,xe" filled="f" strokecolor="#24211d" strokeweight="1.5pt">
                  <v:path arrowok="t" o:connecttype="custom" o:connectlocs="18133,13198;18133,13407;18563,14267;18987,14482;19848,14267;20063,14267;25165,14482;20487,16190;19848,16620;19417,17050;18987,17689;18778,18543;18563,18758;18563,20006;18348,21290;18133,22359;17494,23643;16848,24718;15994,25572;2784,37910;11101,23643;11531,23219;11955,22150;12385,21075;12600,19791;12600,18758;12600,17689;12170,16405;11746,15336;11316,14691;8317,16405;18133,0" o:connectangles="0,0,0,0,0,0,0,0,0,0,0,0,0,0,0,0,0,0,0,0,0,0,0,0,0,0,0,0,0,0,0,0" textboxrect="0,0,118,178"/>
                </v:shape>
                <v:shape id="Freeform 58" o:spid="_x0000_s1061" style="position:absolute;left:670;top:1738;width:167;height:395;visibility:visible;mso-wrap-style:square;v-text-anchor:top" coordsize="28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" path="m,12l3,,28,r,66l18,66r,-32l18,32,17,30,16,28,15,27,13,25,12,23,10,22,9,21,7,20,5,19,3,18r-1,l,12xe" strokeweight="1.5pt">
                  <v:path arrowok="t" o:connecttype="custom" o:connectlocs="0,2579;638,0;5940,0;5940,14148;3805,14148;3805,7272;3805,7272;3805,6877;3591,6446;3382,6015;3167,5805;2773,5374;2559,4943;2135,4728;1921,4513;1497,4297;1068,4082;638,3866;429,3866;0,2579" o:connectangles="0,0,0,0,0,0,0,0,0,0,0,0,0,0,0,0,0,0,0,0" textboxrect="0,0,28,66"/>
                </v:shape>
                <v:shape id="Freeform 59" o:spid="_x0000_s1062" style="position:absolute;left:670;top:1738;width:167;height:395;visibility:visible;mso-wrap-style:square;v-text-anchor:top" coordsize="28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" path="m,12l3,,28,r,66l18,66r,-32l18,32,17,30,16,28,15,27,13,25,12,23,10,22,9,21,7,20,5,19,3,18r-1,l,12xe" filled="f" strokecolor="#24211d" strokeweight="1.5pt">
                  <v:path arrowok="t" o:connecttype="custom" o:connectlocs="0,2579;638,0;5940,0;5940,14148;3805,14148;3805,7272;3805,7272;3805,6877;3591,6446;3382,6015;3167,5805;2773,5374;2559,4943;2135,4728;1921,4513;1497,4297;1068,4082;638,3866;429,3866;0,2579" o:connectangles="0,0,0,0,0,0,0,0,0,0,0,0,0,0,0,0,0,0,0,0" textboxrect="0,0,28,66"/>
                </v:shape>
                <v:shape id="Freeform 60" o:spid="_x0000_s1063" style="position:absolute;left:222;top:1828;width:472;height:221;visibility:visible;mso-wrap-style:square;v-text-anchor:top" coordsize="79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" path="m,19l,6,79,r,23l78,24r-3,2l72,28r-4,2l65,32r-3,1l58,34r-3,1l51,36r-3,1l44,37r-4,l37,37r-4,l30,36,26,35,23,34,19,33,16,32,12,30,9,28,6,26,3,24,,22,,19xe" strokeweight="1.5pt">
                  <v:path arrowok="t" o:connecttype="custom" o:connectlocs="0,4032;0,1284;16849,0;16849,4886;16849,4886;16634,5101;15994,5531;15349,5955;14495,6385;13849,6815;13210,7030;12386,7245;11746,7454;10886,7669;10247,7884;9386,7884;8532,7884;7887,7884;7032,7884;6387,7669;5533,7454;4893,7245;4069,7030;3429,6815;2569,6385;1930,5955;1285,5531;645,5101;0,4671;0,4032" o:connectangles="0,0,0,0,0,0,0,0,0,0,0,0,0,0,0,0,0,0,0,0,0,0,0,0,0,0,0,0,0,0" textboxrect="0,0,79,37"/>
                </v:shape>
                <v:shape id="Freeform 61" o:spid="_x0000_s1064" style="position:absolute;left:222;top:1828;width:472;height:221;visibility:visible;mso-wrap-style:square;v-text-anchor:top" coordsize="79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" path="m,19l,6,79,r,23l78,24r-3,2l72,28r-4,2l65,32r-3,1l58,34r-3,1l51,36r-3,1l44,37r-4,l37,37r-4,l30,36,26,35,23,34,19,33,16,32,12,30,9,28,6,26,3,24,,22,,19xe" filled="f" strokecolor="#24211d" strokeweight="1.5pt">
                  <v:path arrowok="t" o:connecttype="custom" o:connectlocs="0,4032;0,1284;16849,0;16849,4886;16849,4886;16634,5101;15994,5531;15349,5955;14495,6385;13849,6815;13210,7030;12386,7245;11746,7454;10886,7669;10247,7884;9386,7884;8532,7884;7887,7884;7032,7884;6387,7669;5533,7454;4893,7245;4069,7030;3429,6815;2569,6385;1930,5955;1285,5531;645,5101;0,4671;0,4032" o:connectangles="0,0,0,0,0,0,0,0,0,0,0,0,0,0,0,0,0,0,0,0,0,0,0,0,0,0,0,0,0,0" textboxrect="0,0,79,37"/>
                </v:shape>
                <v:shape id="Freeform 62" o:spid="_x0000_s1065" style="position:absolute;left:239;top:1882;width:66;height:137;visibility:visible;mso-wrap-style:square;v-text-anchor:top" coordsize="1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" path="m2,l,3,,22r2,1l4,23r3,l11,23,11,5,2,xe" strokeweight="1.5pt">
                  <v:path arrowok="t" o:connecttype="custom" o:connectlocs="432,0;0,637;0,4646;432,4861;864,4861;1512,4861;2376,4861;2376,1066;432,0" o:connectangles="0,0,0,0,0,0,0,0,0" textboxrect="0,0,11,23"/>
                </v:shape>
                <v:shape id="Freeform 63" o:spid="_x0000_s1066" style="position:absolute;left:239;top:1882;width:66;height:137;visibility:visible;mso-wrap-style:square;v-text-anchor:top" coordsize="1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" path="m2,l,3,,22r2,1l4,23r3,l11,23,11,5,2,xe" filled="f" strokecolor="#24211d" strokeweight="1.5pt">
                  <v:path arrowok="t" o:connecttype="custom" o:connectlocs="432,0;0,637;0,4646;432,4861;864,4861;1512,4861;2376,4861;2376,1066;432,0" o:connectangles="0,0,0,0,0,0,0,0,0" textboxrect="0,0,11,23"/>
                </v:shape>
                <v:shape id="Freeform 64" o:spid="_x0000_s1067" style="position:absolute;left:186;top:1756;width:531;height:168;visibility:visible;mso-wrap-style:square;v-text-anchor:top" coordsize="89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" path="m89,1l,,,12r4,3l7,17r4,2l14,21r4,1l22,24r4,1l30,26r4,1l38,27r4,1l46,28r4,l54,27r4,l63,26r3,-1l70,24r4,-1l78,21r4,-2l85,17r4,-2l89,1xe" strokeweight="1.5pt">
                  <v:path arrowok="t" o:connecttype="custom" o:connectlocs="18901,216;0,0;0,2592;0,2592;853,3240;1498,3672;2351,4104;2989,4536;3806,4752;4666,5184;5519,5400;6372,5616;7225,5832;8078,5832;8938,6048;9755,6048;10608,6048;11461,5832;12314,5832;13382,5616;14027,5400;14880,5184;15733,4968;16550,4536;17410,4104;18048,3672;18901,3240;18901,216" o:connectangles="0,0,0,0,0,0,0,0,0,0,0,0,0,0,0,0,0,0,0,0,0,0,0,0,0,0,0,0" textboxrect="0,0,89,28"/>
                </v:shape>
                <v:shape id="Freeform 65" o:spid="_x0000_s1068" style="position:absolute;left:186;top:1756;width:531;height:168;visibility:visible;mso-wrap-style:square;v-text-anchor:top" coordsize="89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" path="m89,1l,,,12r4,3l7,17r4,2l14,21r4,1l22,24r4,1l30,26r4,1l38,27r4,1l46,28r4,l54,27r4,l63,26r3,-1l70,24r4,-1l78,21r4,-2l85,17r4,-2l89,1xe" filled="f" strokecolor="#24211d" strokeweight="1.5pt">
                  <v:path arrowok="t" o:connecttype="custom" o:connectlocs="18901,216;0,0;0,2592;0,2592;853,3240;1498,3672;2351,4104;2989,4536;3806,4752;4666,5184;5519,5400;6372,5616;7225,5832;8078,5832;8938,6048;9755,6048;10608,6048;11461,5832;12314,5832;13382,5616;14027,5400;14880,5184;15733,4968;16550,4536;17410,4104;18048,3672;18901,3240;18901,216" o:connectangles="0,0,0,0,0,0,0,0,0,0,0,0,0,0,0,0,0,0,0,0,0,0,0,0,0,0,0,0" textboxrect="0,0,89,28"/>
                </v:shape>
                <v:shape id="Freeform 66" o:spid="_x0000_s1069" style="position:absolute;left:186;top:1840;width:71;height:4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" path="m1,8l1,6,,5,1,2,3,1,8,r2,1l12,3,10,6,8,7,4,8,1,8xe" strokeweight="1.5pt">
                  <v:path arrowok="t" o:connecttype="custom" o:connectlocs="213,1728;213,1296;0,1080;213,432;633,216;1645,0;2065,216;2485,648;2065,1296;1645,1512;840,1728;213,1728" o:connectangles="0,0,0,0,0,0,0,0,0,0,0,0" textboxrect="0,0,12,8"/>
                </v:shape>
                <v:shape id="Freeform 67" o:spid="_x0000_s1070" style="position:absolute;left:186;top:1840;width:71;height:4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" path="m1,8l1,6,,5,1,2,3,1,8,r2,1l12,3,10,6,8,7,4,8,1,8xe" filled="f" strokecolor="#24211d" strokeweight="1.5pt">
                  <v:path arrowok="t" o:connecttype="custom" o:connectlocs="213,1728;213,1296;0,1080;213,432;633,216;1645,0;2065,216;2485,648;2065,1296;1645,1512;840,1728;213,1728" o:connectangles="0,0,0,0,0,0,0,0,0,0,0,0" textboxrect="0,0,12,8"/>
                </v:shape>
                <v:line id="Line 68" o:spid="_x0000_s1071" style="position:absolute;visibility:visible;mso-wrap-style:square;v-text-anchor:top" from="455,1864" to="455,1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" strokecolor="#24211d" strokeweight="1.5pt"/>
                <v:shape id="Freeform 69" o:spid="_x0000_s1072" style="position:absolute;left:204;top:1499;width:561;height:233;visibility:visible;mso-wrap-style:square;v-text-anchor:top" coordsize="9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" path="m,5l66,39,93,28r1,-3l16,,,2,,5xe" strokeweight="1.5pt">
                  <v:path arrowok="t" o:connecttype="custom" o:connectlocs="0,1069;14031,8316;19766,5962;19981,5317;3384,0;0,430;0,1069" o:connectangles="0,0,0,0,0,0,0" textboxrect="0,0,94,39"/>
                </v:shape>
                <v:shape id="Freeform 70" o:spid="_x0000_s1073" style="position:absolute;left:204;top:1499;width:561;height:233;visibility:visible;mso-wrap-style:square;v-text-anchor:top" coordsize="9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" path="m,5l66,39,93,28r1,-3l16,,,2,,5xe" filled="f" strokecolor="#24211d" strokeweight="1.5pt">
                  <v:path arrowok="t" o:connecttype="custom" o:connectlocs="0,1069;14031,8316;19766,5962;19981,5317;3384,0;0,430;0,1069" o:connectangles="0,0,0,0,0,0,0" textboxrect="0,0,94,39"/>
                </v:shape>
                <v:shape id="Freeform 71" o:spid="_x0000_s1074" style="position:absolute;left:204;top:1452;width:561;height:257;visibility:visible;mso-wrap-style:square;v-text-anchor:top" coordsize="9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" path="m94,33l25,,,10,66,43,94,33xe" strokeweight="1.5pt">
                  <v:path arrowok="t" o:connecttype="custom" o:connectlocs="19981,7035;5306,0;0,2146;14031,9180;19981,7035" o:connectangles="0,0,0,0,0" textboxrect="0,0,94,43"/>
                </v:shape>
                <v:shape id="Freeform 72" o:spid="_x0000_s1075" style="position:absolute;left:204;top:1452;width:561;height:257;visibility:visible;mso-wrap-style:square;v-text-anchor:top" coordsize="9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" path="m94,33l25,,,10,66,43,94,33xe" filled="f" strokecolor="#24211d" strokeweight="1.5pt">
                  <v:path arrowok="t" o:connecttype="custom" o:connectlocs="19981,7035;5306,0;0,2146;14031,9180;19981,7035" o:connectangles="0,0,0,0,0" textboxrect="0,0,94,43"/>
                </v:shape>
                <v:shape id="Freeform 73" o:spid="_x0000_s1076" style="position:absolute;left:359;top:1529;width:215;height:96;visibility:visible;mso-wrap-style:square;v-text-anchor:top" coordsize="3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" path="m,8l18,,36,9,18,16,,8xe" strokeweight="1.5pt">
                  <v:path arrowok="t" o:connecttype="custom" o:connectlocs="0,1728;3852,0;7668,1944;3852,3456;0,1728" o:connectangles="0,0,0,0,0" textboxrect="0,0,36,16"/>
                </v:shape>
                <v:shape id="Freeform 74" o:spid="_x0000_s1077" style="position:absolute;left:359;top:1529;width:215;height:96;visibility:visible;mso-wrap-style:square;v-text-anchor:top" coordsize="3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" path="m,8l18,,36,9,18,16,,8xe" filled="f" strokecolor="#24211d" strokeweight="1.5pt">
                  <v:path arrowok="t" o:connecttype="custom" o:connectlocs="0,1728;3852,0;7668,1944;3852,3456;0,1728" o:connectangles="0,0,0,0,0" textboxrect="0,0,36,16"/>
                </v:shape>
                <v:shape id="Freeform 75" o:spid="_x0000_s1078" style="position:absolute;left:425;top:1553;width:89;height:42;visibility:visible;mso-wrap-style:square;v-text-anchor:top" coordsize="1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" path="m15,3r,l14,2,13,1r-1,l11,1,10,,9,,7,,6,,5,,4,,2,1,1,2,,2,,3,,4,,5r1,l2,6r1,l4,7r1,l6,7r1,l9,7r1,l11,6r1,l13,6,14,5,15,4r,-1xe" strokeweight="1.5pt">
                  <v:path arrowok="t" o:connecttype="custom" o:connectlocs="3133,648;3133,648;2919,432;2919,432;2712,216;2498,216;2290,216;2077,0;1863,0;1477,0;1270,0;1056,0;843,0;421,216;421,216;214,432;0,432;0,648;0,648;0,864;0,864;0,1080;214,1080;421,1296;635,1296;843,1512;1056,1512;1270,1512;1477,1512;1863,1512;2077,1512;2290,1296;2498,1296;2712,1296;2919,1080;2919,1080;3133,864;3133,648" o:connectangles="0,0,0,0,0,0,0,0,0,0,0,0,0,0,0,0,0,0,0,0,0,0,0,0,0,0,0,0,0,0,0,0,0,0,0,0,0,0" textboxrect="0,0,15,7"/>
                </v:shape>
                <v:shape id="Freeform 76" o:spid="_x0000_s1079" style="position:absolute;left:425;top:1553;width:89;height:42;visibility:visible;mso-wrap-style:square;v-text-anchor:top" coordsize="1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" path="m15,3r,l14,2,13,1r-1,l11,1,10,,9,,7,,6,,5,,4,,2,1,1,2,,2,,3,,4,,5r1,l2,6r1,l4,7r1,l6,7r1,l9,7r1,l11,6r1,l13,6,14,5,15,4r,-1xe" filled="f" strokecolor="#24211d" strokeweight="1.5pt">
                  <v:path arrowok="t" o:connecttype="custom" o:connectlocs="3133,648;3133,648;2919,432;2919,432;2712,216;2498,216;2290,216;2077,0;1863,0;1477,0;1270,0;1056,0;843,0;421,216;421,216;214,432;0,432;0,648;0,648;0,864;0,864;0,1080;214,1080;421,1296;635,1296;843,1512;1056,1512;1270,1512;1477,1512;1863,1512;2077,1512;2290,1296;2498,1296;2712,1296;2919,1080;2919,1080;3133,864;3133,648" o:connectangles="0,0,0,0,0,0,0,0,0,0,0,0,0,0,0,0,0,0,0,0,0,0,0,0,0,0,0,0,0,0,0,0,0,0,0,0,0,0" textboxrect="0,0,15,7"/>
                </v:shape>
                <v:shape id="Freeform 77" o:spid="_x0000_s1080" style="position:absolute;left:915;top:1493;width:65;height:66;visibility:visible;mso-wrap-style:square;v-text-anchor:top" coordsize="11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" path="m,4r,6l3,11r5,l11,9,11,,,4xe" strokeweight="1.5pt">
                  <v:path arrowok="t" o:connecttype="custom" o:connectlocs="0,864;0,2160;626,2376;1643,2376;2269,1944;2269,0;0,864" o:connectangles="0,0,0,0,0,0,0" textboxrect="0,0,11,11"/>
                </v:shape>
                <v:shape id="Freeform 78" o:spid="_x0000_s1081" style="position:absolute;left:915;top:1493;width:65;height:66;visibility:visible;mso-wrap-style:square;v-text-anchor:top" coordsize="11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" path="m,4r,6l3,11r5,l11,9,11,,,4xe" filled="f" strokecolor="#24211d" strokeweight="1.5pt">
                  <v:path arrowok="t" o:connecttype="custom" o:connectlocs="0,864;0,2160;626,2376;1643,2376;2269,1944;2269,0;0,864" o:connectangles="0,0,0,0,0,0,0" textboxrect="0,0,11,11"/>
                </v:shape>
                <v:shape id="Freeform 79" o:spid="_x0000_s1082" style="position:absolute;left:580;top:1464;width:430;height:203;visibility:visible;mso-wrap-style:square;v-text-anchor:top" coordsize="7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" path="m,31r5,3l15,34,57,13,72,6r,-1l61,,46,7,4,29r-2,l,31xe" strokeweight="1.5pt">
                  <v:path arrowok="t" o:connecttype="custom" o:connectlocs="0,6598;1069,7236;3213,7236;12130,2782;15337,1284;15337,1069;12984,0;9806,1499;854,6168;430,6168;0,6598" o:connectangles="0,0,0,0,0,0,0,0,0,0,0" textboxrect="0,0,72,34"/>
                </v:shape>
                <v:shape id="Freeform 80" o:spid="_x0000_s1083" style="position:absolute;left:580;top:1464;width:430;height:203;visibility:visible;mso-wrap-style:square;v-text-anchor:top" coordsize="7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" path="m,31r5,3l15,34,57,13,72,6r,-1l61,,46,7,4,29r-2,l,31xe" filled="f" strokecolor="#24211d" strokeweight="1.5pt">
                  <v:path arrowok="t" o:connecttype="custom" o:connectlocs="0,6598;1069,7236;3213,7236;12130,2782;15337,1284;15337,1069;12984,0;9806,1499;854,6168;430,6168;0,6598" o:connectangles="0,0,0,0,0,0,0,0,0,0,0" textboxrect="0,0,72,34"/>
                </v:shape>
                <v:line id="Line 81" o:spid="_x0000_s1084" style="position:absolute;visibility:visible;mso-wrap-style:square;v-text-anchor:top" from="855,1505" to="915,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" strokecolor="#24211d" strokeweight="1.5pt"/>
                <v:shape id="Freeform 82" o:spid="_x0000_s1085" style="position:absolute;left:909;top:1440;width:71;height:65;visibility:visible;mso-wrap-style:square;v-text-anchor:top" coordsize="1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" path="m,10l,1,3,,8,r3,l12,1r,8l12,10r-2,1l8,11r-2,l3,11,2,10,,10xe" strokeweight="1.5pt">
                  <v:path arrowok="t" o:connecttype="custom" o:connectlocs="0,2062;0,207;633,0;1645,0;2278,0;2485,207;2485,1850;2485,2062;2065,2269;1645,2269;1260,2269;633,2269;420,2062;0,2062" o:connectangles="0,0,0,0,0,0,0,0,0,0,0,0,0,0" textboxrect="0,0,12,11"/>
                </v:shape>
                <v:shape id="Freeform 83" o:spid="_x0000_s1086" style="position:absolute;left:909;top:1440;width:71;height:65;visibility:visible;mso-wrap-style:square;v-text-anchor:top" coordsize="1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" path="m,10l,1,3,,8,r3,l12,1r,8l12,10r-2,1l8,11r-2,l3,11,2,10,,10xe" filled="f" strokecolor="#24211d" strokeweight="1.5pt">
                  <v:path arrowok="t" o:connecttype="custom" o:connectlocs="0,2062;0,207;633,0;1645,0;2278,0;2485,207;2485,1850;2485,2062;2065,2269;1645,2269;1260,2269;633,2269;420,2062;0,2062" o:connectangles="0,0,0,0,0,0,0,0,0,0,0,0,0,0" textboxrect="0,0,12,11"/>
                </v:shape>
                <v:shape id="Freeform 84" o:spid="_x0000_s1087" style="position:absolute;left:586;top:1380;width:60;height:48;visibility:visible;mso-wrap-style:square;v-text-anchor:top" coordsize="1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" path="m10,r,5l10,6,8,7,4,8,3,7,2,7,,5,,1,10,xe" strokeweight="1.5pt">
                  <v:path arrowok="t" o:connecttype="custom" o:connectlocs="2160,0;2160,1080;2160,1296;1728,1512;864,1728;648,1512;432,1512;0,1080;0,216;2160,0" o:connectangles="0,0,0,0,0,0,0,0,0,0" textboxrect="0,0,10,8"/>
                </v:shape>
                <v:shape id="Freeform 85" o:spid="_x0000_s1088" style="position:absolute;left:586;top:1380;width:60;height:48;visibility:visible;mso-wrap-style:square;v-text-anchor:top" coordsize="1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" path="m10,r,5l10,6,8,7,4,8,3,7,2,7,,5,,1,10,xe" filled="f" strokecolor="#24211d" strokeweight="1.5pt">
                  <v:path arrowok="t" o:connecttype="custom" o:connectlocs="2160,0;2160,1080;2160,1296;1728,1512;864,1728;648,1512;432,1512;0,1080;0,216;2160,0" o:connectangles="0,0,0,0,0,0,0,0,0,0" textboxrect="0,0,10,8"/>
                </v:shape>
                <v:shape id="Freeform 86" o:spid="_x0000_s1089" style="position:absolute;left:257;top:1350;width:425;height:173;visibility:visible;mso-wrap-style:square;v-text-anchor:top" coordsize="7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" path="m,26r6,3l15,29,59,10,71,6,70,4,59,,48,4,6,22r-1,l,26xe" strokeweight="1.5pt">
                  <v:path arrowok="t" o:connecttype="custom" o:connectlocs="0,5518;1287,6156;3226,6156;12648,2136;15228,1283;15013,853;12648,0;10284,853;1287,4659;1077,4659;0,5518" o:connectangles="0,0,0,0,0,0,0,0,0,0,0" textboxrect="0,0,71,29"/>
                </v:shape>
                <v:shape id="Freeform 87" o:spid="_x0000_s1090" style="position:absolute;left:257;top:1350;width:425;height:173;visibility:visible;mso-wrap-style:square;v-text-anchor:top" coordsize="7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" path="m,26r6,3l15,29,59,10,71,6,70,4,59,,48,4,6,22r-1,l,26xe" filled="f" strokecolor="#24211d" strokeweight="1.5pt">
                  <v:path arrowok="t" o:connecttype="custom" o:connectlocs="0,5518;1287,6156;3226,6156;12648,2136;15228,1283;15013,853;12648,0;10284,853;1287,4659;1077,4659;0,5518" o:connectangles="0,0,0,0,0,0,0,0,0,0,0" textboxrect="0,0,71,29"/>
                </v:shape>
                <v:shape id="Freeform 88" o:spid="_x0000_s1091" style="position:absolute;left:580;top:1314;width:66;height:66;visibility:visible;mso-wrap-style:square;v-text-anchor:top" coordsize="11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" path="m,8r1,2l3,11r2,l9,11r2,-1l11,8r,-6l10,1,9,,6,,2,,,2,,8xe" strokeweight="1.5pt">
                  <v:path arrowok="t" o:connecttype="custom" o:connectlocs="0,1728;216,2160;648,2376;1080,2376;1944,2376;2376,2160;2376,1728;2376,432;2160,216;1944,0;1296,0;432,0;0,432;0,1728" o:connectangles="0,0,0,0,0,0,0,0,0,0,0,0,0,0" textboxrect="0,0,11,11"/>
                </v:shape>
                <v:shape id="Freeform 89" o:spid="_x0000_s1092" style="position:absolute;left:580;top:1314;width:66;height:66;visibility:visible;mso-wrap-style:square;v-text-anchor:top" coordsize="11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" path="m,8r1,2l3,11r2,l9,11r2,-1l11,8r,-6l10,1,9,,6,,2,,,2,,8xe" filled="f" strokecolor="#24211d" strokeweight="1.5pt">
                  <v:path arrowok="t" o:connecttype="custom" o:connectlocs="0,1728;216,2160;648,2376;1080,2376;1944,2376;2376,2160;2376,1728;2376,432;2160,216;1944,0;1296,0;432,0;0,432;0,1728" o:connectangles="0,0,0,0,0,0,0,0,0,0,0,0,0,0" textboxrect="0,0,11,11"/>
                </v:shape>
                <v:line id="Line 90" o:spid="_x0000_s1093" style="position:absolute;visibility:visible;mso-wrap-style:square;v-text-anchor:top" from="544,1374" to="598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" strokecolor="#24211d" strokeweight="1.5pt"/>
                <v:shape id="Freeform 91" o:spid="_x0000_s1094" style="position:absolute;left:682;top:400;width:185;height:699;visibility:visible;mso-wrap-style:square;v-text-anchor:top" coordsize="3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" path="m,113r12,4l16,112r8,2l31,111,31,2,,,,113xe" strokeweight="1.5pt">
                  <v:path arrowok="t" o:connecttype="custom" o:connectlocs="0,24095;2566,24949;3384,23880;5090,24310;6588,23664;6588,430;0,0;0,24095" o:connectangles="0,0,0,0,0,0,0,0" textboxrect="0,0,31,117"/>
                </v:shape>
                <v:shape id="Freeform 92" o:spid="_x0000_s1095" style="position:absolute;left:682;top:400;width:185;height:699;visibility:visible;mso-wrap-style:square;v-text-anchor:top" coordsize="3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" path="m,113r12,4l16,112r8,2l31,111,31,2,,,,113xe" filled="f" strokecolor="#24211d" strokeweight="1.5pt">
                  <v:path arrowok="t" o:connecttype="custom" o:connectlocs="0,24095;2566,24949;3384,23880;5090,24310;6588,23664;6588,430;0,0;0,24095" o:connectangles="0,0,0,0,0,0,0,0" textboxrect="0,0,31,117"/>
                </v:shape>
                <v:shape id="Freeform 93" o:spid="_x0000_s1096" style="position:absolute;left:747;top:400;width:60;height:699;visibility:visible;mso-wrap-style:square;v-text-anchor:top" coordsize="1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" path="m,117l,,10,r,113l,117xe" strokeweight="1.5pt">
                  <v:path arrowok="t" o:connecttype="custom" o:connectlocs="0,24949;0,0;2160,0;2160,24095;0,24949" o:connectangles="0,0,0,0,0" textboxrect="0,0,10,117"/>
                </v:shape>
                <v:shape id="Freeform 94" o:spid="_x0000_s1097" style="position:absolute;left:747;top:400;width:60;height:699;visibility:visible;mso-wrap-style:square;v-text-anchor:top" coordsize="1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" path="m,117l,,10,r,113l,117xe" filled="f" strokecolor="#24211d" strokeweight="1.5pt">
                  <v:path arrowok="t" o:connecttype="custom" o:connectlocs="0,24949;0,0;2160,0;2160,24095;0,24949" o:connectangles="0,0,0,0,0" textboxrect="0,0,10,117"/>
                </v:shape>
                <v:shape id="Freeform 95" o:spid="_x0000_s1098" style="position:absolute;left:610;top:418;width:90;height:735;visibility:visible;mso-wrap-style:square;v-text-anchor:top" coordsize="15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" path="m,123r15,-6l15,,,3,,123xe" strokeweight="1.5pt">
                  <v:path arrowok="t" o:connecttype="custom" o:connectlocs="0,26245;3240,24960;3240,0;0,645;0,26245" o:connectangles="0,0,0,0,0" textboxrect="0,0,15,123"/>
                </v:shape>
                <v:shape id="Freeform 96" o:spid="_x0000_s1099" style="position:absolute;left:610;top:418;width:90;height:735;visibility:visible;mso-wrap-style:square;v-text-anchor:top" coordsize="15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" path="m,123r15,-6l15,,,3,,123xe" filled="f" strokecolor="#24211d" strokeweight="1.5pt">
                  <v:path arrowok="t" o:connecttype="custom" o:connectlocs="0,26245;3240,24960;3240,0;0,645;0,26245" o:connectangles="0,0,0,0,0" textboxrect="0,0,15,123"/>
                </v:shape>
                <v:shape id="Freeform 97" o:spid="_x0000_s1100" style="position:absolute;left:544;top:370;width:377;height:102;visibility:visible;mso-wrap-style:square;v-text-anchor:top" coordsize="6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" path="m11,16l26,12r8,1l44,11r4,1l63,9r,-5l47,1r-7,l20,,11,1r,2l,5r,7l7,17r4,-1xe" strokeweight="1.5pt">
                  <v:path arrowok="t" o:connecttype="custom" o:connectlocs="2364,3456;5589,2592;7271,2808;9419,2376;10275,2592;13500,1944;13500,864;10065,216;8557,216;4297,0;2364,216;2364,648;0,1080;0,2592;1502,3672;2364,3456" o:connectangles="0,0,0,0,0,0,0,0,0,0,0,0,0,0,0,0" textboxrect="0,0,63,17"/>
                </v:shape>
                <v:shape id="Freeform 98" o:spid="_x0000_s1101" style="position:absolute;left:544;top:370;width:377;height:102;visibility:visible;mso-wrap-style:square;v-text-anchor:top" coordsize="6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" path="m11,16l26,12r8,1l44,11r4,1l63,9r,-5l47,1r-7,l20,,11,1r,2l,5r,7l7,17r4,-1xe" filled="f" strokecolor="#24211d" strokeweight="1.5pt">
                  <v:path arrowok="t" o:connecttype="custom" o:connectlocs="2364,3456;5589,2592;7271,2808;9419,2376;10275,2592;13500,1944;13500,864;10065,216;8557,216;4297,0;2364,216;2364,648;0,1080;0,2592;1502,3672;2364,3456" o:connectangles="0,0,0,0,0,0,0,0,0,0,0,0,0,0,0,0" textboxrect="0,0,63,17"/>
                </v:shape>
                <v:shape id="Freeform 99" o:spid="_x0000_s1102" style="position:absolute;left:383;top:1272;width:143;height:257;visibility:visible;mso-wrap-style:square;v-text-anchor:top" coordsize="2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" path="m24,4r,29l23,39r-3,3l13,43,6,42,4,41,2,40,,34,,,24,4xe" strokeweight="1.5pt">
                  <v:path arrowok="t" o:connecttype="custom" o:connectlocs="5077,855;5077,7035;4862,8326;4224,8965;2735,9180;1281,8965;852,8750;429,8535;0,7250;0,0;5077,855" o:connectangles="0,0,0,0,0,0,0,0,0,0,0" textboxrect="0,0,24,43"/>
                </v:shape>
                <v:shape id="Freeform 100" o:spid="_x0000_s1103" style="position:absolute;left:383;top:1272;width:143;height:257;visibility:visible;mso-wrap-style:square;v-text-anchor:top" coordsize="2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" path="m24,4r,29l23,39r-3,3l13,43,6,42,4,41,2,40,,34,,,24,4xe" filled="f" strokecolor="#24211d" strokeweight="1.5pt">
                  <v:path arrowok="t" o:connecttype="custom" o:connectlocs="5077,855;5077,7035;4862,8326;4224,8965;2735,9180;1281,8965;852,8750;429,8535;0,7250;0,0;5077,855" o:connectangles="0,0,0,0,0,0,0,0,0,0,0" textboxrect="0,0,24,43"/>
                </v:shape>
                <v:shape id="Freeform 101" o:spid="_x0000_s1104" style="position:absolute;left:96;top:1201;width:436;height:322;visibility:visible;mso-wrap-style:square;v-text-anchor:top" coordsize="73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" path="m43,21l25,50r-2,2l20,54r-8,l3,49,,44,1,41,2,39,27,,73,11,43,21xe" strokeweight="1.5pt">
                  <v:path arrowok="t" o:connecttype="custom" o:connectlocs="9168,4442;5316,10596;4886,11026;4247,11449;2568,11449;645,10382;0,9314;215,8676;430,8283;5746,0;15553,2349;9168,4442" o:connectangles="0,0,0,0,0,0,0,0,0,0,0,0" textboxrect="0,0,73,54"/>
                </v:shape>
                <v:shape id="Freeform 102" o:spid="_x0000_s1105" style="position:absolute;left:96;top:1201;width:436;height:322;visibility:visible;mso-wrap-style:square;v-text-anchor:top" coordsize="73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" path="m43,21l25,50r-2,2l20,54r-8,l3,49,,44,1,41,2,39,27,,73,11,43,21xe" filled="f" strokecolor="#24211d" strokeweight="1.5pt">
                  <v:path arrowok="t" o:connecttype="custom" o:connectlocs="9168,4442;5316,10596;4886,11026;4247,11449;2568,11449;645,10382;0,9314;215,8676;430,8283;5746,0;15553,2349;9168,4442" o:connectangles="0,0,0,0,0,0,0,0,0,0,0,0" textboxrect="0,0,73,54"/>
                </v:shape>
                <v:shape id="Freeform 103" o:spid="_x0000_s1106" style="position:absolute;left:132;top:1344;width:161;height:126;visibility:visible;mso-wrap-style:square;v-text-anchor:top" coordsize="27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" path="m24,20r-2,1l,8,,7,4,,27,14r-3,6xe" strokeweight="1.5pt">
                  <v:path arrowok="t" o:connecttype="custom" o:connectlocs="5086,4320;4657,4536;0,1728;0,1512;853,0;5724,3024;5086,4320" o:connectangles="0,0,0,0,0,0,0" textboxrect="0,0,27,21"/>
                </v:shape>
                <v:shape id="Freeform 104" o:spid="_x0000_s1107" style="position:absolute;left:132;top:1344;width:161;height:126;visibility:visible;mso-wrap-style:square;v-text-anchor:top" coordsize="27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" path="m24,20r-2,1l,8,,7,4,,27,14r-3,6xe" filled="f" strokecolor="#24211d" strokeweight="1.5pt">
                  <v:path arrowok="t" o:connecttype="custom" o:connectlocs="5086,4320;4657,4536;0,1728;0,1512;853,0;5724,3024;5086,4320" o:connectangles="0,0,0,0,0,0,0" textboxrect="0,0,27,21"/>
                </v:shape>
                <v:shape id="Freeform 105" o:spid="_x0000_s1108" style="position:absolute;left:377;top:1404;width:161;height:72;visibility:visible;mso-wrap-style:square;v-text-anchor:top" coordsize="2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" path="m1,1l2,3,3,4,8,6r5,l19,5,25,3,25,r2,2l27,8r-2,2l23,11r-7,1l10,12,6,11,1,10,,8,,2,1,1xe" strokeweight="1.5pt">
                  <v:path arrowok="t" o:connecttype="custom" o:connectlocs="215,216;429,648;638,864;1705,1296;2773,1296;4019,1080;5295,648;5295,0;5724,432;5724,1728;5295,2160;4872,2376;3375,2592;2135,2592;1282,2376;215,2160;0,1728;0,432;215,216" o:connectangles="0,0,0,0,0,0,0,0,0,0,0,0,0,0,0,0,0,0,0" textboxrect="0,0,27,12"/>
                </v:shape>
                <v:shape id="Freeform 106" o:spid="_x0000_s1109" style="position:absolute;left:377;top:1404;width:161;height:72;visibility:visible;mso-wrap-style:square;v-text-anchor:top" coordsize="2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" path="m1,1l2,3,3,4,8,6r5,l19,5,25,3,25,r2,2l27,8r-2,2l23,11r-7,1l10,12,6,11,1,10,,8,,2,1,1xe" filled="f" strokecolor="#24211d" strokeweight="1.5pt">
                  <v:path arrowok="t" o:connecttype="custom" o:connectlocs="215,216;429,648;638,864;1705,1296;2773,1296;4019,1080;5295,648;5295,0;5724,432;5724,1728;5295,2160;4872,2376;3375,2592;2135,2592;1282,2376;215,2160;0,1728;0,432;215,216" o:connectangles="0,0,0,0,0,0,0,0,0,0,0,0,0,0,0,0,0,0,0" textboxrect="0,0,27,12"/>
                </v:shape>
                <v:shape id="Freeform 107" o:spid="_x0000_s1110" style="position:absolute;left:210;top:1219;width:322;height:143;visibility:visible;mso-wrap-style:square;v-text-anchor:top" coordsize="5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" path="m54,21r-3,2l43,24,35,23,32,22,27,19r-3,3l21,22,,9,,8,2,1,7,,30,13r,2l35,17r7,2l50,17r4,-2l54,21xe" strokeweight="1.5pt">
                  <v:path arrowok="t" o:connecttype="custom" o:connectlocs="11449,4439;10811,4862;9105,5077;7430,4862;6792,4653;5724,4010;5086,4653;4442,4653;0,1919;0,1704;429,215;1491,0;6362,2735;6362,3158;7430,3587;8891,4010;10596,3587;11449,3158;11449,4439" o:connectangles="0,0,0,0,0,0,0,0,0,0,0,0,0,0,0,0,0,0,0" textboxrect="0,0,54,24"/>
                </v:shape>
                <v:shape id="Freeform 108" o:spid="_x0000_s1111" style="position:absolute;left:210;top:1219;width:322;height:143;visibility:visible;mso-wrap-style:square;v-text-anchor:top" coordsize="5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" path="m54,21r-3,2l43,24,35,23,32,22,27,19r-3,3l21,22,,9,,8,2,1,7,,30,13r,2l35,17r7,2l50,17r4,-2l54,21xe" filled="f" strokecolor="#24211d" strokeweight="1.5pt">
                  <v:path arrowok="t" o:connecttype="custom" o:connectlocs="11449,4439;10811,4862;9105,5077;7430,4862;6792,4653;5724,4010;5086,4653;4442,4653;0,1919;0,1704;429,215;1491,0;6362,2735;6362,3158;7430,3587;8891,4010;10596,3587;11449,3158;11449,4439" o:connectangles="0,0,0,0,0,0,0,0,0,0,0,0,0,0,0,0,0,0,0" textboxrect="0,0,54,24"/>
                </v:shape>
                <v:shape id="Freeform 109" o:spid="_x0000_s1112" style="position:absolute;left:216;top:1135;width:430;height:167;visibility:visible;mso-wrap-style:square;v-text-anchor:top" coordsize="7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" path="m5,l70,17r2,9l71,26r-4,1l63,27r-5,1l54,28,50,27r-4,l41,27,37,26,33,25,29,24,25,22,21,20,17,19,14,17,10,14,7,12,3,9,,7,5,xe" strokeweight="1.5pt">
                  <v:path arrowok="t" o:connecttype="custom" o:connectlocs="1069,0;14907,3591;15337,5511;15337,5511;15122,5511;14268,5726;13414,5726;12339,5940;11520,5940;10666,5726;9806,5726;8737,5726;7883,5511;7029,5302;6169,5088;5315,4658;4461,4235;3637,4020;2998,3591;2138,2988;1499,2559;645,1921;0,1497;1069,0" o:connectangles="0,0,0,0,0,0,0,0,0,0,0,0,0,0,0,0,0,0,0,0,0,0,0,0" textboxrect="0,0,72,28"/>
                </v:shape>
                <v:shape id="Freeform 110" o:spid="_x0000_s1113" style="position:absolute;left:216;top:1135;width:430;height:167;visibility:visible;mso-wrap-style:square;v-text-anchor:top" coordsize="7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" path="m5,l70,17r2,9l71,26r-4,1l63,27r-5,1l54,28,50,27r-4,l41,27,37,26,33,25,29,24,25,22,21,20,17,19,14,17,10,14,7,12,3,9,,7,5,xe" filled="f" strokecolor="#24211d" strokeweight="1.5pt">
                  <v:path arrowok="t" o:connecttype="custom" o:connectlocs="1069,0;14907,3591;15337,5511;15337,5511;15122,5511;14268,5726;13414,5726;12339,5940;11520,5940;10666,5726;9806,5726;8737,5726;7883,5511;7029,5302;6169,5088;5315,4658;4461,4235;3637,4020;2998,3591;2138,2988;1499,2559;645,1921;0,1497;1069,0" o:connectangles="0,0,0,0,0,0,0,0,0,0,0,0,0,0,0,0,0,0,0,0,0,0,0,0" textboxrect="0,0,72,28"/>
                </v:shape>
                <v:shape id="Freeform 111" o:spid="_x0000_s1114" style="position:absolute;left:233;top:1123;width:407;height:143;visibility:visible;mso-wrap-style:square;v-text-anchor:top" coordsize="6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" path="m4,l6,,9,r7,l57,10r5,1l67,15r1,6l66,22r-4,1l58,23r-4,1l50,24,45,23r-6,l30,21,25,19,22,18,17,16,14,14,9,11,6,9,3,7,,5,4,xe" strokeweight="1.5pt">
                  <v:path arrowok="t" o:connecttype="custom" o:connectlocs="862,0;1287,0;1933,0;3442,0;12216,2133;13293,2342;14365,3158;14580,4439;14580,4439;14149,4653;13293,4862;12431,4862;11570,5077;10714,5077;9636,4862;8349,4862;6446,4439;5375,4010;4728,3801;3657,3372;3011,2949;1933,2342;1287,1919;646,1490;0,1067;862,0" o:connectangles="0,0,0,0,0,0,0,0,0,0,0,0,0,0,0,0,0,0,0,0,0,0,0,0,0,0" textboxrect="0,0,68,24"/>
                </v:shape>
                <v:shape id="Freeform 112" o:spid="_x0000_s1115" style="position:absolute;left:233;top:1123;width:407;height:143;visibility:visible;mso-wrap-style:square;v-text-anchor:top" coordsize="6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" path="m4,l6,,9,r7,l57,10r5,1l67,15r1,6l66,22r-4,1l58,23r-4,1l50,24,45,23r-6,l30,21,25,19,22,18,17,16,14,14,9,11,6,9,3,7,,5,4,xe" filled="f" strokecolor="#24211d" strokeweight="1.5pt">
                  <v:path arrowok="t" o:connecttype="custom" o:connectlocs="862,0;1287,0;1933,0;3442,0;12216,2133;13293,2342;14365,3158;14580,4439;14580,4439;14149,4653;13293,4862;12431,4862;11570,5077;10714,5077;9636,4862;8349,4862;6446,4439;5375,4010;4728,3801;3657,3372;3011,2949;1933,2342;1287,1919;646,1490;0,1067;862,0" o:connectangles="0,0,0,0,0,0,0,0,0,0,0,0,0,0,0,0,0,0,0,0,0,0,0,0,0,0" textboxrect="0,0,68,24"/>
                </v:shape>
                <v:shape id="Freeform 113" o:spid="_x0000_s1116" style="position:absolute;left:377;top:1117;width:221;height:96;visibility:visible;mso-wrap-style:square;v-text-anchor:top" coordsize="3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" path="m,10r7,4l18,15r6,1l30,15r4,l35,14r2,-1l37,8r,-3l35,1,35,,,10xe" strokeweight="1.5pt">
                  <v:path arrowok="t" o:connecttype="custom" o:connectlocs="0,2160;1499,3024;3853,3240;5101,3456;6385,3240;7245,3240;7454,3024;7884,2808;7884,1728;7884,1080;7454,216;7454,0;0,2160" o:connectangles="0,0,0,0,0,0,0,0,0,0,0,0,0" textboxrect="0,0,37,16"/>
                </v:shape>
                <v:shape id="Freeform 114" o:spid="_x0000_s1117" style="position:absolute;left:377;top:1117;width:221;height:96;visibility:visible;mso-wrap-style:square;v-text-anchor:top" coordsize="3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" path="m,10r7,4l18,15r6,1l30,15r4,l35,14r2,-1l37,8r,-3l35,1,35,,,10xe" filled="f" strokecolor="#24211d" strokeweight="1.5pt">
                  <v:path arrowok="t" o:connecttype="custom" o:connectlocs="0,2160;1499,3024;3853,3240;5101,3456;6385,3240;7245,3240;7454,3024;7884,2808;7884,1728;7884,1080;7454,216;7454,0;0,2160" o:connectangles="0,0,0,0,0,0,0,0,0,0,0,0,0" textboxrect="0,0,37,16"/>
                </v:shape>
                <v:shape id="Freeform 115" o:spid="_x0000_s1118" style="position:absolute;left:299;top:472;width:329;height:711;visibility:visible;mso-wrap-style:square;v-text-anchor:top" coordsize="55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" path="m,l55,3r,108l54,113r-1,l50,115r-9,3l35,119r-4,l28,119r-7,l18,118,8,116,2,111,1,109,,107,,xe" strokeweight="1.5pt">
                  <v:path arrowok="t" o:connecttype="custom" o:connectlocs="0,0;11772,645;11772,23666;11557,24096;11342,24096;10701,24527;8769,25166;7477,25381;6622,25381;5976,25381;4510,25381;3864,25166;1717,24742;431,23666;215,23242;0,22812;0,0" o:connectangles="0,0,0,0,0,0,0,0,0,0,0,0,0,0,0,0,0" textboxrect="0,0,55,119"/>
                </v:shape>
                <v:shape id="Freeform 116" o:spid="_x0000_s1119" style="position:absolute;left:299;top:472;width:329;height:711;visibility:visible;mso-wrap-style:square;v-text-anchor:top" coordsize="55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" path="m,l55,3r,108l54,113r-1,l50,115r-9,3l35,119r-4,l28,119r-7,l18,118,8,116,2,111,1,109,,107,,xe" filled="f" strokecolor="#24211d" strokeweight="1.5pt">
                  <v:path arrowok="t" o:connecttype="custom" o:connectlocs="0,0;11772,645;11772,23666;11557,24096;11342,24096;10701,24527;8769,25166;7477,25381;6622,25381;5976,25381;4510,25381;3864,25166;1717,24742;431,23666;215,23242;0,22812;0,0" o:connectangles="0,0,0,0,0,0,0,0,0,0,0,0,0,0,0,0,0" textboxrect="0,0,55,119"/>
                </v:shape>
                <v:shape id="Freeform 117" o:spid="_x0000_s1120" style="position:absolute;left:299;top:406;width:329;height:126;visibility:visible;mso-wrap-style:square;v-text-anchor:top" coordsize="5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" path="m17,l14,1r-3,l8,3,6,4,4,6,2,8,,11r,1l,13r3,3l6,17r3,1l13,19r4,1l21,21r3,l28,21r3,l35,21r3,l42,20r3,-1l48,18r3,-1l54,15r1,l55,13r,-1l54,10r,-2l53,7,52,5,51,4,50,3,49,2,47,1r-2,l44,,42,,41,,17,xe" strokeweight="1.5pt">
                  <v:path arrowok="t" o:connecttype="custom" o:connectlocs="3649,0;3003,216;2363,216;1717,648;1286,864;861,1296;431,1728;0,2376;0,2592;0,2808;646,3456;1286,3672;1932,3888;2794,4104;3649,4320;4510,4536;5150,4536;5976,4536;6622,4536;7477,4536;8123,4536;8979,4320;9625,4104;10271,3888;10911,3672;11557,3240;11772,3240;11772,3240;11772,2808;11772,2592;11557,2160;11557,1728;11342,1512;11126,1080;10911,864;10701,648;10486,432;10055,216;9625,216;9409,0;8979,0;8769,0;3649,0" o:connectangles="0,0,0,0,0,0,0,0,0,0,0,0,0,0,0,0,0,0,0,0,0,0,0,0,0,0,0,0,0,0,0,0,0,0,0,0,0,0,0,0,0,0,0" textboxrect="0,0,55,21"/>
                </v:shape>
                <v:shape id="Freeform 118" o:spid="_x0000_s1121" style="position:absolute;left:299;top:406;width:329;height:126;visibility:visible;mso-wrap-style:square;v-text-anchor:top" coordsize="5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" path="m17,l14,1r-3,l8,3,6,4,4,6,2,8,,11r,1l,13r3,3l6,17r3,1l13,19r4,1l21,21r3,l28,21r3,l35,21r3,l42,20r3,-1l48,18r3,-1l54,15r1,l55,13r,-1l54,10r,-2l53,7,52,5,51,4,50,3,49,2,47,1r-2,l44,,42,,41,,17,xe" filled="f" strokecolor="#24211d" strokeweight="1.5pt">
                  <v:path arrowok="t" o:connecttype="custom" o:connectlocs="3649,0;3003,216;2363,216;1717,648;1286,864;861,1296;431,1728;0,2376;0,2592;0,2808;646,3456;1286,3672;1932,3888;2794,4104;3649,4320;4510,4536;5150,4536;5976,4536;6622,4536;7477,4536;8123,4536;8979,4320;9625,4104;10271,3888;10911,3672;11557,3240;11772,3240;11772,3240;11772,2808;11772,2592;11557,2160;11557,1728;11342,1512;11126,1080;10911,864;10701,648;10486,432;10055,216;9625,216;9409,0;8979,0;8769,0;3649,0" o:connectangles="0,0,0,0,0,0,0,0,0,0,0,0,0,0,0,0,0,0,0,0,0,0,0,0,0,0,0,0,0,0,0,0,0,0,0,0,0,0,0,0,0,0,0" textboxrect="0,0,55,21"/>
                </v:shape>
                <v:shape id="Freeform 119" o:spid="_x0000_s1122" style="position:absolute;left:377;top:96;width:191;height:346;visibility:visible;mso-wrap-style:square;v-text-anchor:top" coordsize="3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" path="m,l32,r,54l29,55r-2,1l24,57r-3,1l19,58r-3,l13,58r-3,l8,57r-3,l2,56,,54,,xe" strokeweight="1.5pt">
                  <v:path arrowok="t" o:connecttype="custom" o:connectlocs="0,0;6804,0;6804,11460;6804,11460;6166,11675;5736,11883;5097,12098;4453,12313;4023,12313;3420,12313;2781,12313;2137,12313;1713,12098;1068,12098;430,11883;0,11460;0,0" o:connectangles="0,0,0,0,0,0,0,0,0,0,0,0,0,0,0,0,0" textboxrect="0,0,32,58"/>
                </v:shape>
                <v:shape id="Freeform 120" o:spid="_x0000_s1123" style="position:absolute;left:377;top:96;width:191;height:346;visibility:visible;mso-wrap-style:square;v-text-anchor:top" coordsize="3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" path="m,l32,r,54l29,55r-2,1l24,57r-3,1l19,58r-3,l13,58r-3,l8,57r-3,l2,56,,54,,xe" filled="f" strokecolor="#24211d" strokeweight="1.5pt">
                  <v:path arrowok="t" o:connecttype="custom" o:connectlocs="0,0;6804,0;6804,11460;6804,11460;6166,11675;5736,11883;5097,12098;4453,12313;4023,12313;3420,12313;2781,12313;2137,12313;1713,12098;1068,12098;430,11883;0,11460;0,0" o:connectangles="0,0,0,0,0,0,0,0,0,0,0,0,0,0,0,0,0" textboxrect="0,0,32,58"/>
                </v:shape>
                <v:shape id="Freeform 121" o:spid="_x0000_s1124" style="position:absolute;left:377;top:54;width:191;height:83;visibility:visible;mso-wrap-style:square;v-text-anchor:top" coordsize="3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" path="m,1l32,r,11l30,12r-4,l23,13r-3,l16,14,13,13r-3,l6,13,3,12,,11,,1xe" strokeweight="1.5pt">
                  <v:path arrowok="t" o:connecttype="custom" o:connectlocs="0,213;6804,0;6804,2283;6804,2283;6375,2496;5521,2496;4882,2709;4238,2709;3420,2917;2781,2709;2137,2709;1283,2709;639,2496;0,2283;0,213" o:connectangles="0,0,0,0,0,0,0,0,0,0,0,0,0,0,0" textboxrect="0,0,32,14"/>
                </v:shape>
                <v:shape id="Freeform 122" o:spid="_x0000_s1125" style="position:absolute;left:377;top:54;width:191;height:83;visibility:visible;mso-wrap-style:square;v-text-anchor:top" coordsize="3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" path="m,1l32,r,11l30,12r-4,l23,13r-3,l16,14,13,13r-3,l6,13,3,12,,11,,1xe" filled="f" strokecolor="#24211d" strokeweight="1.5pt">
                  <v:path arrowok="t" o:connecttype="custom" o:connectlocs="0,213;6804,0;6804,2283;6804,2283;6375,2496;5521,2496;4882,2709;4238,2709;3420,2917;2781,2709;2137,2709;1283,2709;639,2496;0,2283;0,213" o:connectangles="0,0,0,0,0,0,0,0,0,0,0,0,0,0,0" textboxrect="0,0,32,14"/>
                </v:shape>
                <v:shape id="Freeform 123" o:spid="_x0000_s1126" style="position:absolute;left:347;top:12;width:257;height:84;visibility:visible;mso-wrap-style:square;v-text-anchor:top" coordsize="4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" path="m43,7r,l42,6r,-1l41,5,40,4,39,3r-1,l36,2r-1,l33,1r-2,l29,1r-2,l25,,23,,20,,18,,16,1r-2,l12,1r-2,l8,2,7,2,5,3,4,3,3,4,2,4,1,5,,6,,7,,8,1,9r,1l2,10r1,1l5,12r1,l8,13r1,l11,13r2,1l15,14r2,l19,14r3,l24,14r2,l28,14r2,l32,13r2,l35,12r2,l38,11r2,l41,10,42,9r,-1l43,8r,-1xe" strokeweight="1.5pt">
                  <v:path arrowok="t" o:connecttype="custom" o:connectlocs="9180,1512;8965,1080;8535,864;8110,648;7465,432;6610,216;5750,216;4895,0;3855,0;3000,216;2146,216;1500,432;855,648;430,864;0,1296;0,1512;0,1728;215,2160;645,2376;1285,2592;1930,2808;2785,3024;3646,3024;4680,3024;5534,3024;6395,3024;7250,2808;7895,2592;8535,2376;8750,2160;8965,1728;9180,1512" o:connectangles="0,0,0,0,0,0,0,0,0,0,0,0,0,0,0,0,0,0,0,0,0,0,0,0,0,0,0,0,0,0,0,0" textboxrect="0,0,43,14"/>
                </v:shape>
                <v:shape id="Freeform 124" o:spid="_x0000_s1127" style="position:absolute;left:347;top:12;width:257;height:84;visibility:visible;mso-wrap-style:square;v-text-anchor:top" coordsize="4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" path="m43,7r,l42,6r,-1l41,5,40,4,39,3r-1,l36,2r-1,l33,1r-2,l29,1r-2,l25,,23,,20,,18,,16,1r-2,l12,1r-2,l8,2,7,2,5,3,4,3,3,4,2,4,1,5,,6,,7,,8,1,9r,1l2,10r1,1l5,12r1,l8,13r1,l11,13r2,1l15,14r2,l19,14r3,l24,14r2,l28,14r2,l32,13r2,l35,12r2,l38,11r2,l41,10,42,9r,-1l43,8r,-1xe" filled="f" strokecolor="#24211d" strokeweight="1.5pt">
                  <v:path arrowok="t" o:connecttype="custom" o:connectlocs="9180,1512;8965,1080;8535,864;8110,648;7465,432;6610,216;5750,216;4895,0;3855,0;3000,216;2146,216;1500,432;855,648;430,864;0,1296;0,1512;0,1728;215,2160;645,2376;1285,2592;1930,2808;2785,3024;3646,3024;4680,3024;5534,3024;6395,3024;7250,2808;7895,2592;8535,2376;8750,2160;8965,1728;9180,1512" o:connectangles="0,0,0,0,0,0,0,0,0,0,0,0,0,0,0,0,0,0,0,0,0,0,0,0,0,0,0,0,0,0,0,0" textboxrect="0,0,43,14"/>
                </v:shape>
                <v:shape id="Freeform 125" o:spid="_x0000_s1128" style="position:absolute;left:347;width:257;height:84;visibility:visible;mso-wrap-style:square;v-text-anchor:top" coordsize="4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" path="m43,7r,-1l42,5,41,4,40,3r-1,l38,2r-2,l35,1r-2,l31,,29,,27,,25,,23,,20,,18,,16,,14,,12,,10,1,8,1,7,2,5,2,4,3,3,3,2,4,1,4,,5,,6,,7,,8,1,9r1,1l3,10r2,1l6,12r2,l10,12r1,1l13,13r2,l18,13r2,1l22,14r2,l26,13r2,l30,13r2,l34,12r2,l37,11r2,l40,10r1,l42,9r,-1l43,8r,-1xe" strokeweight="1.5pt">
                  <v:path arrowok="t" o:connecttype="custom" o:connectlocs="9180,1512;9180,1296;8965,1080;8965,1080;8750,864;8535,648;8326,648;8110,432;7680,432;7465,216;7035,216;6610,0;6180,0;5750,0;5325,0;4895,0;4285,0;3855,0;3431,0;3000,0;2570,0;2146,216;1715,216;1500,432;1070,432;855,648;645,648;430,864;215,864;0,1080;0,1296;0,1512;0,1512;0,1728;215,1944;215,1944;430,2160;645,2160;1070,2376;1285,2592;1715,2592;2146,2592;2355,2808;2785,2808;3215,2808;3855,2808;4285,3024;4680,3024;5110,3024;5534,2808;5965,2808;6395,2808;6825,2808;7250,2592;7680,2592;7895,2376;8326,2376;8535,2160;8750,2160;8965,1944;8965,1728;9180,1728;9180,1512" o:connectangles="0,0,0,0,0,0,0,0,0,0,0,0,0,0,0,0,0,0,0,0,0,0,0,0,0,0,0,0,0,0,0,0,0,0,0,0,0,0,0,0,0,0,0,0,0,0,0,0,0,0,0,0,0,0,0,0,0,0,0,0,0,0,0" textboxrect="0,0,43,14"/>
                </v:shape>
                <v:shape id="Freeform 126" o:spid="_x0000_s1129" style="position:absolute;left:347;width:257;height:84;visibility:visible;mso-wrap-style:square;v-text-anchor:top" coordsize="4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" path="m43,7r,-1l42,5,41,4,40,3r-1,l38,2r-2,l35,1r-2,l31,,29,,27,,25,,23,,20,,18,,16,,14,,12,,10,1,8,1,7,2,5,2,4,3,3,3,2,4,1,4,,5,,6,,7,,8,1,9r1,1l3,10r2,1l6,12r2,l10,12r1,1l13,13r2,l18,13r2,1l22,14r2,l26,13r2,l30,13r2,l34,12r2,l37,11r2,l40,10r1,l42,9r,-1l43,8r,-1xe" filled="f" strokecolor="#24211d" strokeweight="1.5pt">
                  <v:path arrowok="t" o:connecttype="custom" o:connectlocs="9180,1512;9180,1296;8965,1080;8965,1080;8750,864;8535,648;8326,648;8110,432;7680,432;7465,216;7035,216;6610,0;6180,0;5750,0;5325,0;4895,0;4285,0;3855,0;3431,0;3000,0;2570,0;2146,216;1715,216;1500,432;1070,432;855,648;645,648;430,864;215,864;0,1080;0,1296;0,1512;0,1512;0,1728;215,1944;215,1944;430,2160;645,2160;1070,2376;1285,2592;1715,2592;2146,2592;2355,2808;2785,2808;3215,2808;3855,2808;4285,3024;4680,3024;5110,3024;5534,2808;5965,2808;6395,2808;6825,2808;7250,2592;7680,2592;7895,2376;8326,2376;8535,2160;8750,2160;8965,1944;8965,1728;9180,1728;9180,1512" o:connectangles="0,0,0,0,0,0,0,0,0,0,0,0,0,0,0,0,0,0,0,0,0,0,0,0,0,0,0,0,0,0,0,0,0,0,0,0,0,0,0,0,0,0,0,0,0,0,0,0,0,0,0,0,0,0,0,0,0,0,0,0,0,0,0" textboxrect="0,0,43,14"/>
                </v:shape>
                <v:shape id="Freeform 127" o:spid="_x0000_s1130" style="position:absolute;left:431;top:30;width:89;height:24;visibility:visible;mso-wrap-style:square;v-text-anchor:top" coordsize="1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" path="m15,2r,l15,1r-1,l14,,13,,12,,10,,9,,8,,7,,5,,4,,3,,2,,1,1,,1,,2,,3r1,l2,4r1,l4,4r2,l7,4r1,l9,4r2,l12,4r1,l14,3r1,l15,2xe" strokeweight="1.5pt">
                  <v:path arrowok="t" o:connecttype="custom" o:connectlocs="3133,432;3133,432;3133,216;2919,216;2919,0;2712,0;2498,0;2077,0;1863,0;1655,0;1477,0;1056,0;843,0;635,0;421,0;214,216;214,216;0,216;0,432;0,432;0,648;214,648;214,648;421,864;635,864;843,864;1270,864;1477,864;1655,864;1863,864;2290,864;2498,864;2712,864;2919,648;2919,648;3133,648;3133,432" o:connectangles="0,0,0,0,0,0,0,0,0,0,0,0,0,0,0,0,0,0,0,0,0,0,0,0,0,0,0,0,0,0,0,0,0,0,0,0,0" textboxrect="0,0,15,4"/>
                </v:shape>
                <v:shape id="Freeform 128" o:spid="_x0000_s1131" style="position:absolute;left:431;top:30;width:89;height:24;visibility:visible;mso-wrap-style:square;v-text-anchor:top" coordsize="1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" path="m15,2r,l15,1r-1,l14,,13,,12,,10,,9,,8,,7,,5,,4,,3,,2,,1,1,,1,,2,,3r1,l2,4r1,l4,4r2,l7,4r1,l9,4r2,l12,4r1,l14,3r1,l15,2xe" filled="f" strokecolor="#24211d" strokeweight="1.5pt">
                  <v:path arrowok="t" o:connecttype="custom" o:connectlocs="3133,432;3133,432;3133,216;2919,216;2919,0;2712,0;2498,0;2077,0;1863,0;1655,0;1477,0;1056,0;843,0;635,0;421,0;214,216;214,216;0,216;0,432;0,432;0,648;214,648;214,648;421,864;635,864;843,864;1270,864;1477,864;1655,864;1863,864;2290,864;2498,864;2712,864;2919,648;2919,648;3133,648;3133,432" o:connectangles="0,0,0,0,0,0,0,0,0,0,0,0,0,0,0,0,0,0,0,0,0,0,0,0,0,0,0,0,0,0,0,0,0,0,0,0,0" textboxrect="0,0,15,4"/>
                </v:shape>
                <v:shape id="Freeform 129" o:spid="_x0000_s1132" style="position:absolute;left:945;top:1828;width:47;height:60;visibility:visible;mso-wrap-style:square;v-text-anchor:top" coordsize="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" path="m7,7l7,6,7,5,8,4,7,3,7,2,7,1,6,1,5,,4,r,1l3,1,2,2r,1l1,4r,1l,6,,7,,8,1,9r,1l2,10r1,l4,10,5,9,6,8,7,7xe" strokeweight="1.5pt">
                  <v:path arrowok="t" o:connecttype="custom" o:connectlocs="1416,1512;1416,1296;1416,1080;1622,864;1416,648;1416,432;1416,216;1210,216;1210,216;999,0;828,0;828,216;623,216;417,432;417,648;206,864;206,1080;0,1296;0,1512;0,1728;0,1728;206,1944;206,2160;417,2160;417,2160;623,2160;828,2160;999,1944;999,1944;1210,1728;1416,1512" o:connectangles="0,0,0,0,0,0,0,0,0,0,0,0,0,0,0,0,0,0,0,0,0,0,0,0,0,0,0,0,0,0,0" textboxrect="0,0,8,10"/>
                </v:shape>
                <v:shape id="Freeform 130" o:spid="_x0000_s1133" style="position:absolute;left:945;top:1828;width:47;height:60;visibility:visible;mso-wrap-style:square;v-text-anchor:top" coordsize="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" path="m7,7l7,6,7,5,8,4,7,3,7,2,7,1,6,1,5,,4,r,1l3,1,2,2r,1l1,4r,1l,6,,7,,8,1,9r,1l2,10r1,l4,10,5,9,6,8,7,7xe" filled="f" strokecolor="#24211d" strokeweight="1.5pt">
                  <v:path arrowok="t" o:connecttype="custom" o:connectlocs="1416,1512;1416,1296;1416,1080;1622,864;1416,648;1416,432;1416,216;1210,216;1210,216;999,0;828,0;828,216;623,216;417,432;417,648;206,864;206,1080;0,1296;0,1512;0,1728;0,1728;206,1944;206,2160;417,2160;417,2160;623,2160;828,2160;999,1944;999,1944;1210,1728;1416,1512" o:connectangles="0,0,0,0,0,0,0,0,0,0,0,0,0,0,0,0,0,0,0,0,0,0,0,0,0,0,0,0,0,0,0" textboxrect="0,0,8,10"/>
                </v:shape>
                <v:shape id="Freeform 131" o:spid="_x0000_s1134" style="position:absolute;left:879;top:1947;width:155;height:126;visibility:visible;mso-wrap-style:square;v-text-anchor:top" coordsize="26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" path="m26,7l10,1,9,1,8,1,7,,6,1,5,1,4,1,3,2,2,3,1,4r,1l,7,,8,,9r,1l1,12r,1l2,14r1,1l4,15r17,6l26,7xe" strokeweight="1.5pt">
                  <v:path arrowok="t" o:connecttype="custom" o:connectlocs="5508,1512;2134,216;1920,216;1705,216;1490,0;1282,216;1067,216;853,216;638,432;429,648;215,864;215,1080;0,1512;0,1728;0,1944;0,2160;215,2592;215,2808;429,3024;429,3024;638,3240;853,3240;4441,4536;5508,1512" o:connectangles="0,0,0,0,0,0,0,0,0,0,0,0,0,0,0,0,0,0,0,0,0,0,0,0" textboxrect="0,0,26,21"/>
                </v:shape>
                <v:shape id="Freeform 132" o:spid="_x0000_s1135" style="position:absolute;left:879;top:1947;width:155;height:126;visibility:visible;mso-wrap-style:square;v-text-anchor:top" coordsize="26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" path="m26,7l10,1,9,1,8,1,7,,6,1,5,1,4,1,3,2,2,3,1,4r,1l,7,,8,,9r,1l1,12r,1l2,14r1,1l4,15r17,6l26,7xe" filled="f" strokecolor="#24211d" strokeweight="1.5pt">
                  <v:path arrowok="t" o:connecttype="custom" o:connectlocs="5508,1512;2134,216;1920,216;1705,216;1490,0;1282,216;1067,216;853,216;638,432;429,648;215,864;215,1080;0,1512;0,1728;0,1944;0,2160;215,2592;215,2808;429,3024;429,3024;638,3240;853,3240;4441,4536;5508,1512" o:connectangles="0,0,0,0,0,0,0,0,0,0,0,0,0,0,0,0,0,0,0,0,0,0,0,0" textboxrect="0,0,26,21"/>
                </v:shape>
                <v:shape id="Freeform 133" o:spid="_x0000_s1136" style="position:absolute;left:933;top:1936;width:125;height:179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" path="m21,3l20,2,19,1r-2,l16,,14,,13,,12,1r-2,l9,2,7,3,6,4,5,5,4,6,3,8,2,9,1,11r,2l,15r,1l,18r,2l,21r1,2l2,25r1,1l4,27r1,1l6,29r1,l9,30r1,l21,3xe" strokeweight="1.5pt">
                  <v:path arrowok="t" o:connecttype="custom" o:connectlocs="4429,638;4214,430;4006,215;3577,215;3363,0;2940,0;2726,0;2518,215;2125,215;1911,430;1488,638;1274,853;1065,1068;851,1283;637,1706;423,1921;214,2351;214,2775;0,3204;0,3383;0,3807;0,4236;0,4451;214,4875;423,5304;637,5519;851,5734;1065,5943;1274,6158;1488,6158;1911,6372;2125,6372;4429,638" o:connectangles="0,0,0,0,0,0,0,0,0,0,0,0,0,0,0,0,0,0,0,0,0,0,0,0,0,0,0,0,0,0,0,0,0" textboxrect="0,0,21,30"/>
                </v:shape>
                <v:shape id="Freeform 134" o:spid="_x0000_s1137" style="position:absolute;left:933;top:1936;width:125;height:179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" path="m21,3l20,2,19,1r-2,l16,,14,,13,,12,1r-2,l9,2,7,3,6,4,5,5,4,6,3,8,2,9,1,11r,2l,15r,1l,18r,2l,21r1,2l2,25r1,1l4,27r1,1l6,29r1,l9,30r1,l21,3xe" filled="f" strokecolor="#24211d" strokeweight="1.5pt">
                  <v:path arrowok="t" o:connecttype="custom" o:connectlocs="4429,638;4214,430;4006,215;3577,215;3363,0;2940,0;2726,0;2518,215;2125,215;1911,430;1488,638;1274,853;1065,1068;851,1283;637,1706;423,1921;214,2351;214,2775;0,3204;0,3383;0,3807;0,4236;0,4451;214,4875;423,5304;637,5519;851,5734;1065,5943;1274,6158;1488,6158;1911,6372;2125,6372;4429,638" o:connectangles="0,0,0,0,0,0,0,0,0,0,0,0,0,0,0,0,0,0,0,0,0,0,0,0,0,0,0,0,0,0,0,0,0" textboxrect="0,0,21,30"/>
                </v:shape>
                <v:shape id="Freeform 135" o:spid="_x0000_s1138" style="position:absolute;left:962;top:1947;width:150;height:180;visibility:visible;mso-wrap-style:square;v-text-anchor:top" coordsize="2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" path="m24,19r,-2l25,15r,-2l25,12r,-2l24,8r,-1l23,5,22,4,21,3,20,2,19,1,17,,16,,15,,13,,12,,10,1,9,1,7,2,6,3,5,5,4,6,3,8,2,9,1,11r,1l,14r,2l,18r,2l1,21r,2l2,24r1,2l4,27r1,1l6,28r1,1l9,29r1,1l12,30r1,-1l15,29r1,-1l17,27r2,-1l20,25r1,-1l22,22r1,-1l24,19xe" strokeweight="1.5pt">
                  <v:path arrowok="t" o:connecttype="custom" o:connectlocs="5184,4104;5184,3672;5400,3240;5400,2808;5400,2592;5400,2160;5184,1728;5184,1512;4968,1080;4752,864;4536,648;4320,432;4104,216;3672,0;3456,0;3240,0;2808,0;2592,0;2160,216;1944,216;1512,432;1296,648;1080,1080;864,1296;648,1728;432,1944;216,2376;216,2592;0,3024;0,3456;0,3888;0,4320;216,4536;216,4968;432,5184;648,5616;864,5832;1080,6048;1296,6048;1512,6264;1944,6264;2160,6480;2592,6480;2808,6264;3240,6264;3456,6048;3672,5832;4104,5616;4320,5400;4536,5184;4752,4752;4968,4536;5184,4104" o:connectangles="0,0,0,0,0,0,0,0,0,0,0,0,0,0,0,0,0,0,0,0,0,0,0,0,0,0,0,0,0,0,0,0,0,0,0,0,0,0,0,0,0,0,0,0,0,0,0,0,0,0,0,0,0" textboxrect="0,0,25,30"/>
                </v:shape>
                <v:shape id="Freeform 136" o:spid="_x0000_s1139" style="position:absolute;left:962;top:1947;width:150;height:180;visibility:visible;mso-wrap-style:square;v-text-anchor:top" coordsize="2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" path="m24,19r,-2l25,15r,-2l25,12r,-2l24,8r,-1l23,5,22,4,21,3,20,2,19,1,17,,16,,15,,13,,12,,10,1,9,1,7,2,6,3,5,5,4,6,3,8,2,9,1,11r,1l,14r,2l,18r,2l1,21r,2l2,24r1,2l4,27r1,1l6,28r1,1l9,29r1,1l12,30r1,-1l15,29r1,-1l17,27r2,-1l20,25r1,-1l22,22r1,-1l24,19xe" filled="f" strokecolor="#24211d" strokeweight="1.5pt">
                  <v:path arrowok="t" o:connecttype="custom" o:connectlocs="5184,4104;5184,3672;5400,3240;5400,2808;5400,2592;5400,2160;5184,1728;5184,1512;4968,1080;4752,864;4536,648;4320,432;4104,216;3672,0;3456,0;3240,0;2808,0;2592,0;2160,216;1944,216;1512,432;1296,648;1080,1080;864,1296;648,1728;432,1944;216,2376;216,2592;0,3024;0,3456;0,3888;0,4320;216,4536;216,4968;432,5184;648,5616;864,5832;1080,6048;1296,6048;1512,6264;1944,6264;2160,6480;2592,6480;2808,6264;3240,6264;3456,6048;3672,5832;4104,5616;4320,5400;4536,5184;4752,4752;4968,4536;5184,4104" o:connectangles="0,0,0,0,0,0,0,0,0,0,0,0,0,0,0,0,0,0,0,0,0,0,0,0,0,0,0,0,0,0,0,0,0,0,0,0,0,0,0,0,0,0,0,0,0,0,0,0,0,0,0,0,0" textboxrect="0,0,25,30"/>
                </v:shape>
                <v:shape id="Freeform 137" o:spid="_x0000_s1140" style="position:absolute;left:1016;top:2013;width:42;height:48;visibility:visible;mso-wrap-style:square;v-text-anchor:top" coordsize="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" path="m6,5l6,4,7,3,6,2,6,1,5,,4,,3,,2,1,1,1r,1l1,3,,4,,5,1,6r,1l2,7r1,l3,8,4,7r1,l5,6r1,l6,5xe" strokeweight="1.5pt">
                  <v:path arrowok="t" o:connecttype="custom" o:connectlocs="1296,1080;1296,864;1512,648;1296,432;1296,216;1296,216;1080,0;864,0;864,0;648,0;432,216;216,216;216,432;216,648;0,864;0,1080;0,1080;216,1296;216,1512;432,1512;648,1512;648,1728;864,1512;1080,1512;1080,1296;1296,1296;1296,1080" o:connectangles="0,0,0,0,0,0,0,0,0,0,0,0,0,0,0,0,0,0,0,0,0,0,0,0,0,0,0" textboxrect="0,0,7,8"/>
                </v:shape>
                <v:shape id="Freeform 138" o:spid="_x0000_s1141" style="position:absolute;left:1016;top:2013;width:42;height:48;visibility:visible;mso-wrap-style:square;v-text-anchor:top" coordsize="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" path="m6,5l6,4,7,3,6,2,6,1,5,,4,,3,,2,1,1,1r,1l1,3,,4,,5,1,6r,1l2,7r1,l3,8,4,7r1,l5,6r1,l6,5xe" filled="f" strokecolor="#24211d" strokeweight="1.5pt">
                  <v:path arrowok="t" o:connecttype="custom" o:connectlocs="1296,1080;1296,864;1512,648;1296,432;1296,216;1296,216;1080,0;864,0;864,0;648,0;432,216;216,216;216,432;216,648;0,864;0,1080;0,1080;216,1296;216,1512;432,1512;648,1512;648,1728;864,1512;1080,1512;1080,1296;1296,1296;1296,1080" o:connectangles="0,0,0,0,0,0,0,0,0,0,0,0,0,0,0,0,0,0,0,0,0,0,0,0,0,0,0" textboxrect="0,0,7,8"/>
                </v:shape>
                <v:shape id="Freeform 139" o:spid="_x0000_s1142" style="position:absolute;left:825;top:908;width:155;height:114;visibility:visible;mso-wrap-style:square;v-text-anchor:top" coordsize="2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" path="m26,4l7,,6,,5,,4,1,3,1,2,2,1,3r,1l,5,,7,,8,,9r,1l1,12r1,1l3,14r19,5l26,4xe" strokeweight="1.5pt">
                  <v:path arrowok="t" o:connecttype="custom" o:connectlocs="5508,864;1490,0;1282,0;1067,0;853,216;638,216;429,432;215,648;215,864;0,1080;0,1512;0,1728;0,1944;0,2160;215,2592;215,2592;429,2808;638,3024;4656,4104;5508,864" o:connectangles="0,0,0,0,0,0,0,0,0,0,0,0,0,0,0,0,0,0,0,0" textboxrect="0,0,26,19"/>
                </v:shape>
                <v:shape id="Freeform 140" o:spid="_x0000_s1143" style="position:absolute;left:825;top:908;width:155;height:114;visibility:visible;mso-wrap-style:square;v-text-anchor:top" coordsize="2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" path="m26,4l7,,6,,5,,4,1,3,1,2,2,1,3r,1l,5,,7,,8,,9r,1l1,12r1,1l3,14r19,5l26,4xe" filled="f" strokecolor="#24211d" strokeweight="1.5pt">
                  <v:path arrowok="t" o:connecttype="custom" o:connectlocs="5508,864;1490,0;1282,0;1067,0;853,216;638,216;429,432;215,648;215,864;0,1080;0,1512;0,1728;0,1944;0,2160;215,2592;215,2592;429,2808;638,3024;4656,4104;5508,864" o:connectangles="0,0,0,0,0,0,0,0,0,0,0,0,0,0,0,0,0,0,0,0" textboxrect="0,0,26,19"/>
                </v:shape>
                <v:shape id="Freeform 141" o:spid="_x0000_s1144" style="position:absolute;left:879;top:884;width:125;height:185;visibility:visible;mso-wrap-style:square;v-text-anchor:top" coordsize="2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" path="m21,2l16,,15,,13,,12,,10,1,9,1,8,2,6,3,5,4,4,6,3,7,2,9,1,10r,2l1,14,,16r,2l,19r1,2l1,23r1,1l3,26r1,1l5,28r2,1l13,31,21,2xe" strokeweight="1.5pt">
                  <v:path arrowok="t" o:connecttype="custom" o:connectlocs="4429,430;3363,0;3155,0;2726,0;2518,0;2125,215;1911,215;1702,430;1274,639;1065,853;851,1283;637,1498;423,1922;214,2136;214,2566;214,2990;0,3384;0,3813;0,4022;214,4452;214,4882;423,5090;637,5520;851,5735;1065,5950;1488,6159;2726,6588;4429,430" o:connectangles="0,0,0,0,0,0,0,0,0,0,0,0,0,0,0,0,0,0,0,0,0,0,0,0,0,0,0,0" textboxrect="0,0,21,31"/>
                </v:shape>
                <v:shape id="Freeform 142" o:spid="_x0000_s1145" style="position:absolute;left:879;top:884;width:125;height:185;visibility:visible;mso-wrap-style:square;v-text-anchor:top" coordsize="2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" path="m21,2l16,,15,,13,,12,,10,1,9,1,8,2,6,3,5,4,4,6,3,7,2,9,1,10r,2l1,14,,16r,2l,19r1,2l1,23r1,1l3,26r1,1l5,28r2,1l13,31,21,2xe" filled="f" strokecolor="#24211d" strokeweight="1.5pt">
                  <v:path arrowok="t" o:connecttype="custom" o:connectlocs="4429,430;3363,0;3155,0;2726,0;2518,0;2125,215;1911,215;1702,430;1274,639;1065,853;851,1283;637,1498;423,1922;214,2136;214,2566;214,2990;0,3384;0,3813;0,4022;214,4452;214,4882;423,5090;637,5520;851,5735;1065,5950;1488,6159;2726,6588;4429,430" o:connectangles="0,0,0,0,0,0,0,0,0,0,0,0,0,0,0,0,0,0,0,0,0,0,0,0,0,0,0,0" textboxrect="0,0,21,31"/>
                </v:shape>
                <v:shape id="Freeform 143" o:spid="_x0000_s1146" style="position:absolute;left:915;top:896;width:143;height:179;visibility:visible;mso-wrap-style:square;v-text-anchor:top" coordsize="2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" path="m23,17r1,-1l24,14r,-2l24,10,23,9r,-2l22,5,21,4,20,3,19,2,18,1,17,,15,,14,,13,,11,,10,,8,1,7,2,6,3,4,4,3,5,2,6,1,8r,2l,11r,2l,15r,2l,19r,1l1,22r,1l2,25r1,1l4,27r1,1l7,29r1,l9,29r2,1l12,29r2,l15,28r2,l18,27r1,-2l20,24r1,-1l22,21r1,-2l23,18r,-1xe" strokeweight="1.5pt">
                  <v:path arrowok="t" o:connecttype="custom" o:connectlocs="4862,3598;5077,3383;5077,2989;5077,2566;5077,2136;4862,1921;4862,1498;4653,1068;4439,853;4224,638;4010,430;3801,215;3587,0;3158,0;2949,0;2735,0;2342,0;2133,0;1704,215;1490,430;1281,638;852,853;638,1068;429,1283;215,1706;215,2136;0,2351;0,2775;0,3204;0,3598;0,4022;0,4236;215,4666;215,4875;429,5304;638,5519;852,5734;1067,5943;1490,6158;1704,6158;1919,6158;2342,6372;2556,6158;2949,6158;3158,5943;3587,5943;3801,5734;4010,5304;4224,5090;4439,4875;4653,4451;4862,4022;4862,3807;4862,3598" o:connectangles="0,0,0,0,0,0,0,0,0,0,0,0,0,0,0,0,0,0,0,0,0,0,0,0,0,0,0,0,0,0,0,0,0,0,0,0,0,0,0,0,0,0,0,0,0,0,0,0,0,0,0,0,0,0" textboxrect="0,0,24,30"/>
                </v:shape>
                <v:shape id="Freeform 144" o:spid="_x0000_s1147" style="position:absolute;left:915;top:896;width:143;height:179;visibility:visible;mso-wrap-style:square;v-text-anchor:top" coordsize="2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" path="m23,17r1,-1l24,14r,-2l24,10,23,9r,-2l22,5,21,4,20,3,19,2,18,1,17,,15,,14,,13,,11,,10,,8,1,7,2,6,3,4,4,3,5,2,6,1,8r,2l,11r,2l,15r,2l,19r,1l1,22r,1l2,25r1,1l4,27r1,1l7,29r1,l9,29r2,1l12,29r2,l15,28r2,l18,27r1,-2l20,24r1,-1l22,21r1,-2l23,18r,-1xe" filled="f" strokecolor="#24211d" strokeweight="1.5pt">
                  <v:path arrowok="t" o:connecttype="custom" o:connectlocs="4862,3598;5077,3383;5077,2989;5077,2566;5077,2136;4862,1921;4862,1498;4653,1068;4439,853;4224,638;4010,430;3801,215;3587,0;3158,0;2949,0;2735,0;2342,0;2133,0;1704,215;1490,430;1281,638;852,853;638,1068;429,1283;215,1706;215,2136;0,2351;0,2775;0,3204;0,3598;0,4022;0,4236;215,4666;215,4875;429,5304;638,5519;852,5734;1067,5943;1490,6158;1704,6158;1919,6158;2342,6372;2556,6158;2949,6158;3158,5943;3587,5943;3801,5734;4010,5304;4224,5090;4439,4875;4653,4451;4862,4022;4862,3807;4862,3598" o:connectangles="0,0,0,0,0,0,0,0,0,0,0,0,0,0,0,0,0,0,0,0,0,0,0,0,0,0,0,0,0,0,0,0,0,0,0,0,0,0,0,0,0,0,0,0,0,0,0,0,0,0,0,0,0,0" textboxrect="0,0,24,30"/>
                </v:shape>
                <v:shape id="Freeform 145" o:spid="_x0000_s1148" style="position:absolute;left:968;top:962;width:36;height:42;visibility:visible;mso-wrap-style:square;v-text-anchor:top" coordsize="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" path="m6,4l6,3,6,2,5,1,5,,4,,3,,2,,1,r,1l,2,,3,,4,,5,,6,1,7r1,l3,7r1,l5,6,5,5,6,4xe" strokeweight="1.5pt">
                  <v:path arrowok="t" o:connecttype="custom" o:connectlocs="1296,864;1296,648;1296,432;1296,432;1080,216;1080,0;864,0;648,0;648,0;432,0;216,0;216,216;0,432;0,648;0,864;0,1080;0,1080;0,1296;216,1512;432,1512;432,1512;648,1512;864,1512;864,1512;1080,1296;1080,1080;1296,864" o:connectangles="0,0,0,0,0,0,0,0,0,0,0,0,0,0,0,0,0,0,0,0,0,0,0,0,0,0,0" textboxrect="0,0,6,7"/>
                </v:shape>
                <v:shape id="Freeform 146" o:spid="_x0000_s1149" style="position:absolute;left:968;top:962;width:36;height:42;visibility:visible;mso-wrap-style:square;v-text-anchor:top" coordsize="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" path="m6,4l6,3,6,2,5,1,5,,4,,3,,2,,1,r,1l,2,,3,,4,,5,,6,1,7r1,l3,7r1,l5,6,5,5,6,4xe" filled="f" strokecolor="#24211d" strokeweight="1.5pt">
                  <v:path arrowok="t" o:connecttype="custom" o:connectlocs="1296,864;1296,648;1296,432;1296,432;1080,216;1080,0;864,0;648,0;648,0;432,0;216,0;216,216;0,432;0,648;0,864;0,1080;0,1080;0,1296;216,1512;432,1512;432,1512;648,1512;864,1512;864,1512;1080,1296;1080,1080;1296,864" o:connectangles="0,0,0,0,0,0,0,0,0,0,0,0,0,0,0,0,0,0,0,0,0,0,0,0,0,0,0" textboxrect="0,0,6,7"/>
                </v:shape>
                <v:shape id="Freeform 147" o:spid="_x0000_s1150" style="position:absolute;left:753;top:591;width:138;height:108;visibility:visible;mso-wrap-style:square;v-text-anchor:top" coordsize="2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" path="m23,3l7,,6,,5,,4,1,3,2,2,3,1,5r,1l,7,,8r,2l1,11r,1l2,13r,1l3,15r1,l20,18,23,3xe" strokeweight="1.5pt">
                  <v:path arrowok="t" o:connecttype="custom" o:connectlocs="4968,648;1512,0;1296,0;1080,0;1080,0;864,216;648,432;432,648;432,648;216,1080;216,1296;0,1512;0,1728;0,2160;216,2376;216,2592;432,2808;432,3024;648,3240;864,3240;4320,3888;4968,648" o:connectangles="0,0,0,0,0,0,0,0,0,0,0,0,0,0,0,0,0,0,0,0,0,0" textboxrect="0,0,23,18"/>
                </v:shape>
                <v:shape id="Freeform 148" o:spid="_x0000_s1151" style="position:absolute;left:753;top:591;width:138;height:108;visibility:visible;mso-wrap-style:square;v-text-anchor:top" coordsize="2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" path="m23,3l7,,6,,5,,4,1,3,2,2,3,1,5r,1l,7,,8r,2l1,11r,1l2,13r,1l3,15r1,l20,18,23,3xe" filled="f" strokecolor="#24211d" strokeweight="1.5pt">
                  <v:path arrowok="t" o:connecttype="custom" o:connectlocs="4968,648;1512,0;1296,0;1080,0;1080,0;864,216;648,432;432,648;432,648;216,1080;216,1296;0,1512;0,1728;0,2160;216,2376;216,2592;432,2808;432,3024;648,3240;864,3240;4320,3888;4968,648" o:connectangles="0,0,0,0,0,0,0,0,0,0,0,0,0,0,0,0,0,0,0,0,0,0" textboxrect="0,0,23,18"/>
                </v:shape>
                <v:shape id="Freeform 149" o:spid="_x0000_s1152" style="position:absolute;left:795;top:508;width:197;height:340;visibility:visible;mso-wrap-style:square;v-text-anchor:top" coordsize="33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" path="m33,3l25,1,20,,18,1,16,2,13,3,11,4,9,6,7,8,5,11,4,14,3,17,2,20,1,23,,26r,4l,33r1,3l1,39r1,3l3,45r2,2l6,50r4,3l22,57,33,3xe" strokeweight="1.5pt">
                  <v:path arrowok="t" o:connecttype="custom" o:connectlocs="7020,638;5307,215;4238,0;3815,215;3421,429;2782,638;2352,853;1922,1282;1498,1706;1069,2350;854,2988;639,3591;430,4235;215,4873;0,5518;0,6371;0,7009;215,7647;215,8291;430,8929;639,9538;1069,9961;1283,10606;2137,11244;4668,12097;7020,638" o:connectangles="0,0,0,0,0,0,0,0,0,0,0,0,0,0,0,0,0,0,0,0,0,0,0,0,0,0" textboxrect="0,0,33,57"/>
                </v:shape>
                <v:shape id="Freeform 150" o:spid="_x0000_s1153" style="position:absolute;left:795;top:508;width:197;height:340;visibility:visible;mso-wrap-style:square;v-text-anchor:top" coordsize="33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" path="m33,3l25,1,20,,18,1,16,2,13,3,11,4,9,6,7,8,5,11,4,14,3,17,2,20,1,23,,26r,4l,33r1,3l1,39r1,3l3,45r2,2l6,50r4,3l22,57,33,3xe" filled="f" strokecolor="#24211d" strokeweight="1.5pt">
                  <v:path arrowok="t" o:connecttype="custom" o:connectlocs="7020,638;5307,215;4238,0;3815,215;3421,429;2782,638;2352,853;1922,1282;1498,1706;1069,2350;854,2988;639,3591;430,4235;215,4873;0,5518;0,6371;0,7009;215,7647;215,8291;430,8929;639,9538;1069,9961;1283,10606;2137,11244;4668,12097;7020,638" o:connectangles="0,0,0,0,0,0,0,0,0,0,0,0,0,0,0,0,0,0,0,0,0,0,0,0,0,0" textboxrect="0,0,33,57"/>
                </v:shape>
                <v:shape id="Freeform 151" o:spid="_x0000_s1154" style="position:absolute;left:843;top:520;width:239;height:328;visibility:visible;mso-wrap-style:square;v-text-anchor:top" coordsize="4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" path="m39,33r1,-4l40,26r,-3l39,20,38,16r,-3l36,11,35,8,33,6,32,4,30,3,27,2,25,1,23,,21,,18,1,16,2,14,3,12,4,9,6,7,9,6,11,4,14,3,17,2,20,1,23r,3l,30r1,3l1,36r1,3l3,42r1,3l5,47r2,3l9,51r2,2l13,54r2,1l17,55r2,l22,55r2,-1l26,53r3,-1l31,50r2,-2l34,45r2,-3l37,40r1,-4l39,33xe" strokeweight="1.5pt">
                  <v:path arrowok="t" o:connecttype="custom" o:connectlocs="8317,7007;8532,6154;8532,5510;8532,4872;8317,4234;8102,3381;8102,2773;7678,2350;7463,1706;7033,1282;6817,853;6393,638;5748,429;5318,215;4894,0;4463,0;3854,215;3430,429;2999,638;2569,853;1930,1282;1500,1920;1285,2350;854,2952;645,3590;430,4234;215,4872;215,5510;0,6363;215,7007;215,7645;430,8289;645,8892;854,9530;1070,9959;1500,10597;1930,10812;2354,11241;2784,11450;3215,11665;3639,11665;4069,11665;4678,11665;5103,11450;5533,11241;6178,11027;6602,10597;7033,10174;7248,9530;7678,8892;7887,8498;8102,7645;8317,7007" o:connectangles="0,0,0,0,0,0,0,0,0,0,0,0,0,0,0,0,0,0,0,0,0,0,0,0,0,0,0,0,0,0,0,0,0,0,0,0,0,0,0,0,0,0,0,0,0,0,0,0,0,0,0,0,0" textboxrect="0,0,40,55"/>
                </v:shape>
                <v:shape id="Freeform 152" o:spid="_x0000_s1155" style="position:absolute;left:843;top:520;width:239;height:328;visibility:visible;mso-wrap-style:square;v-text-anchor:top" coordsize="4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" path="m39,33r1,-4l40,26r,-3l39,20,38,16r,-3l36,11,35,8,33,6,32,4,30,3,27,2,25,1,23,,21,,18,1,16,2,14,3,12,4,9,6,7,9,6,11,4,14,3,17,2,20,1,23r,3l,30r1,3l1,36r1,3l3,42r1,3l5,47r2,3l9,51r2,2l13,54r2,1l17,55r2,l22,55r2,-1l26,53r3,-1l31,50r2,-2l34,45r2,-3l37,40r1,-4l39,33xe" filled="f" strokecolor="#24211d" strokeweight="1.5pt">
                  <v:path arrowok="t" o:connecttype="custom" o:connectlocs="8317,7007;8532,6154;8532,5510;8532,4872;8317,4234;8102,3381;8102,2773;7678,2350;7463,1706;7033,1282;6817,853;6393,638;5748,429;5318,215;4894,0;4463,0;3854,215;3430,429;2999,638;2569,853;1930,1282;1500,1920;1285,2350;854,2952;645,3590;430,4234;215,4872;215,5510;0,6363;215,7007;215,7645;430,8289;645,8892;854,9530;1070,9959;1500,10597;1930,10812;2354,11241;2784,11450;3215,11665;3639,11665;4069,11665;4678,11665;5103,11450;5533,11241;6178,11027;6602,10597;7033,10174;7248,9530;7678,8892;7887,8498;8102,7645;8317,7007" o:connectangles="0,0,0,0,0,0,0,0,0,0,0,0,0,0,0,0,0,0,0,0,0,0,0,0,0,0,0,0,0,0,0,0,0,0,0,0,0,0,0,0,0,0,0,0,0,0,0,0,0,0,0,0,0" textboxrect="0,0,40,55"/>
                </v:shape>
                <v:shape id="Freeform 153" o:spid="_x0000_s1156" style="position:absolute;left:933;top:645;width:59;height:84;visibility:visible;mso-wrap-style:square;v-text-anchor:top" coordsize="1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" path="m10,8r,-2l10,5,9,3,9,2,8,1,7,,6,,5,,3,1,2,2,1,3r,1l1,6,,7,1,9r,2l1,12r1,1l4,14r2,l7,13,8,12,9,11r,-1l10,8xe" strokeweight="1.5pt">
                  <v:path arrowok="t" o:connecttype="custom" o:connectlocs="2053,1728;2053,1296;2053,1080;1847,648;1847,432;1634,216;1428,0;1221,0;1044,0;625,216;419,432;207,648;207,864;207,1296;0,1512;207,1944;207,2376;207,2592;419,2808;838,3024;838,3024;1221,3024;1428,2808;1634,2592;1847,2376;1847,2160;2053,1728" o:connectangles="0,0,0,0,0,0,0,0,0,0,0,0,0,0,0,0,0,0,0,0,0,0,0,0,0,0,0" textboxrect="0,0,10,14"/>
                </v:shape>
                <v:shape id="Freeform 154" o:spid="_x0000_s1157" style="position:absolute;left:933;top:645;width:59;height:84;visibility:visible;mso-wrap-style:square;v-text-anchor:top" coordsize="1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" path="m10,8r,-2l10,5,9,3,9,2,8,1,7,,6,,5,,3,1,2,2,1,3r,1l1,6,,7,1,9r,2l1,12r1,1l4,14r2,l7,13,8,12,9,11r,-1l10,8xe" filled="f" strokecolor="#24211d" strokeweight="1.5pt">
                  <v:path arrowok="t" o:connecttype="custom" o:connectlocs="2053,1728;2053,1296;2053,1080;1847,648;1847,432;1634,216;1428,0;1221,0;1044,0;625,216;419,432;207,648;207,864;207,1296;0,1512;207,1944;207,2376;207,2592;419,2808;838,3024;838,3024;1221,3024;1428,2808;1634,2592;1847,2376;1847,2160;2053,1728" o:connectangles="0,0,0,0,0,0,0,0,0,0,0,0,0,0,0,0,0,0,0,0,0,0,0,0,0,0,0" textboxrect="0,0,10,14"/>
                </v:shape>
                <v:shape id="Freeform 155" o:spid="_x0000_s1158" style="position:absolute;left:257;top:1123;width:377;height:108;visibility:visible;mso-wrap-style:square;v-text-anchor:top" coordsize="6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" path="m,l2,2,5,5,8,7r4,2l15,11r3,1l22,14r3,1l29,16r4,1l36,17r4,1l44,18r4,l51,18r4,-1l59,17r4,-1l63,15e" filled="f" strokecolor="#24211d" strokeweight="1.5pt">
                  <v:path arrowok="t" o:connecttype="custom" o:connectlocs="0,0;431,432;1077,1080;1717,1512;2579,1944;3225,2376;3866,2592;4727,3024;5374,3240;6229,3456;7055,3672;7702,3672;8557,3888;9419,3888;10275,3888;10921,3888;11783,3672;12638,3672;13500,3456;13500,3240" o:connectangles="0,0,0,0,0,0,0,0,0,0,0,0,0,0,0,0,0,0,0,0" textboxrect="0,0,63,18"/>
                </v:shape>
                <v:line id="Line 156" o:spid="_x0000_s1159" style="position:absolute;flip:x;visibility:visible;mso-wrap-style:square;v-text-anchor:top" from="239,1135" to="257,1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" strokecolor="#24211d" strokeweight="1.5pt"/>
                <v:line id="Line 157" o:spid="_x0000_s1160" style="position:absolute;flip:x;visibility:visible;mso-wrap-style:square;v-text-anchor:top" from="233,1141" to="263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" strokecolor="#24211d" strokeweight="1.5pt"/>
                <v:line id="Line 158" o:spid="_x0000_s1161" style="position:absolute;flip:y;visibility:visible;mso-wrap-style:square;v-text-anchor:top" from="251,1183" to="263,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" strokecolor="#24211d" strokeweight="1.5pt"/>
                <v:line id="Line 159" o:spid="_x0000_s1162" style="position:absolute;flip:y;visibility:visible;mso-wrap-style:square;v-text-anchor:top" from="269,1201" to="275,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" strokecolor="#24211d" strokeweight="1.5pt"/>
                <v:line id="Line 160" o:spid="_x0000_s1163" style="position:absolute;flip:y;visibility:visible;mso-wrap-style:square;v-text-anchor:top" from="287,1213" to="293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" strokecolor="#24211d" strokeweight="1.5pt"/>
                <v:line id="Line 161" o:spid="_x0000_s1164" style="position:absolute;flip:y;visibility:visible;mso-wrap-style:square;v-text-anchor:top" from="317,1225" to="323,1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" strokecolor="#24211d" strokeweight="1.5pt"/>
                <v:line id="Line 162" o:spid="_x0000_s1165" style="position:absolute;flip:y;visibility:visible;mso-wrap-style:square;v-text-anchor:top" from="269,1159" to="281,1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" strokecolor="#24211d" strokeweight="1.5pt"/>
                <v:line id="Line 163" o:spid="_x0000_s1166" style="position:absolute;flip:y;visibility:visible;mso-wrap-style:square;v-text-anchor:top" from="287,1171" to="299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" strokecolor="#24211d" strokeweight="1.5pt"/>
                <v:line id="Line 164" o:spid="_x0000_s1167" style="position:absolute;flip:x y;visibility:visible;mso-wrap-style:square;v-text-anchor:top" from="616,1225" to="634,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" strokecolor="#24211d" strokeweight="1.5pt"/>
                <v:line id="Line 165" o:spid="_x0000_s1168" style="position:absolute;flip:x y;visibility:visible;mso-wrap-style:square;v-text-anchor:top" from="598,1237" to="604,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" strokecolor="#24211d" strokeweight="1.5pt"/>
                <v:line id="Line 166" o:spid="_x0000_s1169" style="position:absolute;flip:x y;visibility:visible;mso-wrap-style:square;v-text-anchor:top" from="580,1272" to="586,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" strokecolor="#24211d" strokeweight="1.5pt"/>
                <v:line id="Line 167" o:spid="_x0000_s1170" style="position:absolute;flip:y;visibility:visible;mso-wrap-style:square;v-text-anchor:top" from="556,1278" to="556,1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" strokecolor="#24211d" strokeweight="1.5pt"/>
                <v:shape id="Freeform 168" o:spid="_x0000_s1171" style="position:absolute;left:431;top:1571;width:47;height:1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" path="m,l1,1r1,l5,2,8,1e" filled="f" strokecolor="#24211d" strokeweight="1.5pt">
                  <v:path arrowok="t" o:connecttype="custom" o:connectlocs="0,0;206,216;417,216;999,432;1622,216" o:connectangles="0,0,0,0,0" textboxrect="0,0,8,2"/>
                </v:shape>
                <v:line id="Line 169" o:spid="_x0000_s1172" style="position:absolute;visibility:visible;mso-wrap-style:square;v-text-anchor:top" from="598,1709" to="598,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" strokecolor="#24211d" strokeweight="1.5pt"/>
                <v:shape id="Freeform 170" o:spid="_x0000_s1173" style="position:absolute;left:210;top:1846;width:12;height:42;visibility:visible;mso-wrap-style:square;v-text-anchor:top" coordsize="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" path="m,l1,r,2l2,4r,2l1,7e" filled="f" strokecolor="#24211d" strokeweight="1.5pt">
                  <v:path arrowok="t" o:connecttype="custom" o:connectlocs="0,0;216,0;216,432;432,864;432,1296;216,1512" o:connectangles="0,0,0,0,0,0" textboxrect="0,0,2,7"/>
                </v:shape>
                <v:shape id="Freeform 171" o:spid="_x0000_s1174" style="position:absolute;left:592;top:1493;width:418;height:168;visibility:visible;mso-wrap-style:square;v-text-anchor:top" coordsize="70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" path="m,26r3,2l13,28,54,7,70,e" filled="f" strokecolor="#24211d" strokeweight="1.5pt">
                  <v:path arrowok="t" o:connecttype="custom" o:connectlocs="0,5616;639,6048;2783,6048;11483,1512;14905,0" o:connectangles="0,0,0,0,0" textboxrect="0,0,70,28"/>
                </v:shape>
                <v:shape id="Freeform 172" o:spid="_x0000_s1175" style="position:absolute;left:269;top:1499;width:120;height:18;visibility:visible;mso-wrap-style:square;v-text-anchor:top" coordsize="20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" path="m,1l4,3r9,l20,e" filled="f" strokecolor="#24211d" strokeweight="1.5pt">
                  <v:path arrowok="t" o:connecttype="custom" o:connectlocs="0,216;864,648;2808,648;4320,0" o:connectangles="0,0,0,0" textboxrect="0,0,20,3"/>
                </v:shape>
                <v:shape id="Freeform 173" o:spid="_x0000_s1176" style="position:absolute;left:538;top:1374;width:138;height:54;visibility:visible;mso-wrap-style:square;v-text-anchor:top" coordsize="2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" path="m,9l10,5,23,e" filled="f" strokecolor="#24211d" strokeweight="1.5pt">
                  <v:path arrowok="t" o:connecttype="custom" o:connectlocs="0,1944;2160,1080;4968,0" o:connectangles="0,0,0" textboxrect="0,0,23,9"/>
                </v:shape>
                <v:shape id="Freeform 174" o:spid="_x0000_s1177" style="position:absolute;left:120;top:1487;width:48;height:36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" path="m,1l1,,8,5r,1e" filled="f" strokecolor="#24211d" strokeweight="1.5pt">
                  <v:path arrowok="t" o:connecttype="custom" o:connectlocs="0,216;216,0;1728,1080;1728,1296" o:connectangles="0,0,0,0" textboxrect="0,0,8,6"/>
                </v:shape>
                <v:shape id="Freeform 175" o:spid="_x0000_s1178" style="position:absolute;left:102;top:1458;width:120;height:65;visibility:visible;mso-wrap-style:square;v-text-anchor:top" coordsize="2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" path="m,l6,3r9,5l20,11e" filled="f" strokecolor="#24211d" strokeweight="1.5pt">
                  <v:path arrowok="t" o:connecttype="custom" o:connectlocs="0,0;1296,626;3240,1643;4320,2269" o:connectangles="0,0,0,0" textboxrect="0,0,20,11"/>
                </v:shape>
                <v:shape id="Freeform 176" o:spid="_x0000_s1179" style="position:absolute;left:640;top:2390;width:42;height:59;visibility:visible;mso-wrap-style:square;v-text-anchor:top" coordsize="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" path="m6,6l7,5,7,4,7,3,7,2,7,1,6,,5,,4,r,1l3,1,2,2r,1l1,4r,1l,6,,7,,8,1,9r,1l2,10r1,l4,9r1,l5,8,6,7,6,6xe" strokeweight="1.5pt">
                  <v:path arrowok="t" o:connecttype="custom" o:connectlocs="1296,1221;1512,1044;1512,838;1512,625;1512,419;1512,419;1512,207;1296,0;1296,0;1080,0;864,0;864,207;648,207;432,419;432,625;216,838;216,1044;0,1221;0,1428;0,1634;0,1634;216,1847;216,1847;216,2053;432,2053;648,2053;648,2053;864,1847;1080,1847;1080,1634;1296,1428;1296,1221" o:connectangles="0,0,0,0,0,0,0,0,0,0,0,0,0,0,0,0,0,0,0,0,0,0,0,0,0,0,0,0,0,0,0,0" textboxrect="0,0,7,10"/>
                </v:shape>
                <v:shape id="Freeform 177" o:spid="_x0000_s1180" style="position:absolute;left:640;top:2390;width:42;height:59;visibility:visible;mso-wrap-style:square;v-text-anchor:top" coordsize="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" path="m6,6l7,5,7,4,7,3,7,2,7,1,6,,5,,4,r,1l3,1,2,2r,1l1,4r,1l,6,,7,,8,1,9r,1l2,10r1,l4,9r1,l5,8,6,7,6,6xe" filled="f" strokecolor="#24211d" strokeweight="1.5pt">
                  <v:path arrowok="t" o:connecttype="custom" o:connectlocs="1296,1221;1512,1044;1512,838;1512,625;1512,419;1512,419;1512,207;1296,0;1296,0;1080,0;864,0;864,207;648,207;432,419;432,625;216,838;216,1044;0,1221;0,1428;0,1634;0,1634;216,1847;216,1847;216,2053;432,2053;648,2053;648,2053;864,1847;1080,1847;1080,1634;1296,1428;1296,1221" o:connectangles="0,0,0,0,0,0,0,0,0,0,0,0,0,0,0,0,0,0,0,0,0,0,0,0,0,0,0,0,0,0,0,0" textboxrect="0,0,7,10"/>
                </v:shape>
                <w10:wrap type="tight"/>
              </v:group>
            </w:pict>
          </mc:Fallback>
        </mc:AlternateContent>
      </w:r>
      <w:r w:rsidR="00000000" w:rsidRPr="00CF1B17">
        <w:rPr>
          <w:b/>
          <w:sz w:val="28"/>
          <w:szCs w:val="24"/>
        </w:rPr>
        <w:t>TEORIJSKI DIO</w:t>
      </w:r>
    </w:p>
    <w:p w14:paraId="4FBADE90" w14:textId="77777777" w:rsidR="00CF1B17" w:rsidRDefault="00CF1B17" w:rsidP="009A4A82">
      <w:pPr>
        <w:pStyle w:val="ListParagraph"/>
        <w:spacing w:before="100"/>
      </w:pPr>
    </w:p>
    <w:p w14:paraId="36CBCBFB" w14:textId="3141AE61" w:rsidR="00502FC5" w:rsidRDefault="00000000" w:rsidP="009A4A82">
      <w:pPr>
        <w:pStyle w:val="ListParagraph"/>
        <w:numPr>
          <w:ilvl w:val="0"/>
          <w:numId w:val="19"/>
        </w:numPr>
      </w:pPr>
      <w:proofErr w:type="spellStart"/>
      <w:r w:rsidRPr="00CF1B17">
        <w:rPr>
          <w:b/>
        </w:rPr>
        <w:t>Nabrojati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mehaničke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dijelove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mikroskopa</w:t>
      </w:r>
      <w:proofErr w:type="spellEnd"/>
      <w:r w:rsidRPr="00CF1B17">
        <w:rPr>
          <w:b/>
        </w:rPr>
        <w:t>:</w:t>
      </w:r>
    </w:p>
    <w:p w14:paraId="435D3340" w14:textId="2A46A397" w:rsidR="00502FC5" w:rsidRDefault="00000000" w:rsidP="009A4A82">
      <w:pPr>
        <w:pStyle w:val="ListParagraph"/>
        <w:numPr>
          <w:ilvl w:val="0"/>
          <w:numId w:val="10"/>
        </w:numPr>
      </w:pPr>
      <w:r>
        <w:t>______________________________________________</w:t>
      </w:r>
    </w:p>
    <w:p w14:paraId="6983FAA2" w14:textId="535231F9" w:rsidR="00502FC5" w:rsidRDefault="00000000" w:rsidP="009A4A82">
      <w:pPr>
        <w:pStyle w:val="ListParagraph"/>
        <w:numPr>
          <w:ilvl w:val="0"/>
          <w:numId w:val="10"/>
        </w:numPr>
      </w:pPr>
      <w:r>
        <w:t>______________________________________________</w:t>
      </w:r>
    </w:p>
    <w:p w14:paraId="073317A2" w14:textId="0AC451FE" w:rsidR="00502FC5" w:rsidRDefault="00000000" w:rsidP="009A4A82">
      <w:pPr>
        <w:pStyle w:val="ListParagraph"/>
        <w:numPr>
          <w:ilvl w:val="0"/>
          <w:numId w:val="10"/>
        </w:numPr>
      </w:pPr>
      <w:r>
        <w:t>______________________________________________</w:t>
      </w:r>
    </w:p>
    <w:p w14:paraId="4E1E6237" w14:textId="2717F816" w:rsidR="00502FC5" w:rsidRDefault="00000000" w:rsidP="009A4A82">
      <w:pPr>
        <w:pStyle w:val="ListParagraph"/>
        <w:numPr>
          <w:ilvl w:val="0"/>
          <w:numId w:val="10"/>
        </w:numPr>
      </w:pPr>
      <w:r>
        <w:t>______________________________________________</w:t>
      </w:r>
    </w:p>
    <w:p w14:paraId="7EAAB2F1" w14:textId="0BD81010" w:rsidR="00502FC5" w:rsidRDefault="00000000" w:rsidP="009A4A82">
      <w:pPr>
        <w:pStyle w:val="ListParagraph"/>
        <w:numPr>
          <w:ilvl w:val="0"/>
          <w:numId w:val="10"/>
        </w:numPr>
      </w:pPr>
      <w:r>
        <w:t>______________________________________________</w:t>
      </w:r>
    </w:p>
    <w:p w14:paraId="63CD58B4" w14:textId="77777777" w:rsidR="00CF1B17" w:rsidRDefault="00CF1B17" w:rsidP="009A4A82">
      <w:pPr>
        <w:ind w:left="360"/>
      </w:pPr>
    </w:p>
    <w:p w14:paraId="759FB505" w14:textId="02B8CEAA" w:rsidR="00502FC5" w:rsidRDefault="00000000" w:rsidP="009A4A82">
      <w:pPr>
        <w:pStyle w:val="ListParagraph"/>
        <w:numPr>
          <w:ilvl w:val="0"/>
          <w:numId w:val="19"/>
        </w:numPr>
      </w:pPr>
      <w:proofErr w:type="spellStart"/>
      <w:r w:rsidRPr="00CF1B17">
        <w:rPr>
          <w:b/>
        </w:rPr>
        <w:t>Nabrojati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optičke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dijelove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mikroskopa</w:t>
      </w:r>
      <w:proofErr w:type="spellEnd"/>
      <w:r w:rsidRPr="00CF1B17">
        <w:rPr>
          <w:b/>
        </w:rPr>
        <w:t>:</w:t>
      </w:r>
    </w:p>
    <w:p w14:paraId="0AF06932" w14:textId="56F2305D" w:rsidR="00502FC5" w:rsidRDefault="00000000" w:rsidP="009A4A82">
      <w:pPr>
        <w:pStyle w:val="ListParagraph"/>
        <w:numPr>
          <w:ilvl w:val="0"/>
          <w:numId w:val="12"/>
        </w:numPr>
      </w:pPr>
      <w:r>
        <w:t>______________________________________________</w:t>
      </w:r>
    </w:p>
    <w:p w14:paraId="440057B0" w14:textId="03A6C72C" w:rsidR="00502FC5" w:rsidRDefault="00000000" w:rsidP="009A4A82">
      <w:pPr>
        <w:pStyle w:val="ListParagraph"/>
        <w:numPr>
          <w:ilvl w:val="0"/>
          <w:numId w:val="12"/>
        </w:numPr>
      </w:pPr>
      <w:r>
        <w:t>______________________________________________</w:t>
      </w:r>
    </w:p>
    <w:p w14:paraId="4C00EBF7" w14:textId="1628D346" w:rsidR="00CF1B17" w:rsidRDefault="00000000" w:rsidP="009A4A82">
      <w:pPr>
        <w:pStyle w:val="ListParagraph"/>
        <w:numPr>
          <w:ilvl w:val="0"/>
          <w:numId w:val="12"/>
        </w:numPr>
      </w:pPr>
      <w:r>
        <w:t>______________________________________________</w:t>
      </w:r>
    </w:p>
    <w:p w14:paraId="5EB8411A" w14:textId="77777777" w:rsidR="00CF1B17" w:rsidRDefault="00CF1B17" w:rsidP="009A4A82">
      <w:pPr>
        <w:ind w:left="360"/>
      </w:pPr>
    </w:p>
    <w:p w14:paraId="22FB3B7E" w14:textId="77777777" w:rsidR="00CF1B17" w:rsidRPr="00CF1B17" w:rsidRDefault="00000000" w:rsidP="009A4A82">
      <w:pPr>
        <w:pStyle w:val="ListParagraph"/>
        <w:numPr>
          <w:ilvl w:val="0"/>
          <w:numId w:val="19"/>
        </w:numPr>
      </w:pPr>
      <w:proofErr w:type="spellStart"/>
      <w:r w:rsidRPr="005154F5">
        <w:rPr>
          <w:b/>
          <w:bCs/>
        </w:rPr>
        <w:t>Rezolucija</w:t>
      </w:r>
      <w:proofErr w:type="spellEnd"/>
      <w:r w:rsidRPr="005154F5">
        <w:rPr>
          <w:b/>
          <w:bCs/>
        </w:rPr>
        <w:t xml:space="preserve"> (</w:t>
      </w:r>
      <w:proofErr w:type="spellStart"/>
      <w:r w:rsidRPr="005154F5">
        <w:rPr>
          <w:b/>
          <w:bCs/>
        </w:rPr>
        <w:t>razdvojna</w:t>
      </w:r>
      <w:proofErr w:type="spellEnd"/>
      <w:r w:rsidRPr="005154F5">
        <w:rPr>
          <w:b/>
          <w:bCs/>
        </w:rPr>
        <w:t xml:space="preserve"> </w:t>
      </w:r>
      <w:proofErr w:type="spellStart"/>
      <w:r w:rsidRPr="005154F5">
        <w:rPr>
          <w:b/>
          <w:bCs/>
        </w:rPr>
        <w:t>moć</w:t>
      </w:r>
      <w:proofErr w:type="spellEnd"/>
      <w:r w:rsidRPr="005154F5">
        <w:rPr>
          <w:b/>
          <w:bCs/>
        </w:rPr>
        <w:t xml:space="preserve"> </w:t>
      </w:r>
      <w:proofErr w:type="spellStart"/>
      <w:r w:rsidRPr="005154F5">
        <w:rPr>
          <w:b/>
          <w:bCs/>
        </w:rPr>
        <w:t>mikroskopa</w:t>
      </w:r>
      <w:proofErr w:type="spellEnd"/>
      <w:r w:rsidRPr="005154F5">
        <w:rPr>
          <w:b/>
          <w:bCs/>
        </w:rPr>
        <w:t xml:space="preserve">) </w:t>
      </w:r>
      <w:proofErr w:type="spellStart"/>
      <w:r w:rsidRPr="005154F5">
        <w:rPr>
          <w:b/>
          <w:bCs/>
        </w:rPr>
        <w:t>svjetlosnog</w:t>
      </w:r>
      <w:proofErr w:type="spellEnd"/>
      <w:r w:rsidRPr="005154F5">
        <w:rPr>
          <w:b/>
          <w:bCs/>
        </w:rPr>
        <w:t xml:space="preserve"> </w:t>
      </w:r>
      <w:proofErr w:type="spellStart"/>
      <w:r w:rsidRPr="005154F5">
        <w:rPr>
          <w:b/>
          <w:bCs/>
        </w:rPr>
        <w:t>mikroskopa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r w:rsidRPr="00CF1B17">
        <w:rPr>
          <w:b/>
        </w:rPr>
        <w:t>__________ nm.</w:t>
      </w:r>
    </w:p>
    <w:p w14:paraId="1FF8F4D5" w14:textId="77777777" w:rsidR="00CF1B17" w:rsidRPr="00CF1B17" w:rsidRDefault="00CF1B17" w:rsidP="009A4A82">
      <w:pPr>
        <w:pStyle w:val="ListParagraph"/>
        <w:ind w:left="360"/>
      </w:pPr>
    </w:p>
    <w:p w14:paraId="28168FAA" w14:textId="6299035F" w:rsidR="00B86050" w:rsidRDefault="00000000" w:rsidP="00B86050">
      <w:pPr>
        <w:pStyle w:val="ListParagraph"/>
        <w:numPr>
          <w:ilvl w:val="0"/>
          <w:numId w:val="19"/>
        </w:numPr>
      </w:pPr>
      <w:proofErr w:type="spellStart"/>
      <w:r w:rsidRPr="00CF1B17">
        <w:rPr>
          <w:b/>
        </w:rPr>
        <w:t>Vrste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preparata</w:t>
      </w:r>
      <w:proofErr w:type="spellEnd"/>
      <w:r w:rsidRPr="00CF1B17">
        <w:rPr>
          <w:b/>
        </w:rPr>
        <w:t xml:space="preserve"> (</w:t>
      </w:r>
      <w:proofErr w:type="spellStart"/>
      <w:r w:rsidRPr="00CF1B17">
        <w:rPr>
          <w:b/>
        </w:rPr>
        <w:t>dopuniti</w:t>
      </w:r>
      <w:proofErr w:type="spellEnd"/>
      <w:r w:rsidRPr="00CF1B17">
        <w:rPr>
          <w:b/>
        </w:rPr>
        <w:t>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C75842" w14:paraId="43CB3169" w14:textId="77777777" w:rsidTr="000724E5">
        <w:trPr>
          <w:trHeight w:val="952"/>
          <w:jc w:val="center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5DBA9" w14:textId="54702130" w:rsidR="00C75842" w:rsidRPr="001F3BBB" w:rsidRDefault="00C75842" w:rsidP="00C75842">
            <w:pPr>
              <w:rPr>
                <w:b/>
                <w:bCs/>
              </w:rPr>
            </w:pPr>
            <w:r w:rsidRPr="001F3BBB">
              <w:rPr>
                <w:b/>
                <w:bCs/>
              </w:rPr>
              <w:t>A.</w:t>
            </w:r>
          </w:p>
          <w:p w14:paraId="776FEF21" w14:textId="12A47193" w:rsidR="00C75842" w:rsidRDefault="00C75842" w:rsidP="00C75842">
            <w:pPr>
              <w:pStyle w:val="ListParagraph"/>
              <w:numPr>
                <w:ilvl w:val="0"/>
                <w:numId w:val="33"/>
              </w:numPr>
            </w:pPr>
            <w:proofErr w:type="spellStart"/>
            <w:r>
              <w:t>nativni</w:t>
            </w:r>
            <w:proofErr w:type="spellEnd"/>
            <w:r>
              <w:t xml:space="preserve"> </w:t>
            </w:r>
            <w:proofErr w:type="spellStart"/>
            <w:r>
              <w:t>preparat</w:t>
            </w:r>
            <w:proofErr w:type="spellEnd"/>
          </w:p>
          <w:p w14:paraId="398F59C8" w14:textId="12D95DF2" w:rsidR="00C75842" w:rsidRDefault="00C75842" w:rsidP="00C75842">
            <w:pPr>
              <w:pStyle w:val="ListParagraph"/>
              <w:numPr>
                <w:ilvl w:val="0"/>
                <w:numId w:val="33"/>
              </w:numPr>
            </w:pPr>
            <w:r>
              <w:t xml:space="preserve"> ____________________________</w:t>
            </w:r>
          </w:p>
        </w:tc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E4FDA" w14:textId="27EA88E2" w:rsidR="001F3BBB" w:rsidRPr="001F3BBB" w:rsidRDefault="001F3BBB" w:rsidP="001F3BBB">
            <w:pPr>
              <w:rPr>
                <w:b/>
                <w:bCs/>
              </w:rPr>
            </w:pPr>
            <w:r w:rsidRPr="001F3BBB">
              <w:rPr>
                <w:b/>
                <w:bCs/>
              </w:rPr>
              <w:t>B.</w:t>
            </w:r>
          </w:p>
          <w:p w14:paraId="527A95B0" w14:textId="6517A0DF" w:rsidR="001F3BBB" w:rsidRDefault="001F3BBB" w:rsidP="001F3BBB">
            <w:pPr>
              <w:pStyle w:val="ListParagraph"/>
              <w:numPr>
                <w:ilvl w:val="0"/>
                <w:numId w:val="37"/>
              </w:numPr>
            </w:pPr>
            <w:r>
              <w:t>_______________________</w:t>
            </w:r>
          </w:p>
          <w:p w14:paraId="4B7432BC" w14:textId="3E6F64CB" w:rsidR="00C75842" w:rsidRDefault="00C75842" w:rsidP="001F3BBB">
            <w:pPr>
              <w:pStyle w:val="ListParagraph"/>
              <w:numPr>
                <w:ilvl w:val="0"/>
                <w:numId w:val="37"/>
              </w:numPr>
            </w:pPr>
            <w:proofErr w:type="spellStart"/>
            <w:r>
              <w:t>preparat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</w:p>
        </w:tc>
      </w:tr>
    </w:tbl>
    <w:p w14:paraId="3F3F0F03" w14:textId="77777777" w:rsidR="00CF1B17" w:rsidRDefault="00CF1B17" w:rsidP="009A4A82">
      <w:pPr>
        <w:rPr>
          <w:b/>
        </w:rPr>
      </w:pPr>
    </w:p>
    <w:p w14:paraId="01572E5D" w14:textId="38B253B2" w:rsidR="00502FC5" w:rsidRDefault="00000000" w:rsidP="009A4A82">
      <w:pPr>
        <w:pStyle w:val="ListParagraph"/>
        <w:numPr>
          <w:ilvl w:val="0"/>
          <w:numId w:val="19"/>
        </w:numPr>
      </w:pPr>
      <w:proofErr w:type="spellStart"/>
      <w:r w:rsidRPr="00CF1B17">
        <w:rPr>
          <w:b/>
        </w:rPr>
        <w:t>Karakteristike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bakterija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koje</w:t>
      </w:r>
      <w:proofErr w:type="spellEnd"/>
      <w:r w:rsidRPr="00CF1B17">
        <w:rPr>
          <w:b/>
        </w:rPr>
        <w:t xml:space="preserve"> se uočavaju na nativnom preparatu:</w:t>
      </w:r>
    </w:p>
    <w:p w14:paraId="089A44E2" w14:textId="3053E68B" w:rsidR="00502FC5" w:rsidRDefault="00000000" w:rsidP="009A4A82">
      <w:pPr>
        <w:pStyle w:val="ListParagraph"/>
        <w:numPr>
          <w:ilvl w:val="1"/>
          <w:numId w:val="23"/>
        </w:numPr>
      </w:pPr>
      <w:proofErr w:type="spellStart"/>
      <w:r>
        <w:t>oblik</w:t>
      </w:r>
      <w:proofErr w:type="spellEnd"/>
    </w:p>
    <w:p w14:paraId="21515431" w14:textId="12C56B38" w:rsidR="00502FC5" w:rsidRDefault="00000000" w:rsidP="009A4A82">
      <w:pPr>
        <w:pStyle w:val="ListParagraph"/>
        <w:numPr>
          <w:ilvl w:val="1"/>
          <w:numId w:val="23"/>
        </w:numPr>
      </w:pPr>
      <w:r>
        <w:t>______________________________</w:t>
      </w:r>
    </w:p>
    <w:p w14:paraId="4817A2B8" w14:textId="79079DD2" w:rsidR="00502FC5" w:rsidRDefault="00000000" w:rsidP="009A4A82">
      <w:pPr>
        <w:pStyle w:val="ListParagraph"/>
        <w:numPr>
          <w:ilvl w:val="1"/>
          <w:numId w:val="23"/>
        </w:numPr>
      </w:pPr>
      <w:r>
        <w:t>______________________________</w:t>
      </w:r>
    </w:p>
    <w:p w14:paraId="362D0E51" w14:textId="77777777" w:rsidR="00CF1B17" w:rsidRDefault="00CF1B17" w:rsidP="009A4A82"/>
    <w:p w14:paraId="4DCA56E7" w14:textId="34C31F42" w:rsidR="00502FC5" w:rsidRDefault="00000000" w:rsidP="009A4A82">
      <w:pPr>
        <w:pStyle w:val="ListParagraph"/>
        <w:numPr>
          <w:ilvl w:val="0"/>
          <w:numId w:val="19"/>
        </w:numPr>
      </w:pPr>
      <w:proofErr w:type="spellStart"/>
      <w:r w:rsidRPr="00CF1B17">
        <w:rPr>
          <w:b/>
        </w:rPr>
        <w:t>Karakteristike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bakterija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koje</w:t>
      </w:r>
      <w:proofErr w:type="spellEnd"/>
      <w:r w:rsidRPr="00CF1B17">
        <w:rPr>
          <w:b/>
        </w:rPr>
        <w:t xml:space="preserve"> se uočavaju na bojenom preparatu:</w:t>
      </w:r>
    </w:p>
    <w:p w14:paraId="6674CD35" w14:textId="05A1433F" w:rsidR="00502FC5" w:rsidRDefault="00000000" w:rsidP="009A4A82">
      <w:pPr>
        <w:pStyle w:val="ListParagraph"/>
        <w:numPr>
          <w:ilvl w:val="1"/>
          <w:numId w:val="25"/>
        </w:numPr>
      </w:pPr>
      <w:r>
        <w:t>______________________________</w:t>
      </w:r>
    </w:p>
    <w:p w14:paraId="29F15CAC" w14:textId="31D71A11" w:rsidR="00502FC5" w:rsidRDefault="00000000" w:rsidP="009A4A82">
      <w:pPr>
        <w:pStyle w:val="ListParagraph"/>
        <w:numPr>
          <w:ilvl w:val="1"/>
          <w:numId w:val="25"/>
        </w:numPr>
      </w:pPr>
      <w:r>
        <w:t>veličina</w:t>
      </w:r>
    </w:p>
    <w:p w14:paraId="184EB796" w14:textId="0DA4A41F" w:rsidR="00CF1B17" w:rsidRDefault="00000000" w:rsidP="009A4A82">
      <w:pPr>
        <w:pStyle w:val="ListParagraph"/>
        <w:numPr>
          <w:ilvl w:val="1"/>
          <w:numId w:val="25"/>
        </w:numPr>
      </w:pPr>
      <w:r>
        <w:t>______________________________</w:t>
      </w:r>
    </w:p>
    <w:p w14:paraId="1CC28B7E" w14:textId="77777777" w:rsidR="001F3BBB" w:rsidRDefault="001F3BBB" w:rsidP="001F3BBB">
      <w:pPr>
        <w:pStyle w:val="ListParagraph"/>
        <w:ind w:left="1440"/>
      </w:pPr>
    </w:p>
    <w:p w14:paraId="183D96A9" w14:textId="77777777" w:rsidR="00CF1B17" w:rsidRDefault="00CF1B17" w:rsidP="009A4A82"/>
    <w:p w14:paraId="3EC5406E" w14:textId="79464333" w:rsidR="00CF1B17" w:rsidRDefault="00000000" w:rsidP="005154F5">
      <w:pPr>
        <w:pStyle w:val="ListParagraph"/>
        <w:numPr>
          <w:ilvl w:val="0"/>
          <w:numId w:val="19"/>
        </w:numPr>
        <w:sectPr w:rsidR="00CF1B17" w:rsidSect="00034616">
          <w:pgSz w:w="12240" w:h="15840"/>
          <w:pgMar w:top="964" w:right="1134" w:bottom="964" w:left="1134" w:header="720" w:footer="720" w:gutter="0"/>
          <w:cols w:space="720"/>
          <w:docGrid w:linePitch="360"/>
        </w:sectPr>
      </w:pPr>
      <w:proofErr w:type="spellStart"/>
      <w:r w:rsidRPr="00CF1B17">
        <w:rPr>
          <w:b/>
        </w:rPr>
        <w:lastRenderedPageBreak/>
        <w:t>Podjela</w:t>
      </w:r>
      <w:proofErr w:type="spellEnd"/>
      <w:r w:rsidRPr="00CF1B17">
        <w:rPr>
          <w:b/>
        </w:rPr>
        <w:t xml:space="preserve"> </w:t>
      </w:r>
      <w:proofErr w:type="spellStart"/>
      <w:r w:rsidRPr="00CF1B17">
        <w:rPr>
          <w:b/>
        </w:rPr>
        <w:t>bojenja</w:t>
      </w:r>
      <w:proofErr w:type="spellEnd"/>
      <w:r w:rsidRPr="00CF1B17">
        <w:rPr>
          <w:b/>
        </w:rPr>
        <w:t xml:space="preserve"> u </w:t>
      </w:r>
      <w:proofErr w:type="spellStart"/>
      <w:r w:rsidRPr="00CF1B17">
        <w:rPr>
          <w:b/>
        </w:rPr>
        <w:t>bakteriologiji</w:t>
      </w:r>
      <w:proofErr w:type="spellEnd"/>
      <w:r w:rsidRPr="00CF1B17">
        <w:rPr>
          <w:b/>
        </w:rPr>
        <w:t>:</w:t>
      </w:r>
      <w:r w:rsidR="005154F5">
        <w:br/>
      </w:r>
    </w:p>
    <w:p w14:paraId="1EA51294" w14:textId="2DEE0F7A" w:rsidR="00502FC5" w:rsidRDefault="00000000" w:rsidP="009A4A82">
      <w:pPr>
        <w:pStyle w:val="ListParagraph"/>
        <w:numPr>
          <w:ilvl w:val="1"/>
          <w:numId w:val="26"/>
        </w:numPr>
      </w:pPr>
      <w:r>
        <w:t>___________________________________</w:t>
      </w:r>
    </w:p>
    <w:p w14:paraId="753E8F89" w14:textId="77777777" w:rsidR="00CF1B17" w:rsidRDefault="00CF1B17" w:rsidP="009A4A82"/>
    <w:p w14:paraId="61582C35" w14:textId="77777777" w:rsidR="00CF1B17" w:rsidRDefault="00CF1B17" w:rsidP="009A4A82"/>
    <w:p w14:paraId="3DC67F53" w14:textId="12228C51" w:rsidR="00502FC5" w:rsidRDefault="00000000" w:rsidP="009A4A82">
      <w:pPr>
        <w:pStyle w:val="ListParagraph"/>
        <w:numPr>
          <w:ilvl w:val="1"/>
          <w:numId w:val="26"/>
        </w:numPr>
      </w:pPr>
      <w:r>
        <w:t>složena bojenja:</w:t>
      </w:r>
    </w:p>
    <w:p w14:paraId="030F588A" w14:textId="0F11837D" w:rsidR="00502FC5" w:rsidRDefault="00000000" w:rsidP="009A4A82">
      <w:pPr>
        <w:pStyle w:val="ListParagraph"/>
        <w:numPr>
          <w:ilvl w:val="2"/>
          <w:numId w:val="26"/>
        </w:numPr>
      </w:pPr>
      <w:r>
        <w:t>________________________________</w:t>
      </w:r>
    </w:p>
    <w:p w14:paraId="30458012" w14:textId="08551ECB" w:rsidR="00CF1B17" w:rsidRDefault="00000000" w:rsidP="009A4A82">
      <w:pPr>
        <w:pStyle w:val="ListParagraph"/>
        <w:numPr>
          <w:ilvl w:val="2"/>
          <w:numId w:val="26"/>
        </w:numPr>
        <w:sectPr w:rsidR="00CF1B17" w:rsidSect="00CF1B17">
          <w:type w:val="continuous"/>
          <w:pgSz w:w="12240" w:h="15840"/>
          <w:pgMar w:top="964" w:right="1134" w:bottom="964" w:left="1134" w:header="720" w:footer="720" w:gutter="0"/>
          <w:cols w:num="2" w:space="720"/>
          <w:docGrid w:linePitch="360"/>
        </w:sectPr>
      </w:pPr>
      <w:r>
        <w:t>________________________________</w:t>
      </w:r>
    </w:p>
    <w:p w14:paraId="071DAF23" w14:textId="77777777" w:rsidR="00CF1B17" w:rsidRDefault="00CF1B17" w:rsidP="009A4A82"/>
    <w:p w14:paraId="4ED3BA27" w14:textId="3FC8FF92" w:rsidR="00502FC5" w:rsidRPr="00F606C2" w:rsidRDefault="00000000" w:rsidP="00F606C2">
      <w:pPr>
        <w:pStyle w:val="ListParagraph"/>
        <w:numPr>
          <w:ilvl w:val="0"/>
          <w:numId w:val="38"/>
        </w:numPr>
        <w:spacing w:before="100"/>
        <w:rPr>
          <w:sz w:val="24"/>
          <w:szCs w:val="24"/>
        </w:rPr>
      </w:pPr>
      <w:r w:rsidRPr="00F606C2">
        <w:rPr>
          <w:b/>
          <w:sz w:val="28"/>
          <w:szCs w:val="24"/>
        </w:rPr>
        <w:t>PRAKTIČNI DIO</w:t>
      </w:r>
    </w:p>
    <w:p w14:paraId="10FC7106" w14:textId="3C2DE1A8" w:rsidR="00502FC5" w:rsidRDefault="00000000" w:rsidP="009A4A82">
      <w:pPr>
        <w:spacing w:before="100"/>
      </w:pPr>
      <w:r>
        <w:rPr>
          <w:b/>
          <w:sz w:val="24"/>
        </w:rPr>
        <w:t xml:space="preserve">1. </w:t>
      </w:r>
      <w:proofErr w:type="spellStart"/>
      <w:r w:rsidR="00EE7AEC">
        <w:rPr>
          <w:b/>
          <w:sz w:val="24"/>
        </w:rPr>
        <w:t>Mikroskopija</w:t>
      </w:r>
      <w:proofErr w:type="spellEnd"/>
      <w:r>
        <w:rPr>
          <w:b/>
          <w:sz w:val="24"/>
        </w:rPr>
        <w:t xml:space="preserve"> u </w:t>
      </w:r>
      <w:proofErr w:type="spellStart"/>
      <w:r>
        <w:rPr>
          <w:b/>
          <w:sz w:val="24"/>
        </w:rPr>
        <w:t>tamnom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polju</w:t>
      </w:r>
      <w:proofErr w:type="spellEnd"/>
    </w:p>
    <w:tbl>
      <w:tblPr>
        <w:tblStyle w:val="TableGrid"/>
        <w:tblW w:w="10250" w:type="dxa"/>
        <w:jc w:val="center"/>
        <w:tblLayout w:type="fixed"/>
        <w:tblLook w:val="04A0" w:firstRow="1" w:lastRow="0" w:firstColumn="1" w:lastColumn="0" w:noHBand="0" w:noVBand="1"/>
      </w:tblPr>
      <w:tblGrid>
        <w:gridCol w:w="5729"/>
        <w:gridCol w:w="4521"/>
      </w:tblGrid>
      <w:tr w:rsidR="00502FC5" w14:paraId="24FA108C" w14:textId="77777777" w:rsidTr="00C75842">
        <w:trPr>
          <w:trHeight w:val="4379"/>
          <w:jc w:val="center"/>
        </w:trPr>
        <w:tc>
          <w:tcPr>
            <w:tcW w:w="572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88A156" w14:textId="429CAE57" w:rsidR="00502FC5" w:rsidRDefault="00C75842" w:rsidP="009A4A82">
            <w:pPr>
              <w:spacing w:line="276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FD91F24" wp14:editId="52F9802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155575</wp:posOffset>
                      </wp:positionV>
                      <wp:extent cx="2851785" cy="2593340"/>
                      <wp:effectExtent l="57150" t="19050" r="81915" b="92710"/>
                      <wp:wrapNone/>
                      <wp:docPr id="1269705994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785" cy="259334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4E545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" o:spid="_x0000_s1026" type="#_x0000_t120" style="position:absolute;margin-left:18pt;margin-top:12.25pt;width:224.55pt;height:204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" filled="f" strokecolor="black [3213]"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000000">
              <w:rPr>
                <w:b/>
              </w:rPr>
              <w:t>MJESTO ZA CRTEŽ PREPARATA</w:t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</w:p>
        </w:tc>
        <w:tc>
          <w:tcPr>
            <w:tcW w:w="452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A235E2" w14:textId="1B7B902D" w:rsidR="00502FC5" w:rsidRDefault="00000000" w:rsidP="009A4A82">
            <w:pPr>
              <w:spacing w:line="276" w:lineRule="auto"/>
            </w:pPr>
            <w:r>
              <w:rPr>
                <w:b/>
              </w:rPr>
              <w:t>OPIS PREPARATA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Oblik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Veličina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Raspored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Obojenost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 </w:t>
            </w:r>
            <w:r>
              <w:rPr>
                <w:b/>
              </w:rPr>
              <w:t>__________________</w:t>
            </w:r>
            <w:r w:rsidR="00EE7AEC">
              <w:rPr>
                <w:b/>
              </w:rPr>
              <w:t>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Ostale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zapažene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karakteristike</w:t>
            </w:r>
            <w:proofErr w:type="spellEnd"/>
            <w:r>
              <w:rPr>
                <w:b/>
              </w:rPr>
              <w:t>:</w:t>
            </w:r>
            <w:r>
              <w:rPr>
                <w:b/>
              </w:rPr>
              <w:br/>
              <w:t>____________________________________</w:t>
            </w:r>
            <w:r>
              <w:rPr>
                <w:b/>
              </w:rPr>
              <w:br/>
              <w:t>____________________________________</w:t>
            </w:r>
          </w:p>
        </w:tc>
      </w:tr>
    </w:tbl>
    <w:p w14:paraId="5895AAAA" w14:textId="77777777" w:rsidR="00B86050" w:rsidRDefault="00B86050" w:rsidP="009A4A82">
      <w:pPr>
        <w:spacing w:before="100"/>
        <w:rPr>
          <w:b/>
          <w:sz w:val="24"/>
        </w:rPr>
      </w:pPr>
    </w:p>
    <w:p w14:paraId="6A373F42" w14:textId="0206C3E4" w:rsidR="00502FC5" w:rsidRDefault="00B86050" w:rsidP="009A4A82">
      <w:pPr>
        <w:spacing w:before="100"/>
        <w:rPr>
          <w:b/>
          <w:sz w:val="24"/>
        </w:rPr>
      </w:pPr>
      <w:r>
        <w:rPr>
          <w:b/>
          <w:sz w:val="24"/>
        </w:rPr>
        <w:t>2</w:t>
      </w:r>
      <w:r w:rsidR="00000000">
        <w:rPr>
          <w:b/>
          <w:sz w:val="24"/>
        </w:rPr>
        <w:t xml:space="preserve">. </w:t>
      </w:r>
      <w:proofErr w:type="spellStart"/>
      <w:r w:rsidR="00EE7AEC">
        <w:rPr>
          <w:b/>
          <w:sz w:val="24"/>
        </w:rPr>
        <w:t>Mikroskopija</w:t>
      </w:r>
      <w:proofErr w:type="spellEnd"/>
      <w:r w:rsidR="00EE7AEC">
        <w:rPr>
          <w:b/>
          <w:sz w:val="24"/>
        </w:rPr>
        <w:t xml:space="preserve"> u </w:t>
      </w:r>
      <w:proofErr w:type="spellStart"/>
      <w:r w:rsidR="00EE7AEC">
        <w:rPr>
          <w:b/>
          <w:sz w:val="24"/>
        </w:rPr>
        <w:t>svijetlom</w:t>
      </w:r>
      <w:proofErr w:type="spellEnd"/>
      <w:r w:rsidR="00EE7AEC">
        <w:rPr>
          <w:b/>
          <w:sz w:val="24"/>
        </w:rPr>
        <w:t xml:space="preserve"> </w:t>
      </w:r>
      <w:proofErr w:type="spellStart"/>
      <w:r w:rsidR="00EE7AEC">
        <w:rPr>
          <w:b/>
          <w:sz w:val="24"/>
        </w:rPr>
        <w:t>polju</w:t>
      </w:r>
      <w:proofErr w:type="spellEnd"/>
      <w:r>
        <w:rPr>
          <w:b/>
          <w:sz w:val="24"/>
        </w:rPr>
        <w:t xml:space="preserve">- </w:t>
      </w:r>
      <w:proofErr w:type="spellStart"/>
      <w:r>
        <w:rPr>
          <w:b/>
          <w:sz w:val="24"/>
        </w:rPr>
        <w:t>bojenje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metilenskim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plavim</w:t>
      </w:r>
      <w:proofErr w:type="spellEnd"/>
    </w:p>
    <w:p w14:paraId="59A21C10" w14:textId="77777777" w:rsidR="00B86050" w:rsidRPr="00B86050" w:rsidRDefault="00B86050" w:rsidP="00B86050">
      <w:pPr>
        <w:pStyle w:val="ListParagraph"/>
        <w:numPr>
          <w:ilvl w:val="0"/>
          <w:numId w:val="31"/>
        </w:numPr>
        <w:spacing w:before="100"/>
        <w:rPr>
          <w:b/>
          <w:sz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61"/>
        <w:gridCol w:w="4705"/>
      </w:tblGrid>
      <w:tr w:rsidR="00502FC5" w14:paraId="68754691" w14:textId="77777777" w:rsidTr="00C75842">
        <w:trPr>
          <w:trHeight w:val="4327"/>
        </w:trPr>
        <w:tc>
          <w:tcPr>
            <w:tcW w:w="536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82C827" w14:textId="38B2AA54" w:rsidR="00502FC5" w:rsidRDefault="00C75842" w:rsidP="009A4A82">
            <w:pPr>
              <w:spacing w:line="276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368094EB" wp14:editId="6462A136">
                      <wp:simplePos x="0" y="0"/>
                      <wp:positionH relativeFrom="column">
                        <wp:posOffset>227709</wp:posOffset>
                      </wp:positionH>
                      <wp:positionV relativeFrom="paragraph">
                        <wp:posOffset>214003</wp:posOffset>
                      </wp:positionV>
                      <wp:extent cx="2852304" cy="2593521"/>
                      <wp:effectExtent l="57150" t="19050" r="81915" b="92710"/>
                      <wp:wrapTight wrapText="bothSides">
                        <wp:wrapPolygon edited="0">
                          <wp:start x="9090" y="-159"/>
                          <wp:lineTo x="3463" y="0"/>
                          <wp:lineTo x="3463" y="2539"/>
                          <wp:lineTo x="1299" y="2539"/>
                          <wp:lineTo x="1299" y="5077"/>
                          <wp:lineTo x="0" y="5077"/>
                          <wp:lineTo x="-433" y="10155"/>
                          <wp:lineTo x="-289" y="15073"/>
                          <wp:lineTo x="289" y="15232"/>
                          <wp:lineTo x="289" y="17771"/>
                          <wp:lineTo x="1876" y="17771"/>
                          <wp:lineTo x="1876" y="18881"/>
                          <wp:lineTo x="4617" y="20310"/>
                          <wp:lineTo x="4617" y="21262"/>
                          <wp:lineTo x="9812" y="22214"/>
                          <wp:lineTo x="11832" y="22214"/>
                          <wp:lineTo x="12120" y="22055"/>
                          <wp:lineTo x="17170" y="20468"/>
                          <wp:lineTo x="20056" y="17771"/>
                          <wp:lineTo x="21355" y="15232"/>
                          <wp:lineTo x="22076" y="12693"/>
                          <wp:lineTo x="22076" y="10155"/>
                          <wp:lineTo x="21643" y="7616"/>
                          <wp:lineTo x="20489" y="5077"/>
                          <wp:lineTo x="18325" y="2697"/>
                          <wp:lineTo x="18180" y="2063"/>
                          <wp:lineTo x="13563" y="0"/>
                          <wp:lineTo x="12553" y="-159"/>
                          <wp:lineTo x="9090" y="-159"/>
                        </wp:wrapPolygon>
                      </wp:wrapTight>
                      <wp:docPr id="1614681028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2304" cy="2593521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F3CB6" id="Flowchart: Connector 2" o:spid="_x0000_s1026" type="#_x0000_t120" style="position:absolute;margin-left:17.95pt;margin-top:16.85pt;width:224.6pt;height:204.2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" filled="f" strokecolor="black [3213]">
                      <v:shadow on="t" color="black" opacity="22937f" origin=",.5" offset="0,.63889mm"/>
                      <w10:wrap type="tight"/>
                    </v:shape>
                  </w:pict>
                </mc:Fallback>
              </mc:AlternateContent>
            </w:r>
            <w:r w:rsidR="00000000">
              <w:rPr>
                <w:b/>
              </w:rPr>
              <w:t>MJESTO ZA CRTEŽ PREPARATA</w:t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  <w:r w:rsidR="00000000">
              <w:rPr>
                <w:b/>
              </w:rPr>
              <w:br/>
            </w:r>
          </w:p>
        </w:tc>
        <w:tc>
          <w:tcPr>
            <w:tcW w:w="470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455FB5" w14:textId="1A731190" w:rsidR="00502FC5" w:rsidRDefault="00000000" w:rsidP="009A4A82">
            <w:pPr>
              <w:spacing w:line="276" w:lineRule="auto"/>
            </w:pPr>
            <w:r>
              <w:rPr>
                <w:b/>
              </w:rPr>
              <w:t>OPIS PREPARATA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Oblik</w:t>
            </w:r>
            <w:proofErr w:type="spellEnd"/>
            <w:r w:rsidR="009A4A82">
              <w:rPr>
                <w:b/>
              </w:rPr>
              <w:t xml:space="preserve">: </w:t>
            </w:r>
            <w:r>
              <w:rPr>
                <w:b/>
              </w:rPr>
              <w:t>_____________________________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Veličina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Raspored</w:t>
            </w:r>
            <w:proofErr w:type="spellEnd"/>
            <w:r>
              <w:rPr>
                <w:b/>
              </w:rPr>
              <w:t>:</w:t>
            </w:r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Obojenost</w:t>
            </w:r>
            <w:proofErr w:type="spellEnd"/>
            <w:r>
              <w:rPr>
                <w:b/>
              </w:rPr>
              <w:t xml:space="preserve"> :</w:t>
            </w:r>
            <w:proofErr w:type="gramEnd"/>
            <w:r w:rsidR="009A4A82">
              <w:rPr>
                <w:b/>
              </w:rPr>
              <w:t xml:space="preserve"> </w:t>
            </w:r>
            <w:r>
              <w:rPr>
                <w:b/>
              </w:rPr>
              <w:t>___________________</w:t>
            </w:r>
            <w:r w:rsidR="00B86050">
              <w:rPr>
                <w:b/>
              </w:rPr>
              <w:t>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Ostale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zapažene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karakteristike</w:t>
            </w:r>
            <w:proofErr w:type="spellEnd"/>
            <w:r>
              <w:rPr>
                <w:b/>
              </w:rPr>
              <w:t>:</w:t>
            </w:r>
            <w:r>
              <w:rPr>
                <w:b/>
              </w:rPr>
              <w:br/>
              <w:t>____________________________________</w:t>
            </w:r>
            <w:r>
              <w:rPr>
                <w:b/>
              </w:rPr>
              <w:br/>
              <w:t>____________________________________</w:t>
            </w:r>
          </w:p>
        </w:tc>
      </w:tr>
    </w:tbl>
    <w:p w14:paraId="347D8446" w14:textId="77777777" w:rsidR="00B86050" w:rsidRDefault="00B86050" w:rsidP="009A4A82"/>
    <w:p w14:paraId="3EE8D548" w14:textId="77777777" w:rsidR="00C75842" w:rsidRDefault="00C75842" w:rsidP="009A4A82"/>
    <w:p w14:paraId="0577FB79" w14:textId="77777777" w:rsidR="00B86050" w:rsidRDefault="00B86050" w:rsidP="009A4A82">
      <w:pPr>
        <w:pStyle w:val="ListParagraph"/>
        <w:numPr>
          <w:ilvl w:val="0"/>
          <w:numId w:val="31"/>
        </w:numPr>
      </w:pPr>
    </w:p>
    <w:tbl>
      <w:tblPr>
        <w:tblStyle w:val="TableGrid"/>
        <w:tblW w:w="10163" w:type="dxa"/>
        <w:jc w:val="center"/>
        <w:tblLayout w:type="fixed"/>
        <w:tblLook w:val="04A0" w:firstRow="1" w:lastRow="0" w:firstColumn="1" w:lastColumn="0" w:noHBand="0" w:noVBand="1"/>
      </w:tblPr>
      <w:tblGrid>
        <w:gridCol w:w="5413"/>
        <w:gridCol w:w="4750"/>
      </w:tblGrid>
      <w:tr w:rsidR="00B86050" w14:paraId="0551E388" w14:textId="77777777" w:rsidTr="005154F5">
        <w:trPr>
          <w:trHeight w:val="4530"/>
          <w:jc w:val="center"/>
        </w:trPr>
        <w:tc>
          <w:tcPr>
            <w:tcW w:w="541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CE82BB" w14:textId="7AE799D7" w:rsidR="00B86050" w:rsidRDefault="00C75842" w:rsidP="00763436">
            <w:pPr>
              <w:spacing w:line="276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873B783" wp14:editId="2AF9E0AD">
                      <wp:simplePos x="0" y="0"/>
                      <wp:positionH relativeFrom="column">
                        <wp:posOffset>179653</wp:posOffset>
                      </wp:positionH>
                      <wp:positionV relativeFrom="paragraph">
                        <wp:posOffset>267438</wp:posOffset>
                      </wp:positionV>
                      <wp:extent cx="2852304" cy="2593521"/>
                      <wp:effectExtent l="57150" t="19050" r="81915" b="92710"/>
                      <wp:wrapNone/>
                      <wp:docPr id="1190034303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2304" cy="2593521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925ED" id="Flowchart: Connector 2" o:spid="_x0000_s1026" type="#_x0000_t120" style="position:absolute;margin-left:14.15pt;margin-top:21.05pt;width:224.6pt;height:204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" filled="f" strokecolor="black [3213]"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B86050">
              <w:rPr>
                <w:b/>
              </w:rPr>
              <w:t>MJESTO ZA CRTEŽ PREPARATA</w:t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  <w:r w:rsidR="00B86050">
              <w:rPr>
                <w:b/>
              </w:rPr>
              <w:br/>
            </w:r>
          </w:p>
        </w:tc>
        <w:tc>
          <w:tcPr>
            <w:tcW w:w="475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A350B" w14:textId="76679D3F" w:rsidR="00B86050" w:rsidRDefault="00B86050" w:rsidP="00763436">
            <w:pPr>
              <w:spacing w:line="276" w:lineRule="auto"/>
            </w:pPr>
            <w:r>
              <w:rPr>
                <w:b/>
              </w:rPr>
              <w:t>OPIS PREPARATA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Oblik</w:t>
            </w:r>
            <w:proofErr w:type="spellEnd"/>
            <w:r>
              <w:rPr>
                <w:b/>
              </w:rPr>
              <w:t>: _____________________________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Veličina</w:t>
            </w:r>
            <w:proofErr w:type="spellEnd"/>
            <w:r>
              <w:rPr>
                <w:b/>
              </w:rPr>
              <w:t>: ____________________________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Raspored</w:t>
            </w:r>
            <w:proofErr w:type="spellEnd"/>
            <w:r>
              <w:rPr>
                <w:b/>
              </w:rPr>
              <w:t>: ___________________________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Obojenost</w:t>
            </w:r>
            <w:proofErr w:type="spellEnd"/>
            <w:r>
              <w:rPr>
                <w:b/>
              </w:rPr>
              <w:t xml:space="preserve"> :</w:t>
            </w:r>
            <w:proofErr w:type="gramEnd"/>
            <w:r>
              <w:rPr>
                <w:b/>
              </w:rPr>
              <w:t xml:space="preserve"> ___________________</w:t>
            </w:r>
            <w:r>
              <w:rPr>
                <w:b/>
              </w:rPr>
              <w:t>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Ostale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zapažene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karakteristike</w:t>
            </w:r>
            <w:proofErr w:type="spellEnd"/>
            <w:r>
              <w:rPr>
                <w:b/>
              </w:rPr>
              <w:t>:</w:t>
            </w:r>
            <w:r>
              <w:rPr>
                <w:b/>
              </w:rPr>
              <w:br/>
              <w:t>____________________________________</w:t>
            </w:r>
            <w:r>
              <w:rPr>
                <w:b/>
              </w:rPr>
              <w:br/>
              <w:t>____________________________________</w:t>
            </w:r>
          </w:p>
        </w:tc>
      </w:tr>
    </w:tbl>
    <w:p w14:paraId="2C6F33A3" w14:textId="77777777" w:rsidR="00B86050" w:rsidRDefault="00B86050" w:rsidP="009A4A82"/>
    <w:p w14:paraId="071FD786" w14:textId="77777777" w:rsidR="00B86050" w:rsidRDefault="00B86050" w:rsidP="009A4A8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535"/>
      </w:tblGrid>
      <w:tr w:rsidR="00502FC5" w14:paraId="57EB6E62" w14:textId="77777777">
        <w:trPr>
          <w:jc w:val="center"/>
        </w:trPr>
        <w:tc>
          <w:tcPr>
            <w:tcW w:w="51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9CB1A" w14:textId="77777777" w:rsidR="00502FC5" w:rsidRDefault="00000000" w:rsidP="009A4A82">
            <w:proofErr w:type="spellStart"/>
            <w:r>
              <w:t>Potpis</w:t>
            </w:r>
            <w:proofErr w:type="spellEnd"/>
            <w:r>
              <w:t xml:space="preserve"> </w:t>
            </w:r>
            <w:proofErr w:type="spellStart"/>
            <w:r>
              <w:t>studenta</w:t>
            </w:r>
            <w:proofErr w:type="spellEnd"/>
            <w:r>
              <w:t>:</w:t>
            </w:r>
            <w:r>
              <w:br/>
            </w:r>
            <w:r>
              <w:br/>
              <w:t>____________________________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19FC6" w14:textId="77777777" w:rsidR="00502FC5" w:rsidRDefault="00000000" w:rsidP="009A4A82">
            <w:proofErr w:type="spellStart"/>
            <w:r>
              <w:t>Potpis</w:t>
            </w:r>
            <w:proofErr w:type="spellEnd"/>
            <w:r>
              <w:t xml:space="preserve"> </w:t>
            </w:r>
            <w:proofErr w:type="spellStart"/>
            <w:r>
              <w:t>asistenta</w:t>
            </w:r>
            <w:proofErr w:type="spellEnd"/>
            <w:r>
              <w:t>:</w:t>
            </w:r>
            <w:r>
              <w:br/>
            </w:r>
            <w:r>
              <w:br/>
              <w:t>____________________________</w:t>
            </w:r>
          </w:p>
        </w:tc>
      </w:tr>
    </w:tbl>
    <w:p w14:paraId="7DF67E63" w14:textId="77777777" w:rsidR="00A85D5B" w:rsidRDefault="00A85D5B" w:rsidP="009A4A82"/>
    <w:sectPr w:rsidR="00A85D5B" w:rsidSect="00CF1B17">
      <w:type w:val="continuous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D519C" w14:textId="77777777" w:rsidR="00A85D5B" w:rsidRDefault="00A85D5B">
      <w:pPr>
        <w:spacing w:after="0" w:line="240" w:lineRule="auto"/>
      </w:pPr>
      <w:r>
        <w:separator/>
      </w:r>
    </w:p>
  </w:endnote>
  <w:endnote w:type="continuationSeparator" w:id="0">
    <w:p w14:paraId="436D9232" w14:textId="77777777" w:rsidR="00A85D5B" w:rsidRDefault="00A8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54604" w14:textId="77777777" w:rsidR="00A85D5B" w:rsidRDefault="00A85D5B">
      <w:pPr>
        <w:spacing w:after="0" w:line="240" w:lineRule="auto"/>
      </w:pPr>
      <w:r>
        <w:separator/>
      </w:r>
    </w:p>
  </w:footnote>
  <w:footnote w:type="continuationSeparator" w:id="0">
    <w:p w14:paraId="68BF52B2" w14:textId="77777777" w:rsidR="00A85D5B" w:rsidRDefault="00A85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21D78"/>
    <w:multiLevelType w:val="hybridMultilevel"/>
    <w:tmpl w:val="63088F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24E1A"/>
    <w:multiLevelType w:val="hybridMultilevel"/>
    <w:tmpl w:val="0F7670F4"/>
    <w:lvl w:ilvl="0" w:tplc="57FA86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5345D2"/>
    <w:multiLevelType w:val="hybridMultilevel"/>
    <w:tmpl w:val="20AEF7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7CA7820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6640B"/>
    <w:multiLevelType w:val="hybridMultilevel"/>
    <w:tmpl w:val="A4420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926EA"/>
    <w:multiLevelType w:val="hybridMultilevel"/>
    <w:tmpl w:val="2B221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4F61B1"/>
    <w:multiLevelType w:val="hybridMultilevel"/>
    <w:tmpl w:val="529A303C"/>
    <w:lvl w:ilvl="0" w:tplc="F4F882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F070E5"/>
    <w:multiLevelType w:val="hybridMultilevel"/>
    <w:tmpl w:val="769A6A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B6281C"/>
    <w:multiLevelType w:val="hybridMultilevel"/>
    <w:tmpl w:val="E6FC11D2"/>
    <w:lvl w:ilvl="0" w:tplc="00EA4C2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ECD8D91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5C256F2"/>
    <w:multiLevelType w:val="hybridMultilevel"/>
    <w:tmpl w:val="261C7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2977C1"/>
    <w:multiLevelType w:val="hybridMultilevel"/>
    <w:tmpl w:val="236E9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E82CB4"/>
    <w:multiLevelType w:val="hybridMultilevel"/>
    <w:tmpl w:val="7428C6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8D13BD"/>
    <w:multiLevelType w:val="hybridMultilevel"/>
    <w:tmpl w:val="00B6AE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45D3E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9416066"/>
    <w:multiLevelType w:val="hybridMultilevel"/>
    <w:tmpl w:val="20AEF76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F236E"/>
    <w:multiLevelType w:val="hybridMultilevel"/>
    <w:tmpl w:val="F95621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756AA"/>
    <w:multiLevelType w:val="hybridMultilevel"/>
    <w:tmpl w:val="362C97BA"/>
    <w:lvl w:ilvl="0" w:tplc="BB3455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B5201B"/>
    <w:multiLevelType w:val="hybridMultilevel"/>
    <w:tmpl w:val="D0D4E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A3DCF"/>
    <w:multiLevelType w:val="hybridMultilevel"/>
    <w:tmpl w:val="5868FE70"/>
    <w:lvl w:ilvl="0" w:tplc="C37E6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945F4"/>
    <w:multiLevelType w:val="hybridMultilevel"/>
    <w:tmpl w:val="49E43F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1A3FD6"/>
    <w:multiLevelType w:val="hybridMultilevel"/>
    <w:tmpl w:val="EA101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BF309D"/>
    <w:multiLevelType w:val="hybridMultilevel"/>
    <w:tmpl w:val="9068885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EC3159"/>
    <w:multiLevelType w:val="hybridMultilevel"/>
    <w:tmpl w:val="62E69E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421CD1"/>
    <w:multiLevelType w:val="hybridMultilevel"/>
    <w:tmpl w:val="62D01F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06714"/>
    <w:multiLevelType w:val="hybridMultilevel"/>
    <w:tmpl w:val="5EE4C5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1F1E20"/>
    <w:multiLevelType w:val="hybridMultilevel"/>
    <w:tmpl w:val="5D8AE14C"/>
    <w:lvl w:ilvl="0" w:tplc="CCDE03D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83CFE"/>
    <w:multiLevelType w:val="hybridMultilevel"/>
    <w:tmpl w:val="A89E398A"/>
    <w:lvl w:ilvl="0" w:tplc="C310EC42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0EF7552"/>
    <w:multiLevelType w:val="hybridMultilevel"/>
    <w:tmpl w:val="1610B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C1C5A"/>
    <w:multiLevelType w:val="hybridMultilevel"/>
    <w:tmpl w:val="BEAA20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D7DA4"/>
    <w:multiLevelType w:val="hybridMultilevel"/>
    <w:tmpl w:val="7BCEE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261671"/>
    <w:multiLevelType w:val="hybridMultilevel"/>
    <w:tmpl w:val="8D241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441258">
    <w:abstractNumId w:val="8"/>
  </w:num>
  <w:num w:numId="2" w16cid:durableId="119038121">
    <w:abstractNumId w:val="6"/>
  </w:num>
  <w:num w:numId="3" w16cid:durableId="952249974">
    <w:abstractNumId w:val="5"/>
  </w:num>
  <w:num w:numId="4" w16cid:durableId="27919603">
    <w:abstractNumId w:val="4"/>
  </w:num>
  <w:num w:numId="5" w16cid:durableId="1116486556">
    <w:abstractNumId w:val="7"/>
  </w:num>
  <w:num w:numId="6" w16cid:durableId="7609124">
    <w:abstractNumId w:val="3"/>
  </w:num>
  <w:num w:numId="7" w16cid:durableId="1905674691">
    <w:abstractNumId w:val="2"/>
  </w:num>
  <w:num w:numId="8" w16cid:durableId="440417385">
    <w:abstractNumId w:val="1"/>
  </w:num>
  <w:num w:numId="9" w16cid:durableId="1943417115">
    <w:abstractNumId w:val="0"/>
  </w:num>
  <w:num w:numId="10" w16cid:durableId="1437091588">
    <w:abstractNumId w:val="19"/>
  </w:num>
  <w:num w:numId="11" w16cid:durableId="1671635940">
    <w:abstractNumId w:val="10"/>
  </w:num>
  <w:num w:numId="12" w16cid:durableId="2142991860">
    <w:abstractNumId w:val="35"/>
  </w:num>
  <w:num w:numId="13" w16cid:durableId="1846896118">
    <w:abstractNumId w:val="26"/>
  </w:num>
  <w:num w:numId="14" w16cid:durableId="1171484837">
    <w:abstractNumId w:val="25"/>
  </w:num>
  <w:num w:numId="15" w16cid:durableId="91438285">
    <w:abstractNumId w:val="29"/>
  </w:num>
  <w:num w:numId="16" w16cid:durableId="1978491480">
    <w:abstractNumId w:val="11"/>
  </w:num>
  <w:num w:numId="17" w16cid:durableId="1816750245">
    <w:abstractNumId w:val="24"/>
  </w:num>
  <w:num w:numId="18" w16cid:durableId="147862046">
    <w:abstractNumId w:val="37"/>
  </w:num>
  <w:num w:numId="19" w16cid:durableId="122355902">
    <w:abstractNumId w:val="16"/>
  </w:num>
  <w:num w:numId="20" w16cid:durableId="254216414">
    <w:abstractNumId w:val="32"/>
  </w:num>
  <w:num w:numId="21" w16cid:durableId="1110516708">
    <w:abstractNumId w:val="17"/>
  </w:num>
  <w:num w:numId="22" w16cid:durableId="179591134">
    <w:abstractNumId w:val="18"/>
  </w:num>
  <w:num w:numId="23" w16cid:durableId="1141311007">
    <w:abstractNumId w:val="13"/>
  </w:num>
  <w:num w:numId="24" w16cid:durableId="1046222343">
    <w:abstractNumId w:val="28"/>
  </w:num>
  <w:num w:numId="25" w16cid:durableId="1031734301">
    <w:abstractNumId w:val="38"/>
  </w:num>
  <w:num w:numId="26" w16cid:durableId="635064345">
    <w:abstractNumId w:val="21"/>
  </w:num>
  <w:num w:numId="27" w16cid:durableId="951936334">
    <w:abstractNumId w:val="23"/>
  </w:num>
  <w:num w:numId="28" w16cid:durableId="2040936458">
    <w:abstractNumId w:val="12"/>
  </w:num>
  <w:num w:numId="29" w16cid:durableId="776946540">
    <w:abstractNumId w:val="34"/>
  </w:num>
  <w:num w:numId="30" w16cid:durableId="2031296125">
    <w:abstractNumId w:val="31"/>
  </w:num>
  <w:num w:numId="31" w16cid:durableId="1397586112">
    <w:abstractNumId w:val="30"/>
  </w:num>
  <w:num w:numId="32" w16cid:durableId="1883901938">
    <w:abstractNumId w:val="22"/>
  </w:num>
  <w:num w:numId="33" w16cid:durableId="540944733">
    <w:abstractNumId w:val="14"/>
  </w:num>
  <w:num w:numId="34" w16cid:durableId="76178186">
    <w:abstractNumId w:val="15"/>
  </w:num>
  <w:num w:numId="35" w16cid:durableId="1775594306">
    <w:abstractNumId w:val="20"/>
  </w:num>
  <w:num w:numId="36" w16cid:durableId="1022129944">
    <w:abstractNumId w:val="9"/>
  </w:num>
  <w:num w:numId="37" w16cid:durableId="1925604167">
    <w:abstractNumId w:val="27"/>
  </w:num>
  <w:num w:numId="38" w16cid:durableId="1918397157">
    <w:abstractNumId w:val="33"/>
  </w:num>
  <w:num w:numId="39" w16cid:durableId="13007196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BBB"/>
    <w:rsid w:val="0029639D"/>
    <w:rsid w:val="00326F90"/>
    <w:rsid w:val="00502FC5"/>
    <w:rsid w:val="005154F5"/>
    <w:rsid w:val="00801AF4"/>
    <w:rsid w:val="008B7E7B"/>
    <w:rsid w:val="009A4A82"/>
    <w:rsid w:val="00A85D5B"/>
    <w:rsid w:val="00AA1D8D"/>
    <w:rsid w:val="00B47730"/>
    <w:rsid w:val="00B86050"/>
    <w:rsid w:val="00C75842"/>
    <w:rsid w:val="00CB0664"/>
    <w:rsid w:val="00CF1B17"/>
    <w:rsid w:val="00EE7AEC"/>
    <w:rsid w:val="00F606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2E57C"/>
  <w14:defaultImageDpi w14:val="300"/>
  <w15:docId w15:val="{96DE6D0B-08D5-418D-A54D-5F2DB04C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cp:lastPrinted>2026-09-23T08:44:00Z</cp:lastPrinted>
  <dcterms:created xsi:type="dcterms:W3CDTF">2026-09-23T08:46:00Z</dcterms:created>
  <dcterms:modified xsi:type="dcterms:W3CDTF">2026-09-23T10:43:00Z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6c8a0317-3d7b-4935-8a18-c8f73446ec77</vt:lpwstr>
  </property>
</Properties>
</file>